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7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5299"/>
      </w:tblGrid>
      <w:tr w:rsidR="00F927B5" w14:paraId="15B3F309" w14:textId="77777777">
        <w:trPr>
          <w:jc w:val="center"/>
        </w:trPr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09B73" w14:textId="77777777" w:rsidR="00F927B5" w:rsidRDefault="00987FD8">
            <w:pPr>
              <w:spacing w:after="0"/>
              <w:jc w:val="left"/>
            </w:pPr>
            <w:r>
              <w:rPr>
                <w:noProof/>
              </w:rPr>
              <w:drawing>
                <wp:inline distT="0" distB="0" distL="0" distR="0" wp14:anchorId="4FF062DE" wp14:editId="540DC3BA">
                  <wp:extent cx="1783080" cy="850586"/>
                  <wp:effectExtent l="0" t="0" r="0" b="0"/>
                  <wp:docPr id="1" name="Picture 1" descr="Open Christian Press logo." title="Open Christian Pre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cp_logo_upscale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850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82D05" w14:textId="77777777" w:rsidR="00F927B5" w:rsidRDefault="00987FD8">
            <w:pPr>
              <w:spacing w:after="0"/>
              <w:jc w:val="right"/>
            </w:pPr>
            <w:r>
              <w:rPr>
                <w:noProof/>
              </w:rPr>
              <w:drawing>
                <wp:inline distT="0" distB="0" distL="0" distR="0" wp14:anchorId="2F1A91AF" wp14:editId="2953BB9F">
                  <wp:extent cx="2788920" cy="597626"/>
                  <wp:effectExtent l="0" t="0" r="0" b="0"/>
                  <wp:docPr id="2" name="Picture 2" descr="Decorative editorial motif suggesting barriers opening to documented discourse." title="OJ-SKSD editorial mo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jsk_editorial_motif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597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7F5F0F" w14:textId="77777777" w:rsidR="00F927B5" w:rsidRDefault="00987FD8">
      <w:pPr>
        <w:spacing w:before="20" w:after="160"/>
        <w:jc w:val="left"/>
      </w:pPr>
      <w:r>
        <w:rPr>
          <w:rFonts w:ascii="Lato" w:eastAsia="Lato" w:hAnsi="Lato" w:cs="Lato"/>
          <w:i/>
          <w:color w:val="6E7A82"/>
          <w:sz w:val="16"/>
        </w:rPr>
        <w:t>Faithful Scholarship. Open Knowledge. Enduring Service.</w:t>
      </w:r>
    </w:p>
    <w:p w14:paraId="386EA488" w14:textId="77777777" w:rsidR="00F927B5" w:rsidRPr="006B2B50" w:rsidRDefault="00987FD8">
      <w:pPr>
        <w:spacing w:before="20" w:after="40" w:line="240" w:lineRule="auto"/>
        <w:jc w:val="left"/>
        <w:rPr>
          <w:sz w:val="14"/>
          <w:szCs w:val="16"/>
        </w:rPr>
      </w:pPr>
      <w:r w:rsidRPr="006B2B50">
        <w:rPr>
          <w:rFonts w:ascii="Lato" w:eastAsia="Lato" w:hAnsi="Lato" w:cs="Lato"/>
          <w:b/>
          <w:color w:val="3C4C56"/>
          <w:sz w:val="28"/>
          <w:szCs w:val="16"/>
        </w:rPr>
        <w:t>Open Journal of Stigmatized Knowledge &amp; Suppressed Discourses</w:t>
      </w:r>
    </w:p>
    <w:p w14:paraId="07AAC655" w14:textId="77777777" w:rsidR="00F927B5" w:rsidRDefault="00987FD8">
      <w:pPr>
        <w:pStyle w:val="JournalInformation"/>
        <w:spacing w:after="40"/>
      </w:pPr>
      <w:r>
        <w:rPr>
          <w:sz w:val="17"/>
        </w:rPr>
        <w:t>OJ-SKSD  |  ISSN 3105-3033  |  Open access</w:t>
      </w:r>
    </w:p>
    <w:p w14:paraId="3D8764F3" w14:textId="77777777" w:rsidR="00F927B5" w:rsidRDefault="00987FD8">
      <w:pPr>
        <w:spacing w:after="140"/>
        <w:jc w:val="left"/>
      </w:pPr>
      <w:r>
        <w:rPr>
          <w:rFonts w:ascii="Lato" w:eastAsia="Lato" w:hAnsi="Lato" w:cs="Lato"/>
          <w:color w:val="6E7A82"/>
          <w:sz w:val="15"/>
        </w:rPr>
        <w:t xml:space="preserve">A title of </w:t>
      </w:r>
      <w:r>
        <w:rPr>
          <w:rFonts w:ascii="Lato" w:eastAsia="Lato" w:hAnsi="Lato" w:cs="Lato"/>
          <w:b/>
          <w:color w:val="3C4C56"/>
          <w:sz w:val="15"/>
        </w:rPr>
        <w:t>Open Christian Press</w:t>
      </w:r>
      <w:r>
        <w:rPr>
          <w:rFonts w:ascii="Lato" w:eastAsia="Lato" w:hAnsi="Lato" w:cs="Lato"/>
          <w:color w:val="6E7A82"/>
          <w:sz w:val="15"/>
        </w:rPr>
        <w:t xml:space="preserve">, a publishing imprint of Open Christian </w:t>
      </w:r>
      <w:r>
        <w:rPr>
          <w:rFonts w:ascii="Lato" w:eastAsia="Lato" w:hAnsi="Lato" w:cs="Lato"/>
          <w:color w:val="6E7A82"/>
          <w:sz w:val="15"/>
        </w:rPr>
        <w:t>University and Center for Faith and Work.</w:t>
      </w:r>
    </w:p>
    <w:tbl>
      <w:tblPr>
        <w:tblW w:w="988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980"/>
        <w:gridCol w:w="4050"/>
        <w:gridCol w:w="2853"/>
      </w:tblGrid>
      <w:tr w:rsidR="00F93783" w14:paraId="76C5BD38" w14:textId="1C8963FA" w:rsidTr="00F93783">
        <w:trPr>
          <w:trHeight w:val="82"/>
        </w:trPr>
        <w:tc>
          <w:tcPr>
            <w:tcW w:w="2980" w:type="dxa"/>
            <w:shd w:val="clear" w:color="auto" w:fill="3C4C5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388F5A" w14:textId="77777777" w:rsidR="00F93783" w:rsidRDefault="00F93783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6"/>
              </w:rPr>
              <w:t>[ARTICLE TYPE]</w:t>
            </w:r>
          </w:p>
        </w:tc>
        <w:tc>
          <w:tcPr>
            <w:tcW w:w="4050" w:type="dxa"/>
            <w:tcBorders>
              <w:bottom w:val="single" w:sz="8" w:space="0" w:color="FF9900"/>
            </w:tcBorders>
            <w:shd w:val="clear" w:color="auto" w:fill="F2F4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E037B4" w14:textId="77777777" w:rsidR="00F93783" w:rsidRDefault="00F93783" w:rsidP="00F93783">
            <w:pPr>
              <w:spacing w:after="0"/>
              <w:jc w:val="center"/>
            </w:pPr>
            <w:r>
              <w:rPr>
                <w:rFonts w:ascii="Lato" w:eastAsia="Lato" w:hAnsi="Lato" w:cs="Lato"/>
                <w:color w:val="6E7A82"/>
                <w:sz w:val="16"/>
              </w:rPr>
              <w:t>Volume [00]  |  Issue [00]  |  [Year]  |  Article [000]</w:t>
            </w:r>
          </w:p>
        </w:tc>
        <w:tc>
          <w:tcPr>
            <w:tcW w:w="2853" w:type="dxa"/>
            <w:tcBorders>
              <w:bottom w:val="single" w:sz="8" w:space="0" w:color="FF9900"/>
            </w:tcBorders>
            <w:shd w:val="clear" w:color="auto" w:fill="F2F4F5"/>
          </w:tcPr>
          <w:p w14:paraId="5DCD384C" w14:textId="0B69400E" w:rsidR="00F93783" w:rsidRDefault="00F93783" w:rsidP="00F93783">
            <w:pPr>
              <w:spacing w:after="0"/>
              <w:jc w:val="left"/>
              <w:rPr>
                <w:rFonts w:ascii="Lato" w:eastAsia="Lato" w:hAnsi="Lato" w:cs="Lato"/>
                <w:color w:val="6E7A82"/>
                <w:sz w:val="16"/>
              </w:rPr>
            </w:pPr>
            <w:r>
              <w:rPr>
                <w:rFonts w:ascii="Lato" w:eastAsia="Lato" w:hAnsi="Lato" w:cs="Lato"/>
                <w:b/>
                <w:color w:val="3C4C56"/>
                <w:sz w:val="16"/>
              </w:rPr>
              <w:t xml:space="preserve">DOI: </w:t>
            </w:r>
            <w:r>
              <w:rPr>
                <w:rFonts w:ascii="Lato" w:eastAsia="Lato" w:hAnsi="Lato" w:cs="Lato"/>
                <w:color w:val="6E7A82"/>
                <w:sz w:val="16"/>
              </w:rPr>
              <w:t xml:space="preserve">[assigned after </w:t>
            </w:r>
            <w:proofErr w:type="gramStart"/>
            <w:r>
              <w:rPr>
                <w:rFonts w:ascii="Lato" w:eastAsia="Lato" w:hAnsi="Lato" w:cs="Lato"/>
                <w:color w:val="6E7A82"/>
                <w:sz w:val="16"/>
              </w:rPr>
              <w:t>acceptance]</w:t>
            </w:r>
            <w:r>
              <w:rPr>
                <w:rFonts w:ascii="Lato" w:eastAsia="Lato" w:hAnsi="Lato" w:cs="Lato"/>
                <w:b/>
                <w:color w:val="3C4C56"/>
                <w:sz w:val="16"/>
              </w:rPr>
              <w:t xml:space="preserve">   </w:t>
            </w:r>
            <w:proofErr w:type="gramEnd"/>
          </w:p>
        </w:tc>
      </w:tr>
    </w:tbl>
    <w:p w14:paraId="1AF8FC77" w14:textId="77777777" w:rsidR="00F927B5" w:rsidRDefault="00987FD8">
      <w:pPr>
        <w:pStyle w:val="ArticleTitle"/>
      </w:pPr>
      <w:r>
        <w:t>[Complete publication title in sentence case]</w:t>
      </w:r>
    </w:p>
    <w:p w14:paraId="5CFA2317" w14:textId="77777777" w:rsidR="00F927B5" w:rsidRDefault="00987FD8">
      <w:pPr>
        <w:pStyle w:val="ArticleSubtitle"/>
      </w:pPr>
      <w:r>
        <w:t>[Optional subtitle]</w:t>
      </w:r>
    </w:p>
    <w:p w14:paraId="03211C99" w14:textId="77777777" w:rsidR="00F927B5" w:rsidRDefault="00987FD8">
      <w:pPr>
        <w:pStyle w:val="AuthorName"/>
      </w:pPr>
      <w:r>
        <w:t>[First Author]¹, [Second Author]², and [Third Author]¹*</w:t>
      </w:r>
    </w:p>
    <w:p w14:paraId="2852DAFF" w14:textId="77777777" w:rsidR="00F927B5" w:rsidRDefault="00987FD8">
      <w:pPr>
        <w:pStyle w:val="AuthorAffiliation"/>
      </w:pPr>
      <w:r>
        <w:t xml:space="preserve">¹ </w:t>
      </w:r>
      <w:r>
        <w:t>[Department, Institution, City, Country]</w:t>
      </w:r>
    </w:p>
    <w:p w14:paraId="0DA83212" w14:textId="77777777" w:rsidR="00F927B5" w:rsidRDefault="00987FD8">
      <w:pPr>
        <w:pStyle w:val="AuthorAffiliation"/>
      </w:pPr>
      <w:r>
        <w:t>² [Department, Institution, City, Country]</w:t>
      </w:r>
    </w:p>
    <w:p w14:paraId="0895A752" w14:textId="77777777" w:rsidR="00F927B5" w:rsidRDefault="00987FD8">
      <w:pPr>
        <w:pStyle w:val="CorrespondingAuthor"/>
      </w:pPr>
      <w:r>
        <w:t>* Correspondence: [email address]  |  ORCID: [0000-0000-0000-0000]</w:t>
      </w:r>
    </w:p>
    <w:tbl>
      <w:tblPr>
        <w:tblW w:w="1012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5"/>
        <w:gridCol w:w="1060"/>
        <w:gridCol w:w="1434"/>
        <w:gridCol w:w="2495"/>
        <w:gridCol w:w="2495"/>
        <w:gridCol w:w="2549"/>
      </w:tblGrid>
      <w:tr w:rsidR="00F927B5" w14:paraId="008B607C" w14:textId="77777777" w:rsidTr="00982C48">
        <w:trPr>
          <w:gridBefore w:val="1"/>
          <w:wBefore w:w="95" w:type="dxa"/>
          <w:tblHeader/>
          <w:jc w:val="center"/>
        </w:trPr>
        <w:tc>
          <w:tcPr>
            <w:tcW w:w="2494" w:type="dxa"/>
            <w:gridSpan w:val="2"/>
            <w:tcBorders>
              <w:bottom w:val="single" w:sz="8" w:space="0" w:color="FF9900"/>
            </w:tcBorders>
            <w:shd w:val="clear" w:color="auto" w:fill="F2F4F5"/>
            <w:tcMar>
              <w:top w:w="50" w:type="dxa"/>
              <w:left w:w="45" w:type="dxa"/>
              <w:bottom w:w="45" w:type="dxa"/>
              <w:right w:w="45" w:type="dxa"/>
            </w:tcMar>
            <w:vAlign w:val="center"/>
          </w:tcPr>
          <w:p w14:paraId="7040B2E7" w14:textId="77777777" w:rsidR="00F927B5" w:rsidRDefault="00987FD8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3C4C56"/>
                <w:sz w:val="15"/>
              </w:rPr>
              <w:t>RECEIVED</w:t>
            </w:r>
          </w:p>
        </w:tc>
        <w:tc>
          <w:tcPr>
            <w:tcW w:w="2495" w:type="dxa"/>
            <w:tcBorders>
              <w:bottom w:val="single" w:sz="8" w:space="0" w:color="FF9900"/>
            </w:tcBorders>
            <w:shd w:val="clear" w:color="auto" w:fill="F2F4F5"/>
            <w:tcMar>
              <w:top w:w="50" w:type="dxa"/>
              <w:left w:w="45" w:type="dxa"/>
              <w:bottom w:w="45" w:type="dxa"/>
              <w:right w:w="45" w:type="dxa"/>
            </w:tcMar>
            <w:vAlign w:val="center"/>
          </w:tcPr>
          <w:p w14:paraId="7D1C3802" w14:textId="77777777" w:rsidR="00F927B5" w:rsidRDefault="00987FD8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3C4C56"/>
                <w:sz w:val="15"/>
              </w:rPr>
              <w:t>REVISED</w:t>
            </w:r>
          </w:p>
        </w:tc>
        <w:tc>
          <w:tcPr>
            <w:tcW w:w="2495" w:type="dxa"/>
            <w:tcBorders>
              <w:bottom w:val="single" w:sz="8" w:space="0" w:color="FF9900"/>
            </w:tcBorders>
            <w:shd w:val="clear" w:color="auto" w:fill="F2F4F5"/>
            <w:tcMar>
              <w:top w:w="50" w:type="dxa"/>
              <w:left w:w="45" w:type="dxa"/>
              <w:bottom w:w="45" w:type="dxa"/>
              <w:right w:w="45" w:type="dxa"/>
            </w:tcMar>
            <w:vAlign w:val="center"/>
          </w:tcPr>
          <w:p w14:paraId="3E9D9ABD" w14:textId="77777777" w:rsidR="00F927B5" w:rsidRDefault="00987FD8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3C4C56"/>
                <w:sz w:val="15"/>
              </w:rPr>
              <w:t>ACCEPTED</w:t>
            </w:r>
          </w:p>
        </w:tc>
        <w:tc>
          <w:tcPr>
            <w:tcW w:w="2549" w:type="dxa"/>
            <w:tcBorders>
              <w:bottom w:val="single" w:sz="8" w:space="0" w:color="FF9900"/>
            </w:tcBorders>
            <w:shd w:val="clear" w:color="auto" w:fill="F2F4F5"/>
            <w:tcMar>
              <w:top w:w="50" w:type="dxa"/>
              <w:left w:w="45" w:type="dxa"/>
              <w:bottom w:w="45" w:type="dxa"/>
              <w:right w:w="45" w:type="dxa"/>
            </w:tcMar>
            <w:vAlign w:val="center"/>
          </w:tcPr>
          <w:p w14:paraId="3F4621CC" w14:textId="77777777" w:rsidR="00F927B5" w:rsidRDefault="00987FD8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3C4C56"/>
                <w:sz w:val="15"/>
              </w:rPr>
              <w:t>PUBLISHED</w:t>
            </w:r>
          </w:p>
        </w:tc>
      </w:tr>
      <w:tr w:rsidR="00F927B5" w14:paraId="28E0BCB5" w14:textId="77777777" w:rsidTr="00982C48">
        <w:trPr>
          <w:gridBefore w:val="1"/>
          <w:wBefore w:w="95" w:type="dxa"/>
          <w:jc w:val="center"/>
        </w:trPr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5" w:type="dxa"/>
              <w:bottom w:w="35" w:type="dxa"/>
              <w:right w:w="45" w:type="dxa"/>
            </w:tcMar>
            <w:vAlign w:val="center"/>
          </w:tcPr>
          <w:p w14:paraId="7E01328F" w14:textId="77777777" w:rsidR="00F927B5" w:rsidRDefault="00987FD8">
            <w:pPr>
              <w:spacing w:after="0"/>
              <w:jc w:val="center"/>
            </w:pPr>
            <w:r>
              <w:rPr>
                <w:sz w:val="16"/>
              </w:rPr>
              <w:t>[DD Month YYYY]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5" w:type="dxa"/>
              <w:bottom w:w="35" w:type="dxa"/>
              <w:right w:w="45" w:type="dxa"/>
            </w:tcMar>
            <w:vAlign w:val="center"/>
          </w:tcPr>
          <w:p w14:paraId="0EFD9D07" w14:textId="77777777" w:rsidR="00F927B5" w:rsidRDefault="00987FD8">
            <w:pPr>
              <w:spacing w:after="0"/>
              <w:jc w:val="center"/>
            </w:pPr>
            <w:r>
              <w:rPr>
                <w:sz w:val="16"/>
              </w:rPr>
              <w:t>[DD Month YYYY]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5" w:type="dxa"/>
              <w:bottom w:w="35" w:type="dxa"/>
              <w:right w:w="45" w:type="dxa"/>
            </w:tcMar>
            <w:vAlign w:val="center"/>
          </w:tcPr>
          <w:p w14:paraId="327DC4F9" w14:textId="77777777" w:rsidR="00F927B5" w:rsidRDefault="00987FD8">
            <w:pPr>
              <w:spacing w:after="0"/>
              <w:jc w:val="center"/>
            </w:pPr>
            <w:r>
              <w:rPr>
                <w:sz w:val="16"/>
              </w:rPr>
              <w:t>[DD Month YYYY]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5" w:type="dxa"/>
              <w:bottom w:w="35" w:type="dxa"/>
              <w:right w:w="45" w:type="dxa"/>
            </w:tcMar>
            <w:vAlign w:val="center"/>
          </w:tcPr>
          <w:p w14:paraId="1DFA5D79" w14:textId="77777777" w:rsidR="00F927B5" w:rsidRDefault="00987FD8">
            <w:pPr>
              <w:spacing w:after="0"/>
              <w:jc w:val="center"/>
            </w:pPr>
            <w:r>
              <w:rPr>
                <w:sz w:val="16"/>
              </w:rPr>
              <w:t>[DD Month YYYY]</w:t>
            </w:r>
          </w:p>
        </w:tc>
      </w:tr>
      <w:tr w:rsidR="00F927B5" w14:paraId="497BBBF8" w14:textId="77777777" w:rsidTr="00982C48">
        <w:trPr>
          <w:jc w:val="center"/>
        </w:trPr>
        <w:tc>
          <w:tcPr>
            <w:tcW w:w="10128" w:type="dxa"/>
            <w:gridSpan w:val="6"/>
            <w:tcBorders>
              <w:left w:val="single" w:sz="28" w:space="0" w:color="FF9900"/>
            </w:tcBorders>
            <w:shd w:val="clear" w:color="auto" w:fill="F8F6F2"/>
            <w:tcMar>
              <w:top w:w="100" w:type="dxa"/>
              <w:left w:w="140" w:type="dxa"/>
              <w:bottom w:w="95" w:type="dxa"/>
              <w:right w:w="140" w:type="dxa"/>
            </w:tcMar>
          </w:tcPr>
          <w:p w14:paraId="2A1900DB" w14:textId="77777777" w:rsidR="00F927B5" w:rsidRDefault="00987FD8">
            <w:pPr>
              <w:spacing w:after="100"/>
            </w:pPr>
            <w:r>
              <w:rPr>
                <w:rFonts w:ascii="Lato" w:eastAsia="Lato" w:hAnsi="Lato" w:cs="Lato"/>
                <w:b/>
                <w:color w:val="3C4C56"/>
                <w:sz w:val="19"/>
              </w:rPr>
              <w:t>ABSTRACT</w:t>
            </w:r>
          </w:p>
          <w:p w14:paraId="1C429DB0" w14:textId="77777777" w:rsidR="00F927B5" w:rsidRDefault="00987FD8">
            <w:pPr>
              <w:spacing w:after="100" w:line="259" w:lineRule="auto"/>
            </w:pPr>
            <w:r>
              <w:rPr>
                <w:sz w:val="19"/>
              </w:rPr>
              <w:t>[Final edited abstract. Confirm that numerical values, sample sizes, claims and terminology match the main article.]</w:t>
            </w:r>
          </w:p>
          <w:p w14:paraId="42A83165" w14:textId="77777777" w:rsidR="00F927B5" w:rsidRDefault="00987FD8">
            <w:pPr>
              <w:spacing w:after="0"/>
            </w:pPr>
            <w:r>
              <w:rPr>
                <w:rFonts w:ascii="Lato" w:eastAsia="Lato" w:hAnsi="Lato" w:cs="Lato"/>
                <w:b/>
                <w:color w:val="3C4C56"/>
                <w:sz w:val="17"/>
              </w:rPr>
              <w:t xml:space="preserve">Keywords: </w:t>
            </w:r>
            <w:r>
              <w:rPr>
                <w:sz w:val="18"/>
              </w:rPr>
              <w:t>[Final keywords, 3-8 terms]</w:t>
            </w:r>
          </w:p>
        </w:tc>
      </w:tr>
      <w:tr w:rsidR="00F927B5" w14:paraId="212DB68F" w14:textId="77777777" w:rsidTr="006B2B50">
        <w:trPr>
          <w:cantSplit/>
          <w:jc w:val="center"/>
        </w:trPr>
        <w:tc>
          <w:tcPr>
            <w:tcW w:w="1155" w:type="dxa"/>
            <w:gridSpan w:val="2"/>
            <w:shd w:val="clear" w:color="auto" w:fill="3C4C5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E6EF7D" w14:textId="77777777" w:rsidR="00F927B5" w:rsidRDefault="00987FD8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5"/>
              </w:rPr>
              <w:t>HOW TO CITE</w:t>
            </w:r>
          </w:p>
        </w:tc>
        <w:tc>
          <w:tcPr>
            <w:tcW w:w="8973" w:type="dxa"/>
            <w:gridSpan w:val="4"/>
            <w:shd w:val="clear" w:color="auto" w:fill="F2F4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7E5271" w14:textId="77777777" w:rsidR="00F927B5" w:rsidRDefault="00987FD8">
            <w:pPr>
              <w:spacing w:after="0" w:line="252" w:lineRule="auto"/>
            </w:pPr>
            <w:r>
              <w:rPr>
                <w:sz w:val="17"/>
              </w:rPr>
              <w:t>[Author surname],</w:t>
            </w:r>
            <w:r>
              <w:rPr>
                <w:sz w:val="17"/>
              </w:rPr>
              <w:t xml:space="preserve"> [Initials]. ([Year]). [Article title]. Open Journal of Stigmatized Knowledge &amp; Suppressed Discourses, [volume]([issue]), [article/page range]. [DOI URL]</w:t>
            </w:r>
          </w:p>
        </w:tc>
      </w:tr>
      <w:tr w:rsidR="00F927B5" w14:paraId="68EAC49C" w14:textId="77777777" w:rsidTr="006B2B50">
        <w:trPr>
          <w:cantSplit/>
          <w:jc w:val="center"/>
        </w:trPr>
        <w:tc>
          <w:tcPr>
            <w:tcW w:w="1155" w:type="dxa"/>
            <w:gridSpan w:val="2"/>
            <w:shd w:val="clear" w:color="auto" w:fill="A94E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C14903" w14:textId="77777777" w:rsidR="00F927B5" w:rsidRDefault="00987FD8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5"/>
              </w:rPr>
              <w:t>COPYRIGHT &amp; LICENCE</w:t>
            </w:r>
          </w:p>
        </w:tc>
        <w:tc>
          <w:tcPr>
            <w:tcW w:w="8973" w:type="dxa"/>
            <w:gridSpan w:val="4"/>
            <w:shd w:val="clear" w:color="auto" w:fill="F8F6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1AF9B8" w14:textId="3AC634A7" w:rsidR="00F927B5" w:rsidRDefault="00987FD8">
            <w:pPr>
              <w:spacing w:after="0" w:line="252" w:lineRule="auto"/>
            </w:pPr>
            <w:r>
              <w:rPr>
                <w:sz w:val="17"/>
              </w:rPr>
              <w:t xml:space="preserve">© [Year] The author(s). Published by Open Christian Press. This article is </w:t>
            </w:r>
            <w:r>
              <w:rPr>
                <w:sz w:val="17"/>
              </w:rPr>
              <w:t xml:space="preserve">distributed under the Creative Commons </w:t>
            </w:r>
            <w:r>
              <w:rPr>
                <w:sz w:val="17"/>
              </w:rPr>
              <w:t xml:space="preserve">4.0 International </w:t>
            </w:r>
            <w:proofErr w:type="spellStart"/>
            <w:r>
              <w:rPr>
                <w:sz w:val="17"/>
              </w:rPr>
              <w:t>licence</w:t>
            </w:r>
            <w:proofErr w:type="spellEnd"/>
            <w:r>
              <w:rPr>
                <w:sz w:val="17"/>
              </w:rPr>
              <w:t xml:space="preserve"> (CC BY</w:t>
            </w:r>
            <w:r>
              <w:rPr>
                <w:sz w:val="17"/>
              </w:rPr>
              <w:t xml:space="preserve"> 4.0), unless the journal record specifies a different approved licence.</w:t>
            </w:r>
          </w:p>
        </w:tc>
      </w:tr>
    </w:tbl>
    <w:p w14:paraId="11857A6D" w14:textId="77777777" w:rsidR="00F927B5" w:rsidRDefault="00987FD8">
      <w:r>
        <w:br w:type="page"/>
      </w:r>
    </w:p>
    <w:p w14:paraId="48B674B3" w14:textId="77777777" w:rsidR="00F927B5" w:rsidRDefault="00987FD8">
      <w:pPr>
        <w:pStyle w:val="Heading1"/>
      </w:pPr>
      <w:r>
        <w:lastRenderedPageBreak/>
        <w:t>1. Introduction</w:t>
      </w:r>
    </w:p>
    <w:p w14:paraId="1AA7CD59" w14:textId="77777777" w:rsidR="00F927B5" w:rsidRDefault="00987FD8">
      <w:pPr>
        <w:pStyle w:val="FirstParagraph"/>
      </w:pPr>
      <w:r>
        <w:t xml:space="preserve">[Begin with a precise problem statement, scholarly </w:t>
      </w:r>
      <w:r>
        <w:t>significance, the gap addressed and the manuscript's specific contribution. For claims involving stigma, suppression, censorship or institutional power, state exactly what is documented and from which sources; controversy alone is not evidence.]</w:t>
      </w:r>
    </w:p>
    <w:p w14:paraId="327D8C66" w14:textId="77777777" w:rsidR="00F927B5" w:rsidRDefault="00987FD8">
      <w:pPr>
        <w:pStyle w:val="NormalBody"/>
      </w:pPr>
      <w:r>
        <w:t xml:space="preserve">[Use this </w:t>
      </w:r>
      <w:r>
        <w:t>paragraph style for sustained prose. Cite claims requiring evidence, define specialised terminology at first use, distinguish source record from interpretation, and maintain a coherent argument across paragraphs and sections.]</w:t>
      </w:r>
    </w:p>
    <w:tbl>
      <w:tblPr>
        <w:tblW w:w="997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8628"/>
      </w:tblGrid>
      <w:tr w:rsidR="00F927B5" w14:paraId="0B979B9A" w14:textId="77777777" w:rsidTr="006B2B50">
        <w:trPr>
          <w:jc w:val="center"/>
        </w:trPr>
        <w:tc>
          <w:tcPr>
            <w:tcW w:w="1351" w:type="dxa"/>
            <w:shd w:val="clear" w:color="auto" w:fill="3C4C5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5800052" w14:textId="77777777" w:rsidR="00F927B5" w:rsidRDefault="00987FD8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5"/>
              </w:rPr>
              <w:t>PRODUCTION</w:t>
            </w:r>
            <w:r>
              <w:rPr>
                <w:rFonts w:ascii="Lato" w:eastAsia="Lato" w:hAnsi="Lato" w:cs="Lato"/>
                <w:b/>
                <w:color w:val="FFFFFF"/>
                <w:sz w:val="15"/>
              </w:rPr>
              <w:br/>
              <w:t>CONTROL</w:t>
            </w:r>
          </w:p>
        </w:tc>
        <w:tc>
          <w:tcPr>
            <w:tcW w:w="8628" w:type="dxa"/>
            <w:shd w:val="clear" w:color="auto" w:fill="F2F4F5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A990667" w14:textId="77777777" w:rsidR="00F927B5" w:rsidRDefault="00987FD8">
            <w:pPr>
              <w:spacing w:after="0" w:line="252" w:lineRule="auto"/>
            </w:pPr>
            <w:r>
              <w:rPr>
                <w:sz w:val="17"/>
              </w:rPr>
              <w:t xml:space="preserve">Use named </w:t>
            </w:r>
            <w:r>
              <w:rPr>
                <w:sz w:val="17"/>
              </w:rPr>
              <w:t>Word styles rather than manual formatting. Replace every bracketed field, verify metadata against the journal record, check tables/figures and alt text, reconcile all citations and references, and inspect the final PDF before publication. Use APA 7th editi</w:t>
            </w:r>
            <w:r>
              <w:rPr>
                <w:sz w:val="17"/>
              </w:rPr>
              <w:t>on unless current journal guidance specifies otherwise. Delete this box from the published article.</w:t>
            </w:r>
          </w:p>
        </w:tc>
      </w:tr>
    </w:tbl>
    <w:p w14:paraId="523911ED" w14:textId="77777777" w:rsidR="00F927B5" w:rsidRDefault="00987FD8">
      <w:pPr>
        <w:pStyle w:val="Heading1"/>
      </w:pPr>
      <w:r>
        <w:t>2. Conceptual and Editorial Framework</w:t>
      </w:r>
    </w:p>
    <w:p w14:paraId="727186AA" w14:textId="77777777" w:rsidR="00F927B5" w:rsidRDefault="00987FD8">
      <w:pPr>
        <w:pStyle w:val="FirstParagraph"/>
      </w:pPr>
      <w:r>
        <w:t>[Explain the conceptual, theoretical or theological framework and how it guides the research question, analysis and i</w:t>
      </w:r>
      <w:r>
        <w:t>nterpretation. For contested or suppressed-knowledge claims, establish source provenance, triangulate where possible, engage credible counter-evidence and competing explanations, and state unresolved uncertainty explicitly.]</w:t>
      </w:r>
    </w:p>
    <w:p w14:paraId="0848123C" w14:textId="77777777" w:rsidR="00F927B5" w:rsidRDefault="00987FD8">
      <w:pPr>
        <w:pStyle w:val="Heading2"/>
      </w:pPr>
      <w:r>
        <w:t>2.1. First subordinate section</w:t>
      </w:r>
    </w:p>
    <w:p w14:paraId="4FF03F9E" w14:textId="77777777" w:rsidR="00F927B5" w:rsidRDefault="00987FD8">
      <w:pPr>
        <w:pStyle w:val="NormalBody"/>
      </w:pPr>
      <w:r>
        <w:t>[Insert section content. Use clear topic sentences and evidence proportionate to the claim being made.]</w:t>
      </w:r>
    </w:p>
    <w:p w14:paraId="4EC5769A" w14:textId="77777777" w:rsidR="00F927B5" w:rsidRDefault="00987FD8">
      <w:pPr>
        <w:pStyle w:val="Heading3"/>
      </w:pPr>
      <w:r>
        <w:t>2.1.1. Third-level section</w:t>
      </w:r>
    </w:p>
    <w:p w14:paraId="0863C27F" w14:textId="77777777" w:rsidR="00F927B5" w:rsidRDefault="00987FD8">
      <w:pPr>
        <w:pStyle w:val="NormalBody"/>
      </w:pPr>
      <w:r>
        <w:t>[Insert subsection content.]</w:t>
      </w:r>
    </w:p>
    <w:p w14:paraId="76293FBA" w14:textId="77777777" w:rsidR="00F927B5" w:rsidRDefault="00987FD8">
      <w:pPr>
        <w:pStyle w:val="Heading4"/>
      </w:pPr>
      <w:r>
        <w:t>Fourth-level run-in topic</w:t>
      </w:r>
    </w:p>
    <w:p w14:paraId="277EA840" w14:textId="77777777" w:rsidR="00F927B5" w:rsidRDefault="00987FD8">
      <w:pPr>
        <w:pStyle w:val="NormalBody"/>
      </w:pPr>
      <w:r>
        <w:t xml:space="preserve">[Use a fourth level only when it materially improves the </w:t>
      </w:r>
      <w:r>
        <w:t>analytical structure.]</w:t>
      </w:r>
    </w:p>
    <w:p w14:paraId="41096575" w14:textId="77777777" w:rsidR="00F927B5" w:rsidRDefault="00987FD8">
      <w:pPr>
        <w:pStyle w:val="BlockQuote"/>
      </w:pPr>
      <w:r>
        <w:t>[Insert a quotation of approximately 40 words or more. Provide the required citation and page number, and ensure the quotation is analytically integrated rather than left to stand on its own.]</w:t>
      </w:r>
    </w:p>
    <w:p w14:paraId="20861AEA" w14:textId="77777777" w:rsidR="00F927B5" w:rsidRDefault="00987FD8">
      <w:pPr>
        <w:pStyle w:val="ScriptureQuote"/>
      </w:pPr>
      <w:r>
        <w:t>[Insert Scripture quotation] ([Book Chap</w:t>
      </w:r>
      <w:r>
        <w:t>ter:Verse], CSB)</w:t>
      </w:r>
    </w:p>
    <w:p w14:paraId="53C33B94" w14:textId="77777777" w:rsidR="00F927B5" w:rsidRDefault="00987FD8">
      <w:pPr>
        <w:pStyle w:val="Heading1"/>
      </w:pPr>
      <w:r>
        <w:t>3. Method or Analytical Approach</w:t>
      </w:r>
    </w:p>
    <w:p w14:paraId="03D17BEE" w14:textId="77777777" w:rsidR="00F927B5" w:rsidRDefault="00987FD8">
      <w:pPr>
        <w:pStyle w:val="FirstParagraph"/>
      </w:pPr>
      <w:r>
        <w:t>[Describe the method or analytical approach with enough detail for evaluation and, where appropriate, replication. For archival, historical, documentary, bibliometric or secondary-data studies, report corpu</w:t>
      </w:r>
      <w:r>
        <w:t>s construction, selection criteria, source provenance, verification or triangulation procedures, and limitations.]</w:t>
      </w:r>
    </w:p>
    <w:p w14:paraId="168C00CD" w14:textId="77777777" w:rsidR="00F927B5" w:rsidRDefault="00987FD8">
      <w:pPr>
        <w:pStyle w:val="Equation"/>
      </w:pPr>
      <w:r>
        <w:t>E_c = S_q × C_i × T_a</w:t>
      </w:r>
    </w:p>
    <w:p w14:paraId="140779D0" w14:textId="77777777" w:rsidR="00F927B5" w:rsidRDefault="00987FD8">
      <w:pPr>
        <w:pStyle w:val="FigureCaption"/>
        <w:spacing w:before="0" w:after="80"/>
      </w:pPr>
      <w:r>
        <w:rPr>
          <w:b/>
          <w:color w:val="3C4C56"/>
        </w:rPr>
        <w:t xml:space="preserve">Equation 1. </w:t>
      </w:r>
      <w:r>
        <w:t>[Illustrative evidence-confidence model. Define every symbol and justify the functional form before use.]</w:t>
      </w:r>
    </w:p>
    <w:p w14:paraId="7DD8E305" w14:textId="77777777" w:rsidR="00F927B5" w:rsidRDefault="00987FD8">
      <w:pPr>
        <w:pStyle w:val="TableTitle"/>
      </w:pPr>
      <w:r>
        <w:t>T</w:t>
      </w:r>
      <w:r>
        <w:t>able 1. [Concise, informative table title]</w:t>
      </w:r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1037"/>
        <w:gridCol w:w="3096"/>
        <w:gridCol w:w="3240"/>
        <w:gridCol w:w="2606"/>
      </w:tblGrid>
      <w:tr w:rsidR="00F927B5" w14:paraId="5A187FF5" w14:textId="77777777" w:rsidTr="004D4C44">
        <w:trPr>
          <w:cantSplit/>
          <w:tblHeader/>
          <w:jc w:val="center"/>
        </w:trPr>
        <w:tc>
          <w:tcPr>
            <w:tcW w:w="1037" w:type="dxa"/>
            <w:tcBorders>
              <w:top w:val="single" w:sz="12" w:space="0" w:color="auto"/>
              <w:bottom w:val="single" w:sz="8" w:space="0" w:color="FF9900"/>
            </w:tcBorders>
            <w:shd w:val="clear" w:color="auto" w:fill="3C4C5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8A3B72" w14:textId="77777777" w:rsidR="00F927B5" w:rsidRDefault="00987FD8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5"/>
              </w:rPr>
              <w:t>Stage</w:t>
            </w:r>
          </w:p>
        </w:tc>
        <w:tc>
          <w:tcPr>
            <w:tcW w:w="3096" w:type="dxa"/>
            <w:tcBorders>
              <w:top w:val="single" w:sz="12" w:space="0" w:color="auto"/>
              <w:bottom w:val="single" w:sz="8" w:space="0" w:color="FF9900"/>
            </w:tcBorders>
            <w:shd w:val="clear" w:color="auto" w:fill="3C4C5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172502" w14:textId="77777777" w:rsidR="00F927B5" w:rsidRDefault="00987FD8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5"/>
              </w:rPr>
              <w:t>Primary question</w:t>
            </w:r>
          </w:p>
        </w:tc>
        <w:tc>
          <w:tcPr>
            <w:tcW w:w="3240" w:type="dxa"/>
            <w:tcBorders>
              <w:top w:val="single" w:sz="12" w:space="0" w:color="auto"/>
              <w:bottom w:val="single" w:sz="8" w:space="0" w:color="FF9900"/>
            </w:tcBorders>
            <w:shd w:val="clear" w:color="auto" w:fill="3C4C5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F39818" w14:textId="77777777" w:rsidR="00F927B5" w:rsidRDefault="00987FD8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5"/>
              </w:rPr>
              <w:t>Evidence standard</w:t>
            </w:r>
          </w:p>
        </w:tc>
        <w:tc>
          <w:tcPr>
            <w:tcW w:w="2606" w:type="dxa"/>
            <w:tcBorders>
              <w:top w:val="single" w:sz="12" w:space="0" w:color="auto"/>
              <w:bottom w:val="single" w:sz="8" w:space="0" w:color="FF9900"/>
            </w:tcBorders>
            <w:shd w:val="clear" w:color="auto" w:fill="3C4C5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1E8672" w14:textId="77777777" w:rsidR="00F927B5" w:rsidRDefault="00987FD8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5"/>
              </w:rPr>
              <w:t>Editorial check</w:t>
            </w:r>
          </w:p>
        </w:tc>
      </w:tr>
      <w:tr w:rsidR="00F927B5" w14:paraId="404614A8" w14:textId="77777777">
        <w:trPr>
          <w:cantSplit/>
          <w:jc w:val="center"/>
        </w:trPr>
        <w:tc>
          <w:tcPr>
            <w:tcW w:w="1037" w:type="dxa"/>
            <w:tcBorders>
              <w:top w:val="nil"/>
              <w:left w:val="nil"/>
              <w:bottom w:val="single" w:sz="4" w:space="0" w:color="D8DEE2"/>
              <w:right w:val="nil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F1B65A" w14:textId="77777777" w:rsidR="00F927B5" w:rsidRDefault="00987FD8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sz w:val="15"/>
              </w:rPr>
              <w:t>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D8DEE2"/>
              <w:right w:val="nil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ED82D8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>What exactly is being claimed?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D8DEE2"/>
              <w:right w:val="nil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C184E5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>Precise, bounded statement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D8DEE2"/>
              <w:right w:val="nil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13F25F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>Avoid ambiguity</w:t>
            </w:r>
          </w:p>
        </w:tc>
      </w:tr>
      <w:tr w:rsidR="00F927B5" w14:paraId="01D933F9" w14:textId="77777777">
        <w:trPr>
          <w:cantSplit/>
          <w:jc w:val="center"/>
        </w:trPr>
        <w:tc>
          <w:tcPr>
            <w:tcW w:w="1037" w:type="dxa"/>
            <w:tcBorders>
              <w:top w:val="nil"/>
              <w:left w:val="nil"/>
              <w:bottom w:val="single" w:sz="4" w:space="0" w:color="D8DEE2"/>
              <w:right w:val="nil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934B52" w14:textId="77777777" w:rsidR="00F927B5" w:rsidRDefault="00987FD8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sz w:val="15"/>
              </w:rPr>
              <w:t>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D8DEE2"/>
              <w:right w:val="nil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BD5DE8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>Who produced the source, when and why?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D8DEE2"/>
              <w:right w:val="nil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C8744F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>Traceable provenance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D8DEE2"/>
              <w:right w:val="nil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22CB2B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 xml:space="preserve">Verify </w:t>
            </w:r>
            <w:r>
              <w:rPr>
                <w:sz w:val="15"/>
              </w:rPr>
              <w:t>authenticity</w:t>
            </w:r>
          </w:p>
        </w:tc>
      </w:tr>
      <w:tr w:rsidR="00F927B5" w14:paraId="6DC20907" w14:textId="77777777" w:rsidTr="004D4C44">
        <w:trPr>
          <w:cantSplit/>
          <w:jc w:val="center"/>
        </w:trPr>
        <w:tc>
          <w:tcPr>
            <w:tcW w:w="1037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AB9AF9" w14:textId="77777777" w:rsidR="00F927B5" w:rsidRDefault="00987FD8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sz w:val="15"/>
              </w:rPr>
              <w:t>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64E8D3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>What independent evidence converges or conflicts?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44B120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>Corroboration and counter-evidence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4BD1F1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>Avoid circular citation</w:t>
            </w:r>
          </w:p>
        </w:tc>
      </w:tr>
    </w:tbl>
    <w:p w14:paraId="47E142C2" w14:textId="77777777" w:rsidR="00F927B5" w:rsidRDefault="00987FD8">
      <w:pPr>
        <w:pStyle w:val="FigureCaption"/>
        <w:spacing w:before="40"/>
      </w:pPr>
      <w:r>
        <w:rPr>
          <w:i/>
          <w:color w:val="3C4C56"/>
          <w:sz w:val="16"/>
        </w:rPr>
        <w:t xml:space="preserve">Note. </w:t>
      </w:r>
      <w:r>
        <w:rPr>
          <w:sz w:val="16"/>
        </w:rPr>
        <w:t xml:space="preserve">[Illustrative only. Define abbreviations, explain symbols and provide source or permissions information where </w:t>
      </w:r>
      <w:r>
        <w:rPr>
          <w:sz w:val="16"/>
        </w:rPr>
        <w:t>applicable.]</w:t>
      </w:r>
    </w:p>
    <w:p w14:paraId="27CAF800" w14:textId="77777777" w:rsidR="00F927B5" w:rsidRDefault="00987FD8">
      <w:pPr>
        <w:pStyle w:val="Heading1"/>
      </w:pPr>
      <w:r>
        <w:lastRenderedPageBreak/>
        <w:t>4. Results, Analysis or Argument</w:t>
      </w:r>
    </w:p>
    <w:p w14:paraId="3098E494" w14:textId="77777777" w:rsidR="00F927B5" w:rsidRDefault="00987FD8">
      <w:pPr>
        <w:pStyle w:val="FirstParagraph"/>
      </w:pPr>
      <w:r>
        <w:t xml:space="preserve">[Present findings, analysis or argument in a traceable sequence. Distinguish direct source evidence, analytical inference and interpretation; report material contrary or null evidence; and cite every table </w:t>
      </w:r>
      <w:r>
        <w:t>and figure in the main text.]</w:t>
      </w:r>
    </w:p>
    <w:p w14:paraId="7485CDAA" w14:textId="77777777" w:rsidR="00F927B5" w:rsidRDefault="00987FD8">
      <w:pPr>
        <w:spacing w:after="40"/>
        <w:jc w:val="center"/>
      </w:pPr>
      <w:r>
        <w:rPr>
          <w:noProof/>
        </w:rPr>
        <w:drawing>
          <wp:inline distT="0" distB="0" distL="0" distR="0" wp14:anchorId="0C517C76" wp14:editId="2D206919">
            <wp:extent cx="6199632" cy="2324862"/>
            <wp:effectExtent l="0" t="0" r="0" b="0"/>
            <wp:docPr id="3" name="Picture 3" descr="Five-stage evidence-evaluation pathway moving from claim or question, to source provenance, independent corroboration, counter-evidence, and a calibrated conclusion." title="Illustrative evidence-evaluation pathw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jsk_evidence_pathwa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9632" cy="2324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FF309" w14:textId="77777777" w:rsidR="00F927B5" w:rsidRDefault="00987FD8">
      <w:pPr>
        <w:pStyle w:val="FigureCaption"/>
        <w:spacing w:after="40"/>
      </w:pPr>
      <w:r>
        <w:rPr>
          <w:b/>
          <w:color w:val="3C4C56"/>
        </w:rPr>
        <w:t xml:space="preserve">Figure 1. </w:t>
      </w:r>
      <w:r>
        <w:t>[Concise, informative figure title.]</w:t>
      </w:r>
    </w:p>
    <w:p w14:paraId="668B78E8" w14:textId="77777777" w:rsidR="00F927B5" w:rsidRDefault="00987FD8">
      <w:pPr>
        <w:pStyle w:val="FigureCaption"/>
        <w:spacing w:before="0" w:after="120"/>
      </w:pPr>
      <w:r>
        <w:rPr>
          <w:i/>
          <w:color w:val="3C4C56"/>
        </w:rPr>
        <w:t xml:space="preserve">Alt text: </w:t>
      </w:r>
      <w:r>
        <w:rPr>
          <w:i/>
        </w:rPr>
        <w:t>[Add concise alternative text describing the figure's content and purpose.]</w:t>
      </w:r>
    </w:p>
    <w:p w14:paraId="0FAA57EB" w14:textId="77777777" w:rsidR="00F927B5" w:rsidRDefault="00987FD8">
      <w:pPr>
        <w:pStyle w:val="Heading1"/>
      </w:pPr>
      <w:r>
        <w:t>5. Discussion</w:t>
      </w:r>
    </w:p>
    <w:p w14:paraId="14FB7A9C" w14:textId="77777777" w:rsidR="00F927B5" w:rsidRDefault="00987FD8">
      <w:pPr>
        <w:pStyle w:val="FirstParagraph"/>
      </w:pPr>
      <w:r>
        <w:t>[Interpret the contribution in relation to the literature and framework. Enga</w:t>
      </w:r>
      <w:r>
        <w:t>ge plausible competing explanations, assess the strength and limits of the evidence, and distinguish established findings from provisional or contested conclusions.]</w:t>
      </w:r>
    </w:p>
    <w:p w14:paraId="0E9B7AE8" w14:textId="77777777" w:rsidR="00F927B5" w:rsidRDefault="00987FD8">
      <w:pPr>
        <w:pStyle w:val="Heading1"/>
      </w:pPr>
      <w:r>
        <w:t>6. Conclusion</w:t>
      </w:r>
    </w:p>
    <w:p w14:paraId="7DC6CDA6" w14:textId="77777777" w:rsidR="00F927B5" w:rsidRDefault="00987FD8">
      <w:pPr>
        <w:pStyle w:val="FirstParagraph"/>
      </w:pPr>
      <w:r>
        <w:t xml:space="preserve">[State the central conclusion, original contribution, principal limitations </w:t>
      </w:r>
      <w:r>
        <w:t>and proportionate implications. Avoid claims that extend beyond the evidential record.]</w:t>
      </w:r>
    </w:p>
    <w:p w14:paraId="4ECC626C" w14:textId="77777777" w:rsidR="00F927B5" w:rsidRDefault="00987FD8">
      <w:pPr>
        <w:keepNext/>
        <w:spacing w:before="140"/>
      </w:pPr>
      <w:r>
        <w:rPr>
          <w:rFonts w:ascii="Lato" w:eastAsia="Lato" w:hAnsi="Lato" w:cs="Lato"/>
          <w:b/>
          <w:color w:val="3C4C56"/>
          <w:sz w:val="26"/>
        </w:rPr>
        <w:t>Declarations</w:t>
      </w:r>
    </w:p>
    <w:tbl>
      <w:tblPr>
        <w:tblW w:w="997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603"/>
      </w:tblGrid>
      <w:tr w:rsidR="00F927B5" w14:paraId="4944A70D" w14:textId="77777777" w:rsidTr="004D4C44">
        <w:trPr>
          <w:cantSplit/>
          <w:jc w:val="center"/>
        </w:trPr>
        <w:tc>
          <w:tcPr>
            <w:tcW w:w="2376" w:type="dxa"/>
            <w:tcBorders>
              <w:top w:val="single" w:sz="18" w:space="0" w:color="auto"/>
              <w:left w:val="single" w:sz="18" w:space="0" w:color="auto"/>
              <w:bottom w:val="single" w:sz="4" w:space="0" w:color="D8DEE2"/>
            </w:tcBorders>
            <w:shd w:val="clear" w:color="auto" w:fill="F2F4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1E8B2A9" w14:textId="77777777" w:rsidR="00F927B5" w:rsidRDefault="00987FD8">
            <w:pPr>
              <w:spacing w:after="0" w:line="240" w:lineRule="auto"/>
              <w:jc w:val="left"/>
            </w:pPr>
            <w:r>
              <w:rPr>
                <w:rFonts w:ascii="Lato" w:eastAsia="Lato" w:hAnsi="Lato" w:cs="Lato"/>
                <w:b/>
                <w:color w:val="3C4C56"/>
                <w:sz w:val="14"/>
              </w:rPr>
              <w:t>AUTHOR CONTRIBUTIONS</w:t>
            </w:r>
          </w:p>
        </w:tc>
        <w:tc>
          <w:tcPr>
            <w:tcW w:w="7603" w:type="dxa"/>
            <w:tcBorders>
              <w:top w:val="single" w:sz="18" w:space="0" w:color="auto"/>
              <w:bottom w:val="single" w:sz="4" w:space="0" w:color="D8DEE2"/>
              <w:right w:val="single" w:sz="18" w:space="0" w:color="auto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71AC6AD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>[Use CRediT roles where applicable and describe each named author's substantive contributions.]</w:t>
            </w:r>
          </w:p>
        </w:tc>
      </w:tr>
      <w:tr w:rsidR="00F927B5" w14:paraId="467D3E22" w14:textId="77777777" w:rsidTr="004D4C44">
        <w:trPr>
          <w:cantSplit/>
          <w:jc w:val="center"/>
        </w:trPr>
        <w:tc>
          <w:tcPr>
            <w:tcW w:w="2376" w:type="dxa"/>
            <w:tcBorders>
              <w:top w:val="single" w:sz="4" w:space="0" w:color="D8DEE2"/>
              <w:left w:val="single" w:sz="18" w:space="0" w:color="auto"/>
              <w:bottom w:val="single" w:sz="4" w:space="0" w:color="D8DEE2"/>
            </w:tcBorders>
            <w:shd w:val="clear" w:color="auto" w:fill="F2F4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9C96D25" w14:textId="77777777" w:rsidR="00F927B5" w:rsidRDefault="00987FD8">
            <w:pPr>
              <w:spacing w:after="0" w:line="240" w:lineRule="auto"/>
              <w:jc w:val="left"/>
            </w:pPr>
            <w:r>
              <w:rPr>
                <w:rFonts w:ascii="Lato" w:eastAsia="Lato" w:hAnsi="Lato" w:cs="Lato"/>
                <w:b/>
                <w:color w:val="3C4C56"/>
                <w:sz w:val="14"/>
              </w:rPr>
              <w:t>FUNDING</w:t>
            </w:r>
          </w:p>
        </w:tc>
        <w:tc>
          <w:tcPr>
            <w:tcW w:w="7603" w:type="dxa"/>
            <w:tcBorders>
              <w:top w:val="single" w:sz="4" w:space="0" w:color="D8DEE2"/>
              <w:bottom w:val="single" w:sz="4" w:space="0" w:color="D8DEE2"/>
              <w:right w:val="single" w:sz="18" w:space="0" w:color="auto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F6D12F5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 xml:space="preserve">[State funder and grant </w:t>
            </w:r>
            <w:r>
              <w:rPr>
                <w:sz w:val="15"/>
              </w:rPr>
              <w:t>number, or: This research received no external funding.]</w:t>
            </w:r>
          </w:p>
        </w:tc>
      </w:tr>
      <w:tr w:rsidR="00F927B5" w14:paraId="2193E51B" w14:textId="77777777" w:rsidTr="004D4C44">
        <w:trPr>
          <w:cantSplit/>
          <w:jc w:val="center"/>
        </w:trPr>
        <w:tc>
          <w:tcPr>
            <w:tcW w:w="2376" w:type="dxa"/>
            <w:tcBorders>
              <w:top w:val="single" w:sz="4" w:space="0" w:color="D8DEE2"/>
              <w:left w:val="single" w:sz="18" w:space="0" w:color="auto"/>
              <w:bottom w:val="single" w:sz="4" w:space="0" w:color="D8DEE2"/>
            </w:tcBorders>
            <w:shd w:val="clear" w:color="auto" w:fill="F2F4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DC58561" w14:textId="77777777" w:rsidR="00F927B5" w:rsidRDefault="00987FD8">
            <w:pPr>
              <w:spacing w:after="0" w:line="240" w:lineRule="auto"/>
              <w:jc w:val="left"/>
            </w:pPr>
            <w:r>
              <w:rPr>
                <w:rFonts w:ascii="Lato" w:eastAsia="Lato" w:hAnsi="Lato" w:cs="Lato"/>
                <w:b/>
                <w:color w:val="3C4C56"/>
                <w:sz w:val="14"/>
              </w:rPr>
              <w:t>CONFLICTS OF INTEREST</w:t>
            </w:r>
          </w:p>
        </w:tc>
        <w:tc>
          <w:tcPr>
            <w:tcW w:w="7603" w:type="dxa"/>
            <w:tcBorders>
              <w:top w:val="single" w:sz="4" w:space="0" w:color="D8DEE2"/>
              <w:bottom w:val="single" w:sz="4" w:space="0" w:color="D8DEE2"/>
              <w:right w:val="single" w:sz="18" w:space="0" w:color="auto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D9AAAB6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>[Declare relevant financial or non-financial competing interests, or: The authors declare no conflict of interest.]</w:t>
            </w:r>
          </w:p>
        </w:tc>
      </w:tr>
      <w:tr w:rsidR="00F927B5" w14:paraId="4A0C35E7" w14:textId="77777777" w:rsidTr="004D4C44">
        <w:trPr>
          <w:cantSplit/>
          <w:jc w:val="center"/>
        </w:trPr>
        <w:tc>
          <w:tcPr>
            <w:tcW w:w="2376" w:type="dxa"/>
            <w:tcBorders>
              <w:top w:val="single" w:sz="4" w:space="0" w:color="D8DEE2"/>
              <w:left w:val="single" w:sz="18" w:space="0" w:color="auto"/>
              <w:bottom w:val="single" w:sz="4" w:space="0" w:color="D8DEE2"/>
            </w:tcBorders>
            <w:shd w:val="clear" w:color="auto" w:fill="F2F4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1C9003F" w14:textId="77777777" w:rsidR="00F927B5" w:rsidRDefault="00987FD8">
            <w:pPr>
              <w:spacing w:after="0" w:line="240" w:lineRule="auto"/>
              <w:jc w:val="left"/>
            </w:pPr>
            <w:r>
              <w:rPr>
                <w:rFonts w:ascii="Lato" w:eastAsia="Lato" w:hAnsi="Lato" w:cs="Lato"/>
                <w:b/>
                <w:color w:val="3C4C56"/>
                <w:sz w:val="14"/>
              </w:rPr>
              <w:t>ETHICS APPROVAL</w:t>
            </w:r>
          </w:p>
        </w:tc>
        <w:tc>
          <w:tcPr>
            <w:tcW w:w="7603" w:type="dxa"/>
            <w:tcBorders>
              <w:top w:val="single" w:sz="4" w:space="0" w:color="D8DEE2"/>
              <w:bottom w:val="single" w:sz="4" w:space="0" w:color="D8DEE2"/>
              <w:right w:val="single" w:sz="18" w:space="0" w:color="auto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71B36A5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>[Provide approving body, reference and date</w:t>
            </w:r>
            <w:r>
              <w:rPr>
                <w:sz w:val="15"/>
              </w:rPr>
              <w:t>, or explain why approval was not required.]</w:t>
            </w:r>
          </w:p>
        </w:tc>
      </w:tr>
      <w:tr w:rsidR="00F927B5" w14:paraId="6C8BAFA8" w14:textId="77777777" w:rsidTr="004D4C44">
        <w:trPr>
          <w:cantSplit/>
          <w:jc w:val="center"/>
        </w:trPr>
        <w:tc>
          <w:tcPr>
            <w:tcW w:w="2376" w:type="dxa"/>
            <w:tcBorders>
              <w:top w:val="single" w:sz="4" w:space="0" w:color="D8DEE2"/>
              <w:left w:val="single" w:sz="18" w:space="0" w:color="auto"/>
              <w:bottom w:val="single" w:sz="4" w:space="0" w:color="D8DEE2"/>
            </w:tcBorders>
            <w:shd w:val="clear" w:color="auto" w:fill="F2F4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517CB037" w14:textId="77777777" w:rsidR="00F927B5" w:rsidRDefault="00987FD8">
            <w:pPr>
              <w:spacing w:after="0" w:line="240" w:lineRule="auto"/>
              <w:jc w:val="left"/>
            </w:pPr>
            <w:r>
              <w:rPr>
                <w:rFonts w:ascii="Lato" w:eastAsia="Lato" w:hAnsi="Lato" w:cs="Lato"/>
                <w:b/>
                <w:color w:val="3C4C56"/>
                <w:sz w:val="14"/>
              </w:rPr>
              <w:t>INFORMED CONSENT</w:t>
            </w:r>
          </w:p>
        </w:tc>
        <w:tc>
          <w:tcPr>
            <w:tcW w:w="7603" w:type="dxa"/>
            <w:tcBorders>
              <w:top w:val="single" w:sz="4" w:space="0" w:color="D8DEE2"/>
              <w:bottom w:val="single" w:sz="4" w:space="0" w:color="D8DEE2"/>
              <w:right w:val="single" w:sz="18" w:space="0" w:color="auto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7810AE4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>[Describe consent procedures, including consent for publication where relevant, or: Not applicable.]</w:t>
            </w:r>
          </w:p>
        </w:tc>
      </w:tr>
      <w:tr w:rsidR="00F927B5" w14:paraId="7DD96D03" w14:textId="77777777" w:rsidTr="004D4C44">
        <w:trPr>
          <w:cantSplit/>
          <w:jc w:val="center"/>
        </w:trPr>
        <w:tc>
          <w:tcPr>
            <w:tcW w:w="2376" w:type="dxa"/>
            <w:tcBorders>
              <w:top w:val="single" w:sz="4" w:space="0" w:color="D8DEE2"/>
              <w:left w:val="single" w:sz="18" w:space="0" w:color="auto"/>
              <w:bottom w:val="single" w:sz="4" w:space="0" w:color="D8DEE2"/>
            </w:tcBorders>
            <w:shd w:val="clear" w:color="auto" w:fill="F2F4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5DEB046" w14:textId="77777777" w:rsidR="00F927B5" w:rsidRDefault="00987FD8">
            <w:pPr>
              <w:spacing w:after="0" w:line="240" w:lineRule="auto"/>
              <w:jc w:val="left"/>
            </w:pPr>
            <w:r>
              <w:rPr>
                <w:rFonts w:ascii="Lato" w:eastAsia="Lato" w:hAnsi="Lato" w:cs="Lato"/>
                <w:b/>
                <w:color w:val="3C4C56"/>
                <w:sz w:val="14"/>
              </w:rPr>
              <w:t>DATA AVAILABILITY</w:t>
            </w:r>
          </w:p>
        </w:tc>
        <w:tc>
          <w:tcPr>
            <w:tcW w:w="7603" w:type="dxa"/>
            <w:tcBorders>
              <w:top w:val="single" w:sz="4" w:space="0" w:color="D8DEE2"/>
              <w:bottom w:val="single" w:sz="4" w:space="0" w:color="D8DEE2"/>
              <w:right w:val="single" w:sz="18" w:space="0" w:color="auto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B1D4B2B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 xml:space="preserve">[State repository, DOI and access conditions, or explain </w:t>
            </w:r>
            <w:r>
              <w:rPr>
                <w:sz w:val="15"/>
              </w:rPr>
              <w:t>justified restrictions.]</w:t>
            </w:r>
          </w:p>
        </w:tc>
      </w:tr>
      <w:tr w:rsidR="00F927B5" w14:paraId="56B6E016" w14:textId="77777777" w:rsidTr="004D4C44">
        <w:trPr>
          <w:cantSplit/>
          <w:jc w:val="center"/>
        </w:trPr>
        <w:tc>
          <w:tcPr>
            <w:tcW w:w="2376" w:type="dxa"/>
            <w:tcBorders>
              <w:top w:val="single" w:sz="4" w:space="0" w:color="D8DEE2"/>
              <w:left w:val="single" w:sz="18" w:space="0" w:color="auto"/>
              <w:bottom w:val="single" w:sz="4" w:space="0" w:color="D8DEE2"/>
            </w:tcBorders>
            <w:shd w:val="clear" w:color="auto" w:fill="F2F4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937F55E" w14:textId="77777777" w:rsidR="00F927B5" w:rsidRDefault="00987FD8">
            <w:pPr>
              <w:spacing w:after="0" w:line="240" w:lineRule="auto"/>
              <w:jc w:val="left"/>
            </w:pPr>
            <w:r>
              <w:rPr>
                <w:rFonts w:ascii="Lato" w:eastAsia="Lato" w:hAnsi="Lato" w:cs="Lato"/>
                <w:b/>
                <w:color w:val="3C4C56"/>
                <w:sz w:val="14"/>
              </w:rPr>
              <w:t>MATERIALS AND CODE AVAILABILITY</w:t>
            </w:r>
          </w:p>
        </w:tc>
        <w:tc>
          <w:tcPr>
            <w:tcW w:w="7603" w:type="dxa"/>
            <w:tcBorders>
              <w:top w:val="single" w:sz="4" w:space="0" w:color="D8DEE2"/>
              <w:bottom w:val="single" w:sz="4" w:space="0" w:color="D8DEE2"/>
              <w:right w:val="single" w:sz="18" w:space="0" w:color="auto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2CCD292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>[State repository and conditions, or: Not applicable.]</w:t>
            </w:r>
          </w:p>
        </w:tc>
      </w:tr>
      <w:tr w:rsidR="00F927B5" w14:paraId="41A54870" w14:textId="77777777" w:rsidTr="004D4C44">
        <w:trPr>
          <w:cantSplit/>
          <w:jc w:val="center"/>
        </w:trPr>
        <w:tc>
          <w:tcPr>
            <w:tcW w:w="2376" w:type="dxa"/>
            <w:tcBorders>
              <w:top w:val="single" w:sz="4" w:space="0" w:color="D8DEE2"/>
              <w:left w:val="single" w:sz="18" w:space="0" w:color="auto"/>
              <w:bottom w:val="single" w:sz="4" w:space="0" w:color="D8DEE2"/>
            </w:tcBorders>
            <w:shd w:val="clear" w:color="auto" w:fill="F2F4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0BF9CE9" w14:textId="77777777" w:rsidR="00F927B5" w:rsidRDefault="00987FD8">
            <w:pPr>
              <w:spacing w:after="0" w:line="240" w:lineRule="auto"/>
              <w:jc w:val="left"/>
            </w:pPr>
            <w:r>
              <w:rPr>
                <w:rFonts w:ascii="Lato" w:eastAsia="Lato" w:hAnsi="Lato" w:cs="Lato"/>
                <w:b/>
                <w:color w:val="3C4C56"/>
                <w:sz w:val="14"/>
              </w:rPr>
              <w:t>USE OF GENERATIVE AI</w:t>
            </w:r>
          </w:p>
        </w:tc>
        <w:tc>
          <w:tcPr>
            <w:tcW w:w="7603" w:type="dxa"/>
            <w:tcBorders>
              <w:top w:val="single" w:sz="4" w:space="0" w:color="D8DEE2"/>
              <w:bottom w:val="single" w:sz="4" w:space="0" w:color="D8DEE2"/>
              <w:right w:val="single" w:sz="18" w:space="0" w:color="auto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1F36639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>[Disclose any material use of generative AI, including tool/provider, purpose, scope and human verification, in accordanc</w:t>
            </w:r>
            <w:r>
              <w:rPr>
                <w:sz w:val="15"/>
              </w:rPr>
              <w:t>e with current journal policy.]</w:t>
            </w:r>
          </w:p>
        </w:tc>
      </w:tr>
      <w:tr w:rsidR="00F927B5" w14:paraId="1BC1C675" w14:textId="77777777" w:rsidTr="004D4C44">
        <w:trPr>
          <w:cantSplit/>
          <w:jc w:val="center"/>
        </w:trPr>
        <w:tc>
          <w:tcPr>
            <w:tcW w:w="2376" w:type="dxa"/>
            <w:tcBorders>
              <w:top w:val="single" w:sz="4" w:space="0" w:color="D8DEE2"/>
              <w:left w:val="single" w:sz="18" w:space="0" w:color="auto"/>
              <w:bottom w:val="single" w:sz="4" w:space="0" w:color="D8DEE2"/>
            </w:tcBorders>
            <w:shd w:val="clear" w:color="auto" w:fill="F2F4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CD8BF35" w14:textId="77777777" w:rsidR="00F927B5" w:rsidRDefault="00987FD8">
            <w:pPr>
              <w:spacing w:after="0" w:line="240" w:lineRule="auto"/>
              <w:jc w:val="left"/>
            </w:pPr>
            <w:r>
              <w:rPr>
                <w:rFonts w:ascii="Lato" w:eastAsia="Lato" w:hAnsi="Lato" w:cs="Lato"/>
                <w:b/>
                <w:color w:val="3C4C56"/>
                <w:sz w:val="14"/>
              </w:rPr>
              <w:t>ACKNOWLEDGEMENTS</w:t>
            </w:r>
          </w:p>
        </w:tc>
        <w:tc>
          <w:tcPr>
            <w:tcW w:w="7603" w:type="dxa"/>
            <w:tcBorders>
              <w:top w:val="single" w:sz="4" w:space="0" w:color="D8DEE2"/>
              <w:bottom w:val="single" w:sz="4" w:space="0" w:color="D8DEE2"/>
              <w:right w:val="single" w:sz="18" w:space="0" w:color="auto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22C623F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>[Name non-author contributions and permissions, or: None.]</w:t>
            </w:r>
          </w:p>
        </w:tc>
      </w:tr>
      <w:tr w:rsidR="00F927B5" w14:paraId="64877163" w14:textId="77777777" w:rsidTr="004D4C44">
        <w:trPr>
          <w:cantSplit/>
          <w:jc w:val="center"/>
        </w:trPr>
        <w:tc>
          <w:tcPr>
            <w:tcW w:w="2376" w:type="dxa"/>
            <w:tcBorders>
              <w:top w:val="single" w:sz="4" w:space="0" w:color="D8DEE2"/>
              <w:left w:val="single" w:sz="18" w:space="0" w:color="auto"/>
              <w:bottom w:val="single" w:sz="18" w:space="0" w:color="auto"/>
            </w:tcBorders>
            <w:shd w:val="clear" w:color="auto" w:fill="F2F4F5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3E7397D" w14:textId="77777777" w:rsidR="00F927B5" w:rsidRDefault="00987FD8">
            <w:pPr>
              <w:spacing w:after="0" w:line="240" w:lineRule="auto"/>
              <w:jc w:val="left"/>
            </w:pPr>
            <w:r>
              <w:rPr>
                <w:rFonts w:ascii="Lato" w:eastAsia="Lato" w:hAnsi="Lato" w:cs="Lato"/>
                <w:b/>
                <w:color w:val="3C4C56"/>
                <w:sz w:val="14"/>
              </w:rPr>
              <w:t>SUPPLEMENTARY MATERIALS</w:t>
            </w:r>
          </w:p>
        </w:tc>
        <w:tc>
          <w:tcPr>
            <w:tcW w:w="7603" w:type="dxa"/>
            <w:tcBorders>
              <w:top w:val="single" w:sz="4" w:space="0" w:color="D8DEE2"/>
              <w:bottom w:val="single" w:sz="18" w:space="0" w:color="auto"/>
              <w:right w:val="single" w:sz="18" w:space="0" w:color="auto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8955917" w14:textId="77777777" w:rsidR="00F927B5" w:rsidRDefault="00987FD8">
            <w:pPr>
              <w:spacing w:after="0" w:line="240" w:lineRule="auto"/>
            </w:pPr>
            <w:r>
              <w:rPr>
                <w:sz w:val="15"/>
              </w:rPr>
              <w:t>[List supplementary files and persistent links/identifiers, or: None.]</w:t>
            </w:r>
          </w:p>
        </w:tc>
      </w:tr>
    </w:tbl>
    <w:p w14:paraId="3B15DF59" w14:textId="77777777" w:rsidR="00F927B5" w:rsidRDefault="00987FD8">
      <w:r>
        <w:br w:type="page"/>
      </w:r>
    </w:p>
    <w:tbl>
      <w:tblPr>
        <w:tblW w:w="997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8035"/>
      </w:tblGrid>
      <w:tr w:rsidR="00F927B5" w14:paraId="2F51491A" w14:textId="77777777" w:rsidTr="004D4C44">
        <w:trPr>
          <w:jc w:val="center"/>
        </w:trPr>
        <w:tc>
          <w:tcPr>
            <w:tcW w:w="19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94E00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12620E3" w14:textId="77777777" w:rsidR="00F927B5" w:rsidRDefault="00987FD8">
            <w:pPr>
              <w:spacing w:after="0"/>
              <w:jc w:val="center"/>
            </w:pPr>
            <w:r>
              <w:rPr>
                <w:rFonts w:ascii="Lato" w:eastAsia="Lato" w:hAnsi="Lato" w:cs="Lato"/>
                <w:b/>
                <w:color w:val="FFFFFF"/>
                <w:sz w:val="15"/>
              </w:rPr>
              <w:lastRenderedPageBreak/>
              <w:t>PUBLISHER'S</w:t>
            </w:r>
            <w:r>
              <w:rPr>
                <w:rFonts w:ascii="Lato" w:eastAsia="Lato" w:hAnsi="Lato" w:cs="Lato"/>
                <w:b/>
                <w:color w:val="FFFFFF"/>
                <w:sz w:val="15"/>
              </w:rPr>
              <w:br/>
              <w:t>NOTE</w:t>
            </w:r>
          </w:p>
        </w:tc>
        <w:tc>
          <w:tcPr>
            <w:tcW w:w="8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8F6F2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EC89036" w14:textId="77777777" w:rsidR="00F927B5" w:rsidRDefault="00987FD8">
            <w:pPr>
              <w:spacing w:after="0" w:line="252" w:lineRule="auto"/>
            </w:pPr>
            <w:r>
              <w:rPr>
                <w:sz w:val="17"/>
              </w:rPr>
              <w:t xml:space="preserve">Open Journal of </w:t>
            </w:r>
            <w:r>
              <w:rPr>
                <w:sz w:val="17"/>
              </w:rPr>
              <w:t>Stigmatized Knowledge &amp; Suppressed Discourses is a title of Open Christian Press, a publishing imprint of Open Christian University and Center for Faith and Work. Publication does not imply institutional endorsement of every claim or interpretation. The pu</w:t>
            </w:r>
            <w:r>
              <w:rPr>
                <w:sz w:val="17"/>
              </w:rPr>
              <w:t>blisher remains neutral with regard to jurisdictional claims in published maps and institutional affiliations.</w:t>
            </w:r>
          </w:p>
        </w:tc>
      </w:tr>
    </w:tbl>
    <w:p w14:paraId="5C6E29FC" w14:textId="77777777" w:rsidR="00F927B5" w:rsidRDefault="00987FD8">
      <w:pPr>
        <w:pStyle w:val="Heading1"/>
      </w:pPr>
      <w:r>
        <w:t>References</w:t>
      </w:r>
    </w:p>
    <w:p w14:paraId="094D8397" w14:textId="77777777" w:rsidR="00F927B5" w:rsidRDefault="00987FD8">
      <w:pPr>
        <w:pStyle w:val="FigureCaption"/>
        <w:spacing w:before="0" w:after="120"/>
      </w:pPr>
      <w:r>
        <w:rPr>
          <w:i/>
        </w:rPr>
        <w:t>[Use APA 7th edition unless current journal guidance specifies otherwise. Verify every in-text citation against the reference list, u</w:t>
      </w:r>
      <w:r>
        <w:rPr>
          <w:i/>
        </w:rPr>
        <w:t>se DOI links in https://doi.org/ format where available, and prefer stable archival or repository links for primary documents.]</w:t>
      </w:r>
    </w:p>
    <w:p w14:paraId="7DBDDF90" w14:textId="77777777" w:rsidR="00F927B5" w:rsidRDefault="00987FD8">
      <w:pPr>
        <w:pStyle w:val="ReferenceEntry"/>
      </w:pPr>
      <w:r>
        <w:t>[Author surname], [Initials]. ([Year]). [Title of article]. [Journal Title], [volume]([issue]), [page range]. https://doi.org/[D</w:t>
      </w:r>
      <w:r>
        <w:t>OI]</w:t>
      </w:r>
    </w:p>
    <w:p w14:paraId="7836A1DA" w14:textId="77777777" w:rsidR="00F927B5" w:rsidRDefault="00987FD8">
      <w:pPr>
        <w:pStyle w:val="ReferenceEntry"/>
      </w:pPr>
      <w:r>
        <w:t>[Author surname], [Initials]. ([Year]). [Title of book] ([Edition]). [Publisher].</w:t>
      </w:r>
    </w:p>
    <w:p w14:paraId="62EC22DA" w14:textId="77777777" w:rsidR="00F927B5" w:rsidRDefault="00987FD8">
      <w:pPr>
        <w:pStyle w:val="ReferenceEntry"/>
      </w:pPr>
      <w:r>
        <w:t>[Organisation]. ([Year]). [Title of report]. [URL]</w:t>
      </w:r>
    </w:p>
    <w:p w14:paraId="1801EC60" w14:textId="77777777" w:rsidR="00F927B5" w:rsidRDefault="00987FD8">
      <w:pPr>
        <w:pStyle w:val="ReferenceEntry"/>
      </w:pPr>
      <w:r>
        <w:t>[Author surname], [Initials]. ([Year]). [Title of dataset] [Data set]. [Repository]. [DOI/URL]</w:t>
      </w:r>
    </w:p>
    <w:p w14:paraId="1CD5D6ED" w14:textId="77777777" w:rsidR="00F927B5" w:rsidRDefault="00987FD8">
      <w:pPr>
        <w:pStyle w:val="Heading1"/>
      </w:pPr>
      <w:r>
        <w:t>Appendix A</w:t>
      </w:r>
    </w:p>
    <w:p w14:paraId="52A2F07A" w14:textId="77777777" w:rsidR="00F927B5" w:rsidRDefault="00987FD8">
      <w:pPr>
        <w:pStyle w:val="FirstParagraph"/>
      </w:pPr>
      <w:r>
        <w:t>[Optional sup</w:t>
      </w:r>
      <w:r>
        <w:t>plementary instrument, coding framework, extended table, source-audit trail or reproducibility information.]</w:t>
      </w:r>
    </w:p>
    <w:sectPr w:rsidR="00F927B5" w:rsidSect="004D4C4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879" w:right="964" w:bottom="879" w:left="964" w:header="397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47107" w14:textId="77777777" w:rsidR="00000000" w:rsidRDefault="00987FD8">
      <w:pPr>
        <w:spacing w:after="0" w:line="240" w:lineRule="auto"/>
      </w:pPr>
      <w:r>
        <w:separator/>
      </w:r>
    </w:p>
  </w:endnote>
  <w:endnote w:type="continuationSeparator" w:id="0">
    <w:p w14:paraId="4D5D1A02" w14:textId="77777777" w:rsidR="00000000" w:rsidRDefault="00987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altName w:val="Noto Serif"/>
    <w:charset w:val="00"/>
    <w:family w:val="roman"/>
    <w:pitch w:val="variable"/>
    <w:sig w:usb0="E00002FF" w:usb1="500078FF" w:usb2="0000002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00C76" w14:textId="77777777" w:rsidR="00F927B5" w:rsidRDefault="00F927B5">
    <w:pPr>
      <w:pStyle w:val="Footer"/>
    </w:pPr>
  </w:p>
  <w:tbl>
    <w:tblPr>
      <w:tblW w:w="9979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3816"/>
      <w:gridCol w:w="1699"/>
      <w:gridCol w:w="4464"/>
    </w:tblGrid>
    <w:tr w:rsidR="00F927B5" w14:paraId="46BF24DE" w14:textId="77777777">
      <w:trPr>
        <w:jc w:val="center"/>
      </w:trPr>
      <w:tc>
        <w:tcPr>
          <w:tcW w:w="3816" w:type="dxa"/>
          <w:tcMar>
            <w:top w:w="0" w:type="dxa"/>
            <w:left w:w="0" w:type="dxa"/>
            <w:bottom w:w="0" w:type="dxa"/>
            <w:right w:w="0" w:type="dxa"/>
          </w:tcMar>
        </w:tcPr>
        <w:p w14:paraId="107AE84E" w14:textId="77777777" w:rsidR="00F927B5" w:rsidRDefault="00987FD8">
          <w:pPr>
            <w:spacing w:after="0"/>
            <w:jc w:val="left"/>
          </w:pPr>
          <w:r>
            <w:rPr>
              <w:rFonts w:ascii="Lato" w:eastAsia="Lato" w:hAnsi="Lato" w:cs="Lato"/>
              <w:color w:val="6E7A82"/>
              <w:sz w:val="14"/>
            </w:rPr>
            <w:t>DOI: [assigned after acceptance]</w:t>
          </w:r>
        </w:p>
      </w:tc>
      <w:tc>
        <w:tcPr>
          <w:tcW w:w="1699" w:type="dxa"/>
          <w:tcMar>
            <w:top w:w="0" w:type="dxa"/>
            <w:left w:w="0" w:type="dxa"/>
            <w:bottom w:w="0" w:type="dxa"/>
            <w:right w:w="0" w:type="dxa"/>
          </w:tcMar>
        </w:tcPr>
        <w:p w14:paraId="562EBF38" w14:textId="77777777" w:rsidR="00F927B5" w:rsidRDefault="00987FD8">
          <w:pPr>
            <w:spacing w:after="0"/>
            <w:jc w:val="center"/>
          </w:pPr>
          <w:r>
            <w:rPr>
              <w:rFonts w:ascii="Lato" w:eastAsia="Lato" w:hAnsi="Lato" w:cs="Lato"/>
              <w:color w:val="6E7A82"/>
              <w:sz w:val="15"/>
            </w:rPr>
            <w:t xml:space="preserve">Page </w:t>
          </w:r>
          <w:r>
            <w:rPr>
              <w:rFonts w:ascii="Lato" w:eastAsia="Lato" w:hAnsi="Lato" w:cs="Lato"/>
              <w:color w:val="6E7A82"/>
              <w:sz w:val="15"/>
            </w:rPr>
            <w:fldChar w:fldCharType="begin"/>
          </w:r>
          <w:r>
            <w:rPr>
              <w:rFonts w:ascii="Lato" w:eastAsia="Lato" w:hAnsi="Lato" w:cs="Lato"/>
              <w:color w:val="6E7A82"/>
              <w:sz w:val="15"/>
            </w:rPr>
            <w:instrText xml:space="preserve"> PAGE </w:instrText>
          </w:r>
          <w:r>
            <w:rPr>
              <w:rFonts w:ascii="Lato" w:eastAsia="Lato" w:hAnsi="Lato" w:cs="Lato"/>
              <w:color w:val="6E7A82"/>
              <w:sz w:val="15"/>
            </w:rPr>
            <w:fldChar w:fldCharType="separate"/>
          </w:r>
          <w:r w:rsidR="00044747">
            <w:rPr>
              <w:rFonts w:ascii="Lato" w:eastAsia="Lato" w:hAnsi="Lato" w:cs="Lato"/>
              <w:noProof/>
              <w:color w:val="6E7A82"/>
              <w:sz w:val="15"/>
            </w:rPr>
            <w:t>1</w:t>
          </w:r>
          <w:r>
            <w:rPr>
              <w:rFonts w:ascii="Lato" w:eastAsia="Lato" w:hAnsi="Lato" w:cs="Lato"/>
              <w:color w:val="6E7A82"/>
              <w:sz w:val="15"/>
            </w:rPr>
            <w:fldChar w:fldCharType="end"/>
          </w:r>
        </w:p>
      </w:tc>
      <w:tc>
        <w:tcPr>
          <w:tcW w:w="4464" w:type="dxa"/>
          <w:tcMar>
            <w:top w:w="0" w:type="dxa"/>
            <w:left w:w="0" w:type="dxa"/>
            <w:bottom w:w="0" w:type="dxa"/>
            <w:right w:w="0" w:type="dxa"/>
          </w:tcMar>
        </w:tcPr>
        <w:p w14:paraId="5A6A9ABD" w14:textId="77777777" w:rsidR="00F927B5" w:rsidRDefault="00987FD8">
          <w:pPr>
            <w:spacing w:after="0"/>
            <w:jc w:val="right"/>
          </w:pPr>
          <w:r>
            <w:rPr>
              <w:rFonts w:ascii="Lato" w:eastAsia="Lato" w:hAnsi="Lato" w:cs="Lato"/>
              <w:color w:val="6E7A82"/>
              <w:sz w:val="14"/>
            </w:rPr>
            <w:t xml:space="preserve">Open </w:t>
          </w:r>
          <w:r>
            <w:rPr>
              <w:rFonts w:ascii="Lato" w:eastAsia="Lato" w:hAnsi="Lato" w:cs="Lato"/>
              <w:color w:val="6E7A82"/>
              <w:sz w:val="14"/>
            </w:rPr>
            <w:t>Christian Press | CC BY-NC 4.0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93791" w14:textId="77777777" w:rsidR="00F927B5" w:rsidRDefault="00F927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CC0B1" w14:textId="77777777" w:rsidR="00000000" w:rsidRDefault="00987FD8">
      <w:pPr>
        <w:spacing w:after="0" w:line="240" w:lineRule="auto"/>
      </w:pPr>
      <w:r>
        <w:separator/>
      </w:r>
    </w:p>
  </w:footnote>
  <w:footnote w:type="continuationSeparator" w:id="0">
    <w:p w14:paraId="39AE3520" w14:textId="77777777" w:rsidR="00000000" w:rsidRDefault="00987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5894" w14:textId="77777777" w:rsidR="00F927B5" w:rsidRDefault="00F927B5">
    <w:pPr>
      <w:pStyle w:val="Header"/>
    </w:pPr>
  </w:p>
  <w:tbl>
    <w:tblPr>
      <w:tblW w:w="9979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5400"/>
      <w:gridCol w:w="4579"/>
    </w:tblGrid>
    <w:tr w:rsidR="00F927B5" w14:paraId="38AAC2A8" w14:textId="77777777">
      <w:trPr>
        <w:jc w:val="center"/>
      </w:trPr>
      <w:tc>
        <w:tcPr>
          <w:tcW w:w="540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3F907C6" w14:textId="77777777" w:rsidR="00F927B5" w:rsidRDefault="00987FD8">
          <w:pPr>
            <w:spacing w:after="0"/>
            <w:jc w:val="left"/>
          </w:pPr>
          <w:r>
            <w:rPr>
              <w:rFonts w:ascii="Lato" w:eastAsia="Lato" w:hAnsi="Lato" w:cs="Lato"/>
              <w:color w:val="6E7A82"/>
              <w:sz w:val="14"/>
            </w:rPr>
            <w:t>[Abbreviated article title]</w:t>
          </w:r>
        </w:p>
      </w:tc>
      <w:tc>
        <w:tcPr>
          <w:tcW w:w="457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3AC00E2" w14:textId="77777777" w:rsidR="00F927B5" w:rsidRDefault="00987FD8">
          <w:pPr>
            <w:spacing w:after="0"/>
            <w:jc w:val="right"/>
          </w:pPr>
          <w:r>
            <w:rPr>
              <w:rFonts w:ascii="Lato" w:eastAsia="Lato" w:hAnsi="Lato" w:cs="Lato"/>
              <w:color w:val="3C4C56"/>
              <w:sz w:val="14"/>
            </w:rPr>
            <w:t>OJ-SKSD | Vol. [00], No. [00] ([Year])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92814" w14:textId="77777777" w:rsidR="00F927B5" w:rsidRDefault="00F927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747"/>
    <w:rsid w:val="0006063C"/>
    <w:rsid w:val="0015074B"/>
    <w:rsid w:val="0029639D"/>
    <w:rsid w:val="00326F90"/>
    <w:rsid w:val="004D4C44"/>
    <w:rsid w:val="006B2B50"/>
    <w:rsid w:val="00982C48"/>
    <w:rsid w:val="00987FD8"/>
    <w:rsid w:val="00AA1D8D"/>
    <w:rsid w:val="00B47730"/>
    <w:rsid w:val="00CB0664"/>
    <w:rsid w:val="00F927B5"/>
    <w:rsid w:val="00F937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56FF7B"/>
  <w14:defaultImageDpi w14:val="300"/>
  <w15:docId w15:val="{A7CF4D8B-51A5-48CE-98AD-67FE2B854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Noto Serif" w:eastAsia="Noto Serif" w:hAnsi="Noto Serif" w:cs="Noto Serif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jc w:val="left"/>
      <w:outlineLvl w:val="0"/>
    </w:pPr>
    <w:rPr>
      <w:rFonts w:asciiTheme="majorHAnsi" w:eastAsiaTheme="majorEastAsia" w:hAnsiTheme="majorHAnsi" w:cstheme="majorBidi"/>
      <w:b/>
      <w:bCs/>
      <w:color w:val="3C4C5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jc w:val="left"/>
      <w:outlineLvl w:val="1"/>
    </w:pPr>
    <w:rPr>
      <w:rFonts w:asciiTheme="majorHAnsi" w:eastAsiaTheme="majorEastAsia" w:hAnsiTheme="majorHAnsi" w:cstheme="majorBidi"/>
      <w:b/>
      <w:bCs/>
      <w:color w:val="A94E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jc w:val="left"/>
      <w:outlineLvl w:val="2"/>
    </w:pPr>
    <w:rPr>
      <w:rFonts w:asciiTheme="majorHAnsi" w:eastAsiaTheme="majorEastAsia" w:hAnsiTheme="majorHAnsi" w:cstheme="majorBidi"/>
      <w:b/>
      <w:bCs/>
      <w:color w:val="3C4C5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20" w:after="4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3C4C56"/>
      <w:sz w:val="1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Body">
    <w:name w:val="Normal Body"/>
    <w:basedOn w:val="Normal"/>
  </w:style>
  <w:style w:type="paragraph" w:customStyle="1" w:styleId="FirstParagraph">
    <w:name w:val="First Paragraph"/>
    <w:basedOn w:val="Normal"/>
  </w:style>
  <w:style w:type="paragraph" w:customStyle="1" w:styleId="ArticleTitle">
    <w:name w:val="Article Title"/>
    <w:basedOn w:val="Normal"/>
    <w:pPr>
      <w:keepNext/>
      <w:spacing w:before="140" w:after="140" w:line="240" w:lineRule="auto"/>
      <w:jc w:val="left"/>
    </w:pPr>
    <w:rPr>
      <w:b/>
      <w:color w:val="3C4C56"/>
      <w:sz w:val="45"/>
    </w:rPr>
  </w:style>
  <w:style w:type="paragraph" w:customStyle="1" w:styleId="ArticleSubtitle">
    <w:name w:val="Article Subtitle"/>
    <w:basedOn w:val="Normal"/>
    <w:pPr>
      <w:keepNext/>
      <w:spacing w:after="120" w:line="252" w:lineRule="auto"/>
      <w:jc w:val="left"/>
    </w:pPr>
    <w:rPr>
      <w:i/>
      <w:color w:val="6E7A82"/>
      <w:sz w:val="23"/>
    </w:rPr>
  </w:style>
  <w:style w:type="paragraph" w:customStyle="1" w:styleId="AuthorName">
    <w:name w:val="Author Name"/>
    <w:basedOn w:val="Normal"/>
    <w:pPr>
      <w:keepNext/>
      <w:spacing w:before="40" w:after="40" w:line="240" w:lineRule="auto"/>
      <w:jc w:val="left"/>
    </w:pPr>
    <w:rPr>
      <w:rFonts w:ascii="Lato" w:eastAsia="Lato" w:hAnsi="Lato" w:cs="Lato"/>
      <w:b/>
      <w:color w:val="A94E00"/>
    </w:rPr>
  </w:style>
  <w:style w:type="paragraph" w:customStyle="1" w:styleId="AuthorAffiliation">
    <w:name w:val="Author Affiliation"/>
    <w:basedOn w:val="Normal"/>
    <w:pPr>
      <w:spacing w:after="20" w:line="240" w:lineRule="auto"/>
      <w:jc w:val="left"/>
    </w:pPr>
    <w:rPr>
      <w:rFonts w:ascii="Lato" w:eastAsia="Lato" w:hAnsi="Lato" w:cs="Lato"/>
      <w:color w:val="6E7A82"/>
      <w:sz w:val="16"/>
    </w:rPr>
  </w:style>
  <w:style w:type="paragraph" w:customStyle="1" w:styleId="CorrespondingAuthor">
    <w:name w:val="Corresponding Author"/>
    <w:basedOn w:val="Normal"/>
    <w:pPr>
      <w:spacing w:after="100" w:line="240" w:lineRule="auto"/>
      <w:jc w:val="left"/>
    </w:pPr>
    <w:rPr>
      <w:rFonts w:ascii="Lato" w:eastAsia="Lato" w:hAnsi="Lato" w:cs="Lato"/>
      <w:color w:val="6E7A82"/>
      <w:sz w:val="16"/>
    </w:rPr>
  </w:style>
  <w:style w:type="paragraph" w:customStyle="1" w:styleId="JournalInformation">
    <w:name w:val="Journal Information"/>
    <w:basedOn w:val="Normal"/>
    <w:pPr>
      <w:spacing w:after="20" w:line="240" w:lineRule="auto"/>
      <w:jc w:val="left"/>
    </w:pPr>
    <w:rPr>
      <w:rFonts w:ascii="Lato" w:eastAsia="Lato" w:hAnsi="Lato" w:cs="Lato"/>
      <w:color w:val="6E7A82"/>
      <w:sz w:val="16"/>
    </w:rPr>
  </w:style>
  <w:style w:type="paragraph" w:customStyle="1" w:styleId="BlockQuote">
    <w:name w:val="Block Quote"/>
    <w:basedOn w:val="Normal"/>
    <w:pPr>
      <w:spacing w:before="100" w:after="120" w:line="259" w:lineRule="auto"/>
      <w:ind w:left="403" w:right="403"/>
    </w:pPr>
    <w:rPr>
      <w:i/>
      <w:color w:val="5C6B74"/>
      <w:sz w:val="19"/>
    </w:rPr>
  </w:style>
  <w:style w:type="paragraph" w:customStyle="1" w:styleId="ScriptureQuote">
    <w:name w:val="Scripture Quote"/>
    <w:basedOn w:val="Normal"/>
    <w:pPr>
      <w:spacing w:before="100" w:after="120" w:line="259" w:lineRule="auto"/>
      <w:ind w:left="317" w:right="317"/>
    </w:pPr>
    <w:rPr>
      <w:i/>
      <w:color w:val="3C4C56"/>
      <w:sz w:val="19"/>
    </w:rPr>
  </w:style>
  <w:style w:type="paragraph" w:customStyle="1" w:styleId="Equation">
    <w:name w:val="Equation"/>
    <w:basedOn w:val="Normal"/>
    <w:pPr>
      <w:spacing w:before="80" w:after="60" w:line="240" w:lineRule="auto"/>
      <w:jc w:val="center"/>
    </w:pPr>
    <w:rPr>
      <w:color w:val="3C4C56"/>
      <w:sz w:val="21"/>
    </w:rPr>
  </w:style>
  <w:style w:type="paragraph" w:customStyle="1" w:styleId="TableTitle">
    <w:name w:val="Table Title"/>
    <w:basedOn w:val="Normal"/>
    <w:pPr>
      <w:keepNext/>
      <w:spacing w:before="100" w:after="60" w:line="240" w:lineRule="auto"/>
      <w:jc w:val="left"/>
    </w:pPr>
    <w:rPr>
      <w:rFonts w:ascii="Lato" w:eastAsia="Lato" w:hAnsi="Lato" w:cs="Lato"/>
      <w:b/>
      <w:color w:val="3C4C56"/>
      <w:sz w:val="18"/>
    </w:rPr>
  </w:style>
  <w:style w:type="paragraph" w:customStyle="1" w:styleId="FigureCaption">
    <w:name w:val="Figure Caption"/>
    <w:basedOn w:val="Normal"/>
    <w:pPr>
      <w:spacing w:before="60" w:after="100" w:line="240" w:lineRule="auto"/>
    </w:pPr>
    <w:rPr>
      <w:rFonts w:ascii="Lato" w:eastAsia="Lato" w:hAnsi="Lato" w:cs="Lato"/>
      <w:color w:val="6E7A82"/>
      <w:sz w:val="17"/>
    </w:rPr>
  </w:style>
  <w:style w:type="paragraph" w:customStyle="1" w:styleId="ReferenceEntry">
    <w:name w:val="Reference Entry"/>
    <w:basedOn w:val="Normal"/>
    <w:pPr>
      <w:spacing w:after="60" w:line="250" w:lineRule="auto"/>
      <w:ind w:left="360" w:hanging="36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Journal of Stigmatized Knowledge &amp; Suppressed Discourses - Publication Template</dc:title>
  <dc:subject>Official publication template for OJ-SKSD (ISSN 3105-3033)</dc:subject>
  <dc:creator>Open Christian Press</dc:creator>
  <cp:keywords>OJ-SKSD, Open Christian Press, journal template, stigmatized knowledge, suppressed discourses, ISSN 3105-3033</cp:keywords>
  <dc:description>Publication template prepared for immediate journal use.</dc:description>
  <cp:lastModifiedBy>Sixbert SANGWA, PhD</cp:lastModifiedBy>
  <cp:revision>2</cp:revision>
  <dcterms:created xsi:type="dcterms:W3CDTF">2026-08-22T13:05:00Z</dcterms:created>
  <dcterms:modified xsi:type="dcterms:W3CDTF">2026-08-22T13:05:00Z</dcterms:modified>
  <cp:category/>
</cp:coreProperties>
</file>