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4050"/>
        <w:gridCol w:w="270"/>
        <w:gridCol w:w="3240"/>
      </w:tblGrid>
      <w:tr w:rsidR="00D25447" w14:paraId="2A459BAF" w14:textId="5143AC5C" w:rsidTr="00D25447">
        <w:trPr>
          <w:trHeight w:val="681"/>
          <w:jc w:val="center"/>
        </w:trPr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30" w:type="dxa"/>
              <w:right w:w="60" w:type="dxa"/>
            </w:tcMar>
          </w:tcPr>
          <w:p w14:paraId="2F481CAA" w14:textId="75A05D56" w:rsidR="00D25447" w:rsidRDefault="00D25447">
            <w:pPr>
              <w:spacing w:after="20"/>
              <w:jc w:val="left"/>
            </w:pPr>
            <w:r>
              <w:rPr>
                <w:noProof/>
              </w:rPr>
              <w:drawing>
                <wp:inline distT="0" distB="0" distL="0" distR="0" wp14:anchorId="2429AF98" wp14:editId="0C783C3D">
                  <wp:extent cx="2330570" cy="71123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570" cy="711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10A93C" w14:textId="77777777" w:rsidR="00D25447" w:rsidRPr="00A34FC6" w:rsidRDefault="00D25447">
            <w:pPr>
              <w:spacing w:after="20" w:line="240" w:lineRule="auto"/>
              <w:jc w:val="left"/>
              <w:rPr>
                <w:sz w:val="20"/>
                <w:szCs w:val="20"/>
              </w:rPr>
            </w:pPr>
            <w:r w:rsidRPr="00A34FC6">
              <w:rPr>
                <w:rFonts w:ascii="Lato" w:eastAsia="Lato" w:hAnsi="Lato" w:cs="Lato"/>
                <w:b/>
                <w:color w:val="102A3A"/>
                <w:sz w:val="24"/>
                <w:szCs w:val="20"/>
              </w:rPr>
              <w:t>Open Journal of Stewardship Economics &amp; Ethical Innovation</w:t>
            </w:r>
          </w:p>
          <w:p w14:paraId="62395AE8" w14:textId="77777777" w:rsidR="00D25447" w:rsidRDefault="00D25447">
            <w:pPr>
              <w:spacing w:after="0"/>
              <w:jc w:val="left"/>
            </w:pPr>
            <w:r>
              <w:rPr>
                <w:rFonts w:ascii="Lato" w:eastAsia="Lato" w:hAnsi="Lato" w:cs="Lato"/>
                <w:color w:val="69757D"/>
                <w:sz w:val="16"/>
              </w:rPr>
              <w:t>OJ-SEEI  |  ISSN 3105-3068  |  Open access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30" w:type="dxa"/>
              <w:right w:w="0" w:type="dxa"/>
            </w:tcMar>
          </w:tcPr>
          <w:p w14:paraId="2C382914" w14:textId="3EB87D8E" w:rsidR="00D25447" w:rsidRDefault="00D25447">
            <w:pPr>
              <w:spacing w:after="0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D3AB1F" wp14:editId="3B586A2D">
                  <wp:extent cx="1170432" cy="719739"/>
                  <wp:effectExtent l="0" t="0" r="0" b="0"/>
                  <wp:docPr id="8" name="Picture 8" descr="Open hand supporting an upward economic growth path and a sprouting leaf, representing stewardship, economics and ethical innovation." title="Stewardship, economics and ethical innov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719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4DC" w14:paraId="300C621C" w14:textId="0503CDDF" w:rsidTr="00D25447">
        <w:trPr>
          <w:trHeight w:val="87"/>
          <w:jc w:val="center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2D6A4F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B7254B3" w14:textId="77777777" w:rsidR="008A44DC" w:rsidRDefault="008A44DC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6"/>
              </w:rPr>
              <w:t>[ARTICLE TYPE]</w:t>
            </w:r>
          </w:p>
        </w:tc>
        <w:tc>
          <w:tcPr>
            <w:tcW w:w="4050" w:type="dxa"/>
            <w:tcBorders>
              <w:top w:val="single" w:sz="40" w:space="0" w:color="C9912E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845D8" w14:textId="77777777" w:rsidR="008A44DC" w:rsidRDefault="008A44DC" w:rsidP="00D25447">
            <w:pPr>
              <w:spacing w:after="0"/>
              <w:jc w:val="center"/>
            </w:pPr>
            <w:r>
              <w:rPr>
                <w:rFonts w:ascii="Lato" w:eastAsia="Lato" w:hAnsi="Lato" w:cs="Lato"/>
                <w:color w:val="69757D"/>
                <w:sz w:val="16"/>
              </w:rPr>
              <w:t>Volume [00] | Issue [00] | [Year] | Article [000]</w:t>
            </w:r>
          </w:p>
        </w:tc>
        <w:tc>
          <w:tcPr>
            <w:tcW w:w="3510" w:type="dxa"/>
            <w:gridSpan w:val="2"/>
            <w:tcBorders>
              <w:top w:val="single" w:sz="40" w:space="0" w:color="C9912E"/>
              <w:left w:val="nil"/>
              <w:bottom w:val="nil"/>
              <w:right w:val="nil"/>
            </w:tcBorders>
            <w:shd w:val="clear" w:color="auto" w:fill="FFFFFF"/>
          </w:tcPr>
          <w:p w14:paraId="7DFDA1C0" w14:textId="0B840F5C" w:rsidR="008A44DC" w:rsidRDefault="00D25447" w:rsidP="00D25447">
            <w:pPr>
              <w:spacing w:after="0"/>
              <w:jc w:val="right"/>
              <w:rPr>
                <w:rFonts w:ascii="Lato" w:eastAsia="Lato" w:hAnsi="Lato" w:cs="Lato"/>
                <w:color w:val="69757D"/>
                <w:sz w:val="16"/>
              </w:rPr>
            </w:pPr>
            <w:r>
              <w:rPr>
                <w:rFonts w:ascii="Lato" w:eastAsia="Lato" w:hAnsi="Lato" w:cs="Lato"/>
                <w:b/>
                <w:color w:val="69757D"/>
                <w:sz w:val="16"/>
              </w:rPr>
              <w:t xml:space="preserve">DOI: </w:t>
            </w:r>
            <w:r>
              <w:rPr>
                <w:rFonts w:ascii="Lato" w:eastAsia="Lato" w:hAnsi="Lato" w:cs="Lato"/>
                <w:color w:val="69757D"/>
                <w:sz w:val="16"/>
              </w:rPr>
              <w:t xml:space="preserve">[assigned after </w:t>
            </w:r>
            <w:proofErr w:type="gramStart"/>
            <w:r>
              <w:rPr>
                <w:rFonts w:ascii="Lato" w:eastAsia="Lato" w:hAnsi="Lato" w:cs="Lato"/>
                <w:color w:val="69757D"/>
                <w:sz w:val="16"/>
              </w:rPr>
              <w:t>acceptance]</w:t>
            </w:r>
            <w:r>
              <w:rPr>
                <w:rFonts w:ascii="Lato" w:eastAsia="Lato" w:hAnsi="Lato" w:cs="Lato"/>
                <w:b/>
                <w:color w:val="69757D"/>
                <w:sz w:val="16"/>
              </w:rPr>
              <w:t xml:space="preserve">   </w:t>
            </w:r>
            <w:proofErr w:type="gramEnd"/>
          </w:p>
        </w:tc>
      </w:tr>
    </w:tbl>
    <w:p w14:paraId="661CA2B6" w14:textId="77777777" w:rsidR="00750754" w:rsidRDefault="00A06901">
      <w:pPr>
        <w:pStyle w:val="ArticleTitle"/>
        <w:keepNext/>
        <w:keepLines/>
      </w:pPr>
      <w:r>
        <w:rPr>
          <w:sz w:val="44"/>
        </w:rPr>
        <w:t>[Complete publication title in sentence case]</w:t>
      </w:r>
    </w:p>
    <w:p w14:paraId="739B1873" w14:textId="77777777" w:rsidR="00750754" w:rsidRDefault="00A06901">
      <w:pPr>
        <w:pStyle w:val="ArticleSubtitle"/>
      </w:pPr>
      <w:r>
        <w:rPr>
          <w:sz w:val="24"/>
        </w:rPr>
        <w:t>[Optional subtitle]</w:t>
      </w:r>
    </w:p>
    <w:p w14:paraId="2005E90B" w14:textId="77777777" w:rsidR="00750754" w:rsidRDefault="00A06901">
      <w:pPr>
        <w:pStyle w:val="AuthorName"/>
        <w:jc w:val="both"/>
      </w:pPr>
      <w:r>
        <w:t>[First Author]¹, [Second Author]², and [Third Author]¹*</w:t>
      </w:r>
    </w:p>
    <w:p w14:paraId="1DCA08D0" w14:textId="77777777" w:rsidR="00750754" w:rsidRDefault="00A06901">
      <w:pPr>
        <w:pStyle w:val="AuthorAffiliation"/>
      </w:pPr>
      <w:r>
        <w:t>¹ [Department, Institution, City, Country]</w:t>
      </w:r>
      <w:r>
        <w:br/>
        <w:t>² [Department, Institution, City, Country]</w:t>
      </w:r>
    </w:p>
    <w:p w14:paraId="6AC0E7C8" w14:textId="77777777" w:rsidR="00750754" w:rsidRDefault="00A06901">
      <w:pPr>
        <w:pStyle w:val="CorrespondingAuthor"/>
      </w:pPr>
      <w:r>
        <w:t>* Correspondence: [email address] | ORCID: [0000-0000-0000-0000]</w:t>
      </w:r>
    </w:p>
    <w:tbl>
      <w:tblPr>
        <w:tblW w:w="10440" w:type="dxa"/>
        <w:jc w:val="center"/>
        <w:tblLayout w:type="fixed"/>
        <w:tblLook w:val="04A0" w:firstRow="1" w:lastRow="0" w:firstColumn="1" w:lastColumn="0" w:noHBand="0" w:noVBand="1"/>
      </w:tblPr>
      <w:tblGrid>
        <w:gridCol w:w="28"/>
        <w:gridCol w:w="1502"/>
        <w:gridCol w:w="964"/>
        <w:gridCol w:w="2494"/>
        <w:gridCol w:w="2494"/>
        <w:gridCol w:w="2958"/>
      </w:tblGrid>
      <w:tr w:rsidR="00750754" w14:paraId="2D5EA740" w14:textId="77777777" w:rsidTr="00D25447">
        <w:trPr>
          <w:cantSplit/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0588C3CB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RECEIVED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6ACBF7F1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REVISED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DF3D768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ACCEPTED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E9B782F" w14:textId="77777777" w:rsidR="00750754" w:rsidRDefault="00A06901">
            <w:pPr>
              <w:pStyle w:val="MetadataLabel"/>
              <w:jc w:val="center"/>
            </w:pPr>
            <w:r>
              <w:rPr>
                <w:rFonts w:cs="Lato"/>
                <w:color w:val="2D6A4F"/>
              </w:rPr>
              <w:t>PUBLISHED</w:t>
            </w:r>
          </w:p>
        </w:tc>
      </w:tr>
      <w:tr w:rsidR="00750754" w14:paraId="5C4F1BC6" w14:textId="77777777" w:rsidTr="00D25447">
        <w:trPr>
          <w:cantSplit/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343059D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D3B16D3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EE77EBC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1F5C338" w14:textId="77777777" w:rsidR="00750754" w:rsidRDefault="00A06901">
            <w:pPr>
              <w:pStyle w:val="MetadataValue"/>
              <w:jc w:val="center"/>
            </w:pPr>
            <w:r>
              <w:rPr>
                <w:rFonts w:cs="Lato"/>
                <w:color w:val="000000"/>
                <w:sz w:val="16"/>
              </w:rPr>
              <w:t>[DD Month YYYY]</w:t>
            </w:r>
          </w:p>
        </w:tc>
      </w:tr>
      <w:tr w:rsidR="00750754" w14:paraId="1E3A1549" w14:textId="77777777" w:rsidTr="00D25447">
        <w:trPr>
          <w:gridBefore w:val="1"/>
          <w:wBefore w:w="28" w:type="dxa"/>
          <w:jc w:val="center"/>
        </w:trPr>
        <w:tc>
          <w:tcPr>
            <w:tcW w:w="10412" w:type="dxa"/>
            <w:gridSpan w:val="5"/>
            <w:tcBorders>
              <w:top w:val="nil"/>
              <w:left w:val="single" w:sz="22" w:space="0" w:color="2D6A4F"/>
              <w:bottom w:val="nil"/>
              <w:right w:val="nil"/>
            </w:tcBorders>
            <w:shd w:val="clear" w:color="auto" w:fill="EAF3EE"/>
            <w:tcMar>
              <w:top w:w="100" w:type="dxa"/>
              <w:left w:w="135" w:type="dxa"/>
              <w:bottom w:w="100" w:type="dxa"/>
              <w:right w:w="135" w:type="dxa"/>
            </w:tcMar>
          </w:tcPr>
          <w:p w14:paraId="53D54827" w14:textId="77777777" w:rsidR="00750754" w:rsidRDefault="00A06901">
            <w:pPr>
              <w:pStyle w:val="AbstractHeading"/>
            </w:pPr>
            <w:r>
              <w:rPr>
                <w:rFonts w:cs="Lato"/>
                <w:sz w:val="18"/>
              </w:rPr>
              <w:t>ABSTRACT</w:t>
            </w:r>
          </w:p>
          <w:p w14:paraId="383DEF5D" w14:textId="77777777" w:rsidR="00750754" w:rsidRDefault="00A06901">
            <w:pPr>
              <w:pStyle w:val="AbstractBody"/>
              <w:spacing w:line="269" w:lineRule="auto"/>
              <w:jc w:val="both"/>
            </w:pPr>
            <w:r>
              <w:rPr>
                <w:rFonts w:cs="Noto Serif"/>
                <w:color w:val="000000"/>
              </w:rPr>
              <w:t>[Final edited abstract. Confirm that numerical values, sample sizes, claims and terminology match the main article.]</w:t>
            </w:r>
          </w:p>
          <w:p w14:paraId="3B148B8B" w14:textId="77777777" w:rsidR="00750754" w:rsidRDefault="00A06901">
            <w:pPr>
              <w:pStyle w:val="Keywords"/>
              <w:jc w:val="both"/>
            </w:pPr>
            <w:r>
              <w:rPr>
                <w:b/>
              </w:rPr>
              <w:t xml:space="preserve">Keywords: </w:t>
            </w:r>
            <w:r>
              <w:t>[Final keywords, 3-8 terms]</w:t>
            </w:r>
          </w:p>
        </w:tc>
      </w:tr>
      <w:tr w:rsidR="00750754" w14:paraId="23ECBD32" w14:textId="77777777" w:rsidTr="00D25447">
        <w:trPr>
          <w:gridBefore w:val="1"/>
          <w:wBefore w:w="28" w:type="dxa"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102A3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4F576E" w14:textId="77777777" w:rsidR="00750754" w:rsidRDefault="00A06901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4"/>
              </w:rPr>
              <w:t>HOW TO CITE</w:t>
            </w:r>
          </w:p>
        </w:tc>
        <w:tc>
          <w:tcPr>
            <w:tcW w:w="8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F3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9DC7F" w14:textId="77777777" w:rsidR="00750754" w:rsidRDefault="00A06901">
            <w:pPr>
              <w:spacing w:line="259" w:lineRule="auto"/>
            </w:pPr>
            <w:r>
              <w:rPr>
                <w:rFonts w:ascii="Lato" w:eastAsia="Lato" w:hAnsi="Lato" w:cs="Lato"/>
                <w:b/>
                <w:sz w:val="15"/>
              </w:rPr>
              <w:t>[Author surname], [Initials]. ([Year]). [Article title]. Open Journal of Stewardship Economics &amp; Ethical Innovation, [volume]([issue]), [article/page range]. [DOI URL]</w:t>
            </w:r>
          </w:p>
        </w:tc>
      </w:tr>
      <w:tr w:rsidR="00750754" w14:paraId="25006411" w14:textId="77777777" w:rsidTr="00D25447">
        <w:trPr>
          <w:gridBefore w:val="1"/>
          <w:wBefore w:w="28" w:type="dxa"/>
          <w:jc w:val="center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2D6A4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22DE76" w14:textId="77777777" w:rsidR="00750754" w:rsidRDefault="00A06901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4"/>
              </w:rPr>
              <w:t>COPYRIGHT &amp; LICENCE</w:t>
            </w:r>
          </w:p>
        </w:tc>
        <w:tc>
          <w:tcPr>
            <w:tcW w:w="8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F3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BD30A7" w14:textId="2BD0BB3D" w:rsidR="00750754" w:rsidRDefault="00A06901">
            <w:pPr>
              <w:spacing w:line="259" w:lineRule="auto"/>
            </w:pPr>
            <w:r>
              <w:rPr>
                <w:rFonts w:ascii="Lato" w:eastAsia="Lato" w:hAnsi="Lato" w:cs="Lato"/>
                <w:sz w:val="15"/>
              </w:rPr>
              <w:t xml:space="preserve">© [Year] The author(s). Published by Open Christian Press, a publishing imprint of Open Christian University and Center for Faith and Work. This article is distributed under the Creative Commons 4.0 International </w:t>
            </w:r>
            <w:proofErr w:type="spellStart"/>
            <w:r>
              <w:rPr>
                <w:rFonts w:ascii="Lato" w:eastAsia="Lato" w:hAnsi="Lato" w:cs="Lato"/>
                <w:sz w:val="15"/>
              </w:rPr>
              <w:t>licence</w:t>
            </w:r>
            <w:proofErr w:type="spellEnd"/>
            <w:r>
              <w:rPr>
                <w:rFonts w:ascii="Lato" w:eastAsia="Lato" w:hAnsi="Lato" w:cs="Lato"/>
                <w:sz w:val="15"/>
              </w:rPr>
              <w:t xml:space="preserve"> (CC BY 4.0), unless the journal record specifies a different approved licence.</w:t>
            </w:r>
          </w:p>
        </w:tc>
      </w:tr>
    </w:tbl>
    <w:p w14:paraId="1B0B9B26" w14:textId="77777777" w:rsidR="00750754" w:rsidRDefault="00A06901">
      <w:r>
        <w:br w:type="page"/>
      </w:r>
    </w:p>
    <w:p w14:paraId="274BB269" w14:textId="77777777" w:rsidR="00750754" w:rsidRDefault="00A06901">
      <w:pPr>
        <w:pStyle w:val="Heading1"/>
      </w:pPr>
      <w:r>
        <w:lastRenderedPageBreak/>
        <w:t>1. Introduction</w:t>
      </w:r>
    </w:p>
    <w:p w14:paraId="1E082310" w14:textId="77777777" w:rsidR="00750754" w:rsidRDefault="00A06901">
      <w:pPr>
        <w:pStyle w:val="FirstParagraph"/>
      </w:pPr>
      <w:r>
        <w:rPr>
          <w:sz w:val="20"/>
        </w:rPr>
        <w:t>[Begin the article with a clear statement of the problem, its significance, the scholarly gap and the contribution made by this manuscript. Avoid generic opening claims that are not supported by evidence.]</w:t>
      </w:r>
    </w:p>
    <w:p w14:paraId="3935EA24" w14:textId="77777777" w:rsidR="00750754" w:rsidRDefault="00A06901">
      <w:pPr>
        <w:pStyle w:val="NormalBody"/>
      </w:pPr>
      <w:r>
        <w:rPr>
          <w:sz w:val="20"/>
        </w:rPr>
        <w:t>[Use this paragraph style for sustained prose. Cite all claims requiring evidence and define specialised terminology at first use. Keep the argument coherent across paragraphs and sections.]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568"/>
      </w:tblGrid>
      <w:tr w:rsidR="00750754" w14:paraId="09135F7E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2D6A4F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4642BEF" w14:textId="77777777" w:rsidR="00750754" w:rsidRDefault="00A06901">
            <w:pPr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PRODUCTION CONTROL</w:t>
            </w: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  <w:shd w:val="clear" w:color="auto" w:fill="EAF3EE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71F66D40" w14:textId="77777777" w:rsidR="00750754" w:rsidRDefault="00A06901">
            <w:pPr>
              <w:spacing w:after="30"/>
            </w:pPr>
            <w:r>
              <w:rPr>
                <w:rFonts w:ascii="Lato" w:eastAsia="Lato" w:hAnsi="Lato" w:cs="Lato"/>
                <w:b/>
                <w:color w:val="102A3A"/>
                <w:sz w:val="16"/>
              </w:rPr>
              <w:t>Purpose of this template</w:t>
            </w:r>
          </w:p>
          <w:p w14:paraId="15CA3301" w14:textId="77777777" w:rsidR="00F339DA" w:rsidRDefault="00F75DE7">
            <w:pPr>
              <w:spacing w:after="0" w:line="252" w:lineRule="auto"/>
            </w:pPr>
            <w:r>
              <w:rPr>
                <w:rFonts w:ascii="Lato" w:eastAsia="Lato" w:hAnsi="Lato" w:cs="Lato"/>
                <w:sz w:val="15"/>
              </w:rPr>
              <w:t>Use Word styles rather than manual formatting. Replace all bracketed fi</w:t>
            </w:r>
            <w:r>
              <w:rPr>
                <w:rFonts w:ascii="Lato" w:eastAsia="Lato" w:hAnsi="Lato" w:cs="Lato"/>
                <w:sz w:val="15"/>
              </w:rPr>
              <w:t>elds; confirm author metadata, dates, DOI, licence, declarations, references, tables and figures, alt text and hyperlinks; then verify the final PDF against the journal record and production checklist.</w:t>
            </w:r>
          </w:p>
        </w:tc>
      </w:tr>
    </w:tbl>
    <w:p w14:paraId="47432C1B" w14:textId="77777777" w:rsidR="00750754" w:rsidRDefault="00A06901">
      <w:pPr>
        <w:pStyle w:val="Heading1"/>
      </w:pPr>
      <w:r>
        <w:t>2. Conceptual and Editorial Framework</w:t>
      </w:r>
    </w:p>
    <w:p w14:paraId="76FFDEA6" w14:textId="77777777" w:rsidR="00750754" w:rsidRDefault="00A06901">
      <w:pPr>
        <w:pStyle w:val="FirstParagraph"/>
      </w:pPr>
      <w:r>
        <w:rPr>
          <w:sz w:val="20"/>
        </w:rPr>
        <w:t>[Develop the conceptual, theoretical or theological framework. Explain how it guides the research question, analysis and interpretation.]</w:t>
      </w:r>
    </w:p>
    <w:p w14:paraId="510D7426" w14:textId="77777777" w:rsidR="00750754" w:rsidRDefault="00A06901">
      <w:pPr>
        <w:pStyle w:val="Heading2"/>
      </w:pPr>
      <w:r>
        <w:t>2.1. First subordinate section</w:t>
      </w:r>
    </w:p>
    <w:p w14:paraId="0C2DBABD" w14:textId="77777777" w:rsidR="00750754" w:rsidRDefault="00A06901">
      <w:pPr>
        <w:pStyle w:val="FirstParagraph"/>
      </w:pPr>
      <w:r>
        <w:rPr>
          <w:sz w:val="20"/>
        </w:rPr>
        <w:t>[Insert section content.]</w:t>
      </w:r>
    </w:p>
    <w:p w14:paraId="51618B79" w14:textId="77777777" w:rsidR="00750754" w:rsidRDefault="00A06901">
      <w:pPr>
        <w:pStyle w:val="Heading3"/>
      </w:pPr>
      <w:r>
        <w:t>2.1.1. Third-level section</w:t>
      </w:r>
    </w:p>
    <w:p w14:paraId="26307E3F" w14:textId="77777777" w:rsidR="00750754" w:rsidRDefault="00A06901">
      <w:pPr>
        <w:pStyle w:val="FirstParagraph"/>
      </w:pPr>
      <w:r>
        <w:rPr>
          <w:sz w:val="20"/>
        </w:rPr>
        <w:t>[Insert subsection content.]</w:t>
      </w:r>
    </w:p>
    <w:p w14:paraId="2D67EFD5" w14:textId="77777777" w:rsidR="00750754" w:rsidRDefault="00A06901">
      <w:pPr>
        <w:pStyle w:val="Heading4"/>
      </w:pPr>
      <w:r>
        <w:t>Fourth-level run-in topic</w:t>
      </w:r>
    </w:p>
    <w:p w14:paraId="07689A05" w14:textId="77777777" w:rsidR="00750754" w:rsidRDefault="00A06901">
      <w:pPr>
        <w:pStyle w:val="FirstParagraph"/>
      </w:pPr>
      <w:r>
        <w:rPr>
          <w:sz w:val="20"/>
        </w:rPr>
        <w:t>[Insert content only when a fourth level is necessary.]</w:t>
      </w:r>
    </w:p>
    <w:p w14:paraId="52E96AE9" w14:textId="77777777" w:rsidR="00750754" w:rsidRDefault="00A06901">
      <w:pPr>
        <w:pStyle w:val="BlockQuote"/>
        <w:pBdr>
          <w:bottom w:val="single" w:sz="5" w:space="5" w:color="2D6A4F"/>
        </w:pBdr>
      </w:pPr>
      <w:r>
        <w:t>[Insert a quotation of approximately 40 words or more. Provide the required citation and page number.]</w:t>
      </w:r>
    </w:p>
    <w:p w14:paraId="5FB75638" w14:textId="77777777" w:rsidR="00750754" w:rsidRDefault="00A06901">
      <w:pPr>
        <w:pStyle w:val="ScriptureQuote"/>
        <w:pBdr>
          <w:bottom w:val="single" w:sz="5" w:space="5" w:color="C28D34"/>
        </w:pBdr>
      </w:pPr>
      <w:r>
        <w:rPr>
          <w:sz w:val="19"/>
        </w:rPr>
        <w:t>[Insert Scripture quotation] ([Book Chapter:Verse], CSB)</w:t>
      </w:r>
    </w:p>
    <w:p w14:paraId="17737990" w14:textId="77777777" w:rsidR="00750754" w:rsidRDefault="00A06901">
      <w:pPr>
        <w:pStyle w:val="Heading1"/>
      </w:pPr>
      <w:r>
        <w:t>3. Method or Analytical Approach</w:t>
      </w:r>
    </w:p>
    <w:p w14:paraId="440B4D46" w14:textId="77777777" w:rsidR="00750754" w:rsidRDefault="00A06901">
      <w:pPr>
        <w:pStyle w:val="FirstParagraph"/>
      </w:pPr>
      <w:r>
        <w:rPr>
          <w:sz w:val="20"/>
        </w:rPr>
        <w:t>[Describe the method or analytical approach with sufficient detail for evaluation and, where appropriate, replication.]</w:t>
      </w:r>
    </w:p>
    <w:p w14:paraId="00A0469B" w14:textId="77777777" w:rsidR="00750754" w:rsidRDefault="00A06901">
      <w:pPr>
        <w:pStyle w:val="Equation"/>
        <w:jc w:val="center"/>
      </w:pPr>
      <w:r>
        <w:t>Impact = Ethical integrity × Implementation quality × Evidential strength</w:t>
      </w:r>
    </w:p>
    <w:p w14:paraId="1FC1696C" w14:textId="77777777" w:rsidR="00750754" w:rsidRDefault="00A06901">
      <w:pPr>
        <w:pStyle w:val="FigureCaption"/>
        <w:jc w:val="center"/>
      </w:pPr>
      <w:r>
        <w:t>Equation 1. [Define every symbol immediately below the equation.]</w:t>
      </w:r>
    </w:p>
    <w:p w14:paraId="59F62827" w14:textId="77777777" w:rsidR="00750754" w:rsidRDefault="00A06901">
      <w:pPr>
        <w:pStyle w:val="TableTitle"/>
        <w:keepNext/>
        <w:keepLines/>
      </w:pPr>
      <w:r>
        <w:t>Table 1. [Concise, informative table title]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3240"/>
        <w:gridCol w:w="2088"/>
        <w:gridCol w:w="2880"/>
      </w:tblGrid>
      <w:tr w:rsidR="00750754" w14:paraId="77901618" w14:textId="77777777" w:rsidTr="00D25447">
        <w:trPr>
          <w:cantSplit/>
          <w:tblHeader/>
          <w:jc w:val="center"/>
        </w:trPr>
        <w:tc>
          <w:tcPr>
            <w:tcW w:w="1224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36F564B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Stage</w:t>
            </w:r>
          </w:p>
        </w:tc>
        <w:tc>
          <w:tcPr>
            <w:tcW w:w="3240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14E4F9D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Primary question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51281A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Evidence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8" w:space="0" w:color="2D6A4F"/>
              <w:right w:val="nil"/>
            </w:tcBorders>
            <w:shd w:val="clear" w:color="auto" w:fill="2D6A4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87C6735" w14:textId="77777777" w:rsidR="00750754" w:rsidRDefault="00A06901">
            <w:pPr>
              <w:pStyle w:val="TableHeader"/>
              <w:jc w:val="center"/>
            </w:pPr>
            <w:r>
              <w:rPr>
                <w:rFonts w:cs="Lato"/>
                <w:sz w:val="15"/>
              </w:rPr>
              <w:t>Editorial check</w:t>
            </w:r>
          </w:p>
        </w:tc>
      </w:tr>
      <w:tr w:rsidR="00750754" w14:paraId="00E8CA45" w14:textId="77777777">
        <w:trPr>
          <w:cantSplit/>
          <w:jc w:val="center"/>
        </w:trPr>
        <w:tc>
          <w:tcPr>
            <w:tcW w:w="1224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DAC9F9C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[1]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2741E7C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[Narrative entry]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C22370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[Evidence or value]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1D62F7E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[Editorial interpretation]</w:t>
            </w:r>
          </w:p>
        </w:tc>
      </w:tr>
      <w:tr w:rsidR="00750754" w14:paraId="55CB7CD5" w14:textId="77777777">
        <w:trPr>
          <w:cantSplit/>
          <w:jc w:val="center"/>
        </w:trPr>
        <w:tc>
          <w:tcPr>
            <w:tcW w:w="1224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DA47634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[2]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957B17D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[Narrative entry]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440CC86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[Evidence or value]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D5DEE3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F2E86D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[Editorial interpretation]</w:t>
            </w:r>
          </w:p>
        </w:tc>
      </w:tr>
      <w:tr w:rsidR="00750754" w14:paraId="1F9902D9" w14:textId="77777777" w:rsidTr="00D25447">
        <w:trPr>
          <w:cantSplit/>
          <w:jc w:val="center"/>
        </w:trPr>
        <w:tc>
          <w:tcPr>
            <w:tcW w:w="12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A80CC0B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[3]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A20CBF1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[Narrative entry]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73C9F77" w14:textId="77777777" w:rsidR="00750754" w:rsidRDefault="00A06901">
            <w:pPr>
              <w:pStyle w:val="TableBody"/>
              <w:jc w:val="center"/>
            </w:pPr>
            <w:r>
              <w:rPr>
                <w:rFonts w:cs="Lato"/>
                <w:color w:val="000000"/>
                <w:sz w:val="15"/>
              </w:rPr>
              <w:t>[Evidence or value]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BE5394" w14:textId="77777777" w:rsidR="00750754" w:rsidRDefault="00A06901">
            <w:pPr>
              <w:pStyle w:val="TableBody"/>
              <w:jc w:val="both"/>
            </w:pPr>
            <w:r>
              <w:rPr>
                <w:rFonts w:cs="Lato"/>
                <w:color w:val="000000"/>
                <w:sz w:val="15"/>
              </w:rPr>
              <w:t>[Editorial interpretation]</w:t>
            </w:r>
          </w:p>
        </w:tc>
      </w:tr>
    </w:tbl>
    <w:p w14:paraId="4C0F0D82" w14:textId="77777777" w:rsidR="00750754" w:rsidRDefault="00A06901">
      <w:pPr>
        <w:pStyle w:val="FigureCaption"/>
      </w:pPr>
      <w:r>
        <w:t>Note. [Define abbreviations, explain symbols, and provide source or permissions information.]</w:t>
      </w:r>
    </w:p>
    <w:p w14:paraId="7886036C" w14:textId="77777777" w:rsidR="00750754" w:rsidRDefault="00A06901">
      <w:pPr>
        <w:pStyle w:val="Heading1"/>
      </w:pPr>
      <w:r>
        <w:t>4. Results, Analysis or Argument</w:t>
      </w:r>
    </w:p>
    <w:p w14:paraId="483E4636" w14:textId="77777777" w:rsidR="00750754" w:rsidRDefault="00A06901">
      <w:pPr>
        <w:pStyle w:val="FirstParagraph"/>
      </w:pPr>
      <w:r>
        <w:rPr>
          <w:sz w:val="20"/>
        </w:rPr>
        <w:t>[Present findings, analysis or argument. Ensure every table and figure is cited in the main text.]</w:t>
      </w:r>
    </w:p>
    <w:p w14:paraId="181868C0" w14:textId="77777777" w:rsidR="00750754" w:rsidRDefault="00A06901">
      <w:pPr>
        <w:keepNext/>
        <w:keepLines/>
        <w:jc w:val="center"/>
      </w:pPr>
      <w:r>
        <w:rPr>
          <w:noProof/>
        </w:rPr>
        <w:lastRenderedPageBreak/>
        <w:drawing>
          <wp:inline distT="0" distB="0" distL="0" distR="0" wp14:anchorId="49EE16BD" wp14:editId="4DEB3B0F">
            <wp:extent cx="5940000" cy="3224571"/>
            <wp:effectExtent l="0" t="0" r="0" b="0"/>
            <wp:docPr id="3" name="Picture 3" descr="Illustrative five-stage conceptual pathway labelled Principles, Design, Implementation, Evidence and Learning." title="Illustrative five-stage conceptual pathway labelled Principles, Design, Implementation, Evidence and Learn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J-SEEI_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22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74D23" w14:textId="77777777" w:rsidR="00750754" w:rsidRDefault="00A06901">
      <w:pPr>
        <w:pStyle w:val="FigureCaption"/>
      </w:pPr>
      <w:r>
        <w:t>Figure 1. [Concise, informative figure title].</w:t>
      </w:r>
    </w:p>
    <w:p w14:paraId="2AD72B2E" w14:textId="77777777" w:rsidR="00750754" w:rsidRDefault="00A06901">
      <w:pPr>
        <w:pStyle w:val="FigureCaption"/>
      </w:pPr>
      <w:r>
        <w:rPr>
          <w:i/>
        </w:rPr>
        <w:t>Alt text: [Add concise alternative text describing the figure’s content and purpose.]</w:t>
      </w:r>
    </w:p>
    <w:p w14:paraId="1BA05A1B" w14:textId="77777777" w:rsidR="00750754" w:rsidRDefault="00A06901">
      <w:pPr>
        <w:pStyle w:val="Heading1"/>
      </w:pPr>
      <w:r>
        <w:t>5. Discussion</w:t>
      </w:r>
    </w:p>
    <w:p w14:paraId="71AD81D7" w14:textId="77777777" w:rsidR="00750754" w:rsidRDefault="00A06901">
      <w:pPr>
        <w:pStyle w:val="FirstParagraph"/>
      </w:pPr>
      <w:r>
        <w:rPr>
          <w:sz w:val="20"/>
        </w:rPr>
        <w:t>[Interpret the contribution in relation to the literature, framework, limitations and implications.]</w:t>
      </w:r>
    </w:p>
    <w:p w14:paraId="285B129D" w14:textId="77777777" w:rsidR="00750754" w:rsidRDefault="00A06901">
      <w:pPr>
        <w:pStyle w:val="Heading1"/>
      </w:pPr>
      <w:r>
        <w:t>6. Conclusion</w:t>
      </w:r>
    </w:p>
    <w:p w14:paraId="48E5CE1A" w14:textId="77777777" w:rsidR="00750754" w:rsidRDefault="00A06901">
      <w:pPr>
        <w:pStyle w:val="FirstParagraph"/>
      </w:pPr>
      <w:r>
        <w:rPr>
          <w:sz w:val="20"/>
        </w:rPr>
        <w:t>[State the central conclusion, contribution, limitations and proportionate implications.]</w:t>
      </w:r>
    </w:p>
    <w:p w14:paraId="332096B6" w14:textId="77777777" w:rsidR="00750754" w:rsidRDefault="00A06901">
      <w:pPr>
        <w:pStyle w:val="Heading1"/>
      </w:pPr>
      <w:r>
        <w:t>Declarations</w:t>
      </w:r>
    </w:p>
    <w:tbl>
      <w:tblPr>
        <w:tblW w:w="10325" w:type="dxa"/>
        <w:jc w:val="center"/>
        <w:tblLayout w:type="fixed"/>
        <w:tblLook w:val="04A0" w:firstRow="1" w:lastRow="0" w:firstColumn="1" w:lastColumn="0" w:noHBand="0" w:noVBand="1"/>
      </w:tblPr>
      <w:tblGrid>
        <w:gridCol w:w="2047"/>
        <w:gridCol w:w="8278"/>
      </w:tblGrid>
      <w:tr w:rsidR="00750754" w14:paraId="004621E2" w14:textId="77777777" w:rsidTr="00D25447">
        <w:trPr>
          <w:cantSplit/>
          <w:jc w:val="center"/>
        </w:trPr>
        <w:tc>
          <w:tcPr>
            <w:tcW w:w="2047" w:type="dxa"/>
            <w:tcBorders>
              <w:top w:val="single" w:sz="18" w:space="0" w:color="auto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044280BD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AUTHOR CONTRIBUTIONS</w:t>
            </w:r>
          </w:p>
        </w:tc>
        <w:tc>
          <w:tcPr>
            <w:tcW w:w="8278" w:type="dxa"/>
            <w:tcBorders>
              <w:top w:val="single" w:sz="18" w:space="0" w:color="auto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0651841E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List each author’s contributions using the CRediT (Contributor Roles Taxonomy).</w:t>
            </w:r>
          </w:p>
        </w:tc>
      </w:tr>
      <w:tr w:rsidR="00750754" w14:paraId="00C43DB3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1D8E8A4F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FUNDING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005CBCD1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[Name funder(s), grant number(s) and role, or: This research received no external funding.]</w:t>
            </w:r>
          </w:p>
        </w:tc>
      </w:tr>
      <w:tr w:rsidR="00750754" w14:paraId="44414DFA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037FB01C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CONFLICTS OF INTEREST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5493C6DF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[Declare financial or non-financial conflicts, or: The authors declare no conflict of interest.]</w:t>
            </w:r>
          </w:p>
        </w:tc>
      </w:tr>
      <w:tr w:rsidR="00750754" w14:paraId="66C4F342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1859380E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ETHICS APPROVAL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31C82876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[Give the ethics body and approval/reference number, or explain why approval was not applicable.]</w:t>
            </w:r>
          </w:p>
        </w:tc>
      </w:tr>
      <w:tr w:rsidR="00750754" w14:paraId="7E1BD772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2CB51441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INFORMED CONSENT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39D6BCF5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[State the informed-consent procedure, or: Not applicable.]</w:t>
            </w:r>
          </w:p>
        </w:tc>
      </w:tr>
      <w:tr w:rsidR="00750754" w14:paraId="49D87CF6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0D252575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DATA AVAILABILITY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651AA27D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[Give repository/DOI or access conditions, or state that no data were generated or analysed.]</w:t>
            </w:r>
          </w:p>
        </w:tc>
      </w:tr>
      <w:tr w:rsidR="00750754" w14:paraId="6B9EBCF4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113EC442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MATERIALS AND CODE AVAILABILITY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2FFBD81E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[Give repository/access conditions for materials and code, or: Not applicable.]</w:t>
            </w:r>
          </w:p>
        </w:tc>
      </w:tr>
      <w:tr w:rsidR="00750754" w14:paraId="04750182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43C3D679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USE OF GENERATIVE AI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4B07C748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[State tool/version, purpose and human verification for any material generative-AI use; authors remain responsible for all content.]</w:t>
            </w:r>
          </w:p>
        </w:tc>
      </w:tr>
      <w:tr w:rsidR="00750754" w14:paraId="65FB80A9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4" w:space="0" w:color="FFFFFF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17C77E5E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ACKNOWLEDGEMENTS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4" w:space="0" w:color="D5DEE3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5B47A115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[Name non-author contributors or assistance, or: None.]</w:t>
            </w:r>
          </w:p>
        </w:tc>
      </w:tr>
      <w:tr w:rsidR="00750754" w14:paraId="3CEDF560" w14:textId="77777777" w:rsidTr="00D25447">
        <w:trPr>
          <w:cantSplit/>
          <w:jc w:val="center"/>
        </w:trPr>
        <w:tc>
          <w:tcPr>
            <w:tcW w:w="2047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7C83D205" w14:textId="77777777" w:rsidR="00750754" w:rsidRDefault="00A06901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SUPPLEMENTARY MATERIALS</w:t>
            </w:r>
          </w:p>
        </w:tc>
        <w:tc>
          <w:tcPr>
            <w:tcW w:w="827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681D08F8" w14:textId="77777777" w:rsidR="00750754" w:rsidRDefault="00A06901">
            <w:pPr>
              <w:spacing w:line="247" w:lineRule="auto"/>
            </w:pPr>
            <w:r>
              <w:rPr>
                <w:sz w:val="17"/>
              </w:rPr>
              <w:t>[List supplementary files and links, or: None.]</w:t>
            </w:r>
          </w:p>
        </w:tc>
      </w:tr>
    </w:tbl>
    <w:p w14:paraId="39091650" w14:textId="77777777" w:rsidR="00750754" w:rsidRDefault="00A06901">
      <w:pPr>
        <w:pStyle w:val="Heading1"/>
      </w:pPr>
      <w:r>
        <w:t>References</w:t>
      </w:r>
    </w:p>
    <w:p w14:paraId="2CA9D37B" w14:textId="77777777" w:rsidR="00750754" w:rsidRDefault="00A06901">
      <w:pPr>
        <w:pStyle w:val="ReferenceEntry"/>
      </w:pPr>
      <w:r>
        <w:t xml:space="preserve">[Author surname], [Initials]. ([Year]). [Title of article in sentence case]. </w:t>
      </w:r>
      <w:r>
        <w:rPr>
          <w:i/>
        </w:rPr>
        <w:t>[Journal Title]</w:t>
      </w:r>
      <w:r>
        <w:t xml:space="preserve">, </w:t>
      </w:r>
      <w:r>
        <w:rPr>
          <w:i/>
        </w:rPr>
        <w:t>[volume]</w:t>
      </w:r>
      <w:r>
        <w:t>([issue]), [page range]. https://doi.org/[DOI]</w:t>
      </w:r>
    </w:p>
    <w:p w14:paraId="0A22D60D" w14:textId="77777777" w:rsidR="00750754" w:rsidRDefault="00A06901">
      <w:pPr>
        <w:pStyle w:val="ReferenceEntry"/>
      </w:pPr>
      <w:r>
        <w:lastRenderedPageBreak/>
        <w:t xml:space="preserve">[Author surname], [Initials]. ([Year]). </w:t>
      </w:r>
      <w:r>
        <w:rPr>
          <w:i/>
        </w:rPr>
        <w:t>[Title of book in sentence case]</w:t>
      </w:r>
      <w:r>
        <w:t xml:space="preserve"> ([Edition]). [Publisher].</w:t>
      </w:r>
    </w:p>
    <w:p w14:paraId="757A6552" w14:textId="77777777" w:rsidR="00750754" w:rsidRDefault="00A06901">
      <w:pPr>
        <w:pStyle w:val="ReferenceEntry"/>
      </w:pPr>
      <w:r>
        <w:t xml:space="preserve">[Organisation]. ([Year]). </w:t>
      </w:r>
      <w:r>
        <w:rPr>
          <w:i/>
        </w:rPr>
        <w:t>[Title of report in sentence case]</w:t>
      </w:r>
      <w:r>
        <w:t>. [URL]</w:t>
      </w:r>
    </w:p>
    <w:p w14:paraId="738DE842" w14:textId="77777777" w:rsidR="00750754" w:rsidRDefault="00A06901">
      <w:pPr>
        <w:pStyle w:val="ReferenceEntry"/>
      </w:pPr>
      <w:r>
        <w:t xml:space="preserve">[Author surname], [Initials]. ([Year]). </w:t>
      </w:r>
      <w:r>
        <w:rPr>
          <w:i/>
        </w:rPr>
        <w:t>[Title of dataset in sentence case]</w:t>
      </w:r>
      <w:r>
        <w:t xml:space="preserve"> [Data set]. [Repository]. [DOI/URL]</w:t>
      </w:r>
    </w:p>
    <w:p w14:paraId="2614145B" w14:textId="77777777" w:rsidR="00750754" w:rsidRDefault="00A06901">
      <w:pPr>
        <w:pStyle w:val="Heading1"/>
      </w:pPr>
      <w:r>
        <w:t>Appendix A</w:t>
      </w:r>
    </w:p>
    <w:p w14:paraId="6B5D9B95" w14:textId="0F927C8C" w:rsidR="00750754" w:rsidRDefault="00A06901">
      <w:pPr>
        <w:pStyle w:val="NormalBody"/>
        <w:rPr>
          <w:sz w:val="20"/>
        </w:rPr>
      </w:pPr>
      <w:r>
        <w:rPr>
          <w:sz w:val="20"/>
        </w:rPr>
        <w:t>[Optional supplementary instrument, coding framework, extended table or reproducibility information.]</w:t>
      </w:r>
    </w:p>
    <w:p w14:paraId="01C0D371" w14:textId="5D7C3B97" w:rsidR="00D25447" w:rsidRDefault="00D25447">
      <w:pPr>
        <w:pStyle w:val="NormalBody"/>
        <w:rPr>
          <w:sz w:val="20"/>
        </w:rPr>
      </w:pPr>
    </w:p>
    <w:tbl>
      <w:tblPr>
        <w:tblW w:w="10325" w:type="dxa"/>
        <w:jc w:val="center"/>
        <w:tblBorders>
          <w:top w:val="thickThinSmallGap" w:sz="24" w:space="0" w:color="FFC000"/>
        </w:tblBorders>
        <w:tblLayout w:type="fixed"/>
        <w:tblLook w:val="04A0" w:firstRow="1" w:lastRow="0" w:firstColumn="1" w:lastColumn="0" w:noHBand="0" w:noVBand="1"/>
      </w:tblPr>
      <w:tblGrid>
        <w:gridCol w:w="2047"/>
        <w:gridCol w:w="8278"/>
      </w:tblGrid>
      <w:tr w:rsidR="00D25447" w14:paraId="7E563FB6" w14:textId="77777777" w:rsidTr="00361E17">
        <w:trPr>
          <w:cantSplit/>
          <w:jc w:val="center"/>
        </w:trPr>
        <w:tc>
          <w:tcPr>
            <w:tcW w:w="2047" w:type="dxa"/>
            <w:shd w:val="clear" w:color="auto" w:fill="EAF3EE"/>
            <w:tcMar>
              <w:top w:w="48" w:type="dxa"/>
              <w:left w:w="68" w:type="dxa"/>
              <w:bottom w:w="48" w:type="dxa"/>
              <w:right w:w="68" w:type="dxa"/>
            </w:tcMar>
            <w:vAlign w:val="center"/>
          </w:tcPr>
          <w:p w14:paraId="5E431A35" w14:textId="77777777" w:rsidR="00D25447" w:rsidRDefault="00D25447" w:rsidP="00961DCC">
            <w:pPr>
              <w:spacing w:line="240" w:lineRule="auto"/>
              <w:jc w:val="left"/>
            </w:pPr>
            <w:r>
              <w:rPr>
                <w:rFonts w:ascii="Lato" w:eastAsia="Lato" w:hAnsi="Lato" w:cs="Lato"/>
                <w:b/>
                <w:color w:val="2D6A4F"/>
                <w:sz w:val="14"/>
              </w:rPr>
              <w:t>PUBLISHER’S NOTE</w:t>
            </w:r>
          </w:p>
        </w:tc>
        <w:tc>
          <w:tcPr>
            <w:tcW w:w="8278" w:type="dxa"/>
            <w:shd w:val="clear" w:color="auto" w:fill="FFFFFF"/>
            <w:tcMar>
              <w:top w:w="48" w:type="dxa"/>
              <w:left w:w="82" w:type="dxa"/>
              <w:bottom w:w="48" w:type="dxa"/>
              <w:right w:w="82" w:type="dxa"/>
            </w:tcMar>
            <w:vAlign w:val="center"/>
          </w:tcPr>
          <w:p w14:paraId="4F5155D2" w14:textId="77777777" w:rsidR="00D25447" w:rsidRDefault="00D25447" w:rsidP="00961DCC">
            <w:pPr>
              <w:spacing w:line="247" w:lineRule="auto"/>
            </w:pPr>
            <w:r>
              <w:rPr>
                <w:sz w:val="17"/>
              </w:rPr>
              <w:t>The publisher remains neutral with regard to jurisdictional claims in published maps and institutional affiliations.</w:t>
            </w:r>
          </w:p>
        </w:tc>
      </w:tr>
    </w:tbl>
    <w:p w14:paraId="0206E9C7" w14:textId="77777777" w:rsidR="00D25447" w:rsidRDefault="00D25447">
      <w:pPr>
        <w:pStyle w:val="NormalBody"/>
      </w:pPr>
    </w:p>
    <w:sectPr w:rsidR="00D25447" w:rsidSect="00D254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50" w:right="965" w:bottom="922" w:left="965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00FD5" w14:textId="77777777" w:rsidR="00A06901" w:rsidRDefault="00A06901">
      <w:pPr>
        <w:spacing w:after="0" w:line="240" w:lineRule="auto"/>
      </w:pPr>
      <w:r>
        <w:separator/>
      </w:r>
    </w:p>
  </w:endnote>
  <w:endnote w:type="continuationSeparator" w:id="0">
    <w:p w14:paraId="5CE071E9" w14:textId="77777777" w:rsidR="00A06901" w:rsidRDefault="00A06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E1084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3B6F7768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B0C5252" w14:textId="77777777" w:rsidR="00750754" w:rsidRDefault="00A06901">
          <w:pPr>
            <w:pStyle w:val="RunningFooter"/>
          </w:pPr>
          <w:r>
            <w:rPr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02BF00BD" w14:textId="77777777" w:rsidR="00750754" w:rsidRDefault="00A06901">
          <w:pPr>
            <w:pStyle w:val="RunningFooter"/>
            <w:jc w:val="center"/>
          </w:pPr>
          <w:r>
            <w:rPr>
              <w:sz w:val="14"/>
            </w:rPr>
            <w:t xml:space="preserve">Page </w:t>
          </w:r>
          <w:r>
            <w:rPr>
              <w:b/>
              <w:color w:val="2D6A4F"/>
              <w:sz w:val="14"/>
            </w:rPr>
            <w:fldChar w:fldCharType="begin"/>
          </w:r>
          <w:r>
            <w:rPr>
              <w:b/>
              <w:color w:val="2D6A4F"/>
              <w:sz w:val="14"/>
            </w:rPr>
            <w:instrText>PAGE</w:instrText>
          </w:r>
          <w:r>
            <w:rPr>
              <w:b/>
              <w:color w:val="2D6A4F"/>
              <w:sz w:val="14"/>
            </w:rPr>
            <w:fldChar w:fldCharType="separate"/>
          </w:r>
          <w:r>
            <w:rPr>
              <w:b/>
              <w:color w:val="2D6A4F"/>
              <w:sz w:val="14"/>
            </w:rPr>
            <w:t>1</w:t>
          </w:r>
          <w:r>
            <w:rPr>
              <w:b/>
              <w:color w:val="2D6A4F"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748C0A2E" w14:textId="77777777" w:rsidR="00750754" w:rsidRDefault="00A06901">
          <w:pPr>
            <w:pStyle w:val="RunningFooter"/>
            <w:jc w:val="right"/>
          </w:pPr>
          <w:r>
            <w:rPr>
              <w:sz w:val="14"/>
            </w:rPr>
            <w:t>Open Christian Press | CC BY-NC 4.0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F566" w14:textId="77777777" w:rsidR="00750754" w:rsidRDefault="0075075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46"/>
      <w:gridCol w:w="2105"/>
      <w:gridCol w:w="3925"/>
    </w:tblGrid>
    <w:tr w:rsidR="00750754" w14:paraId="3C28744F" w14:textId="77777777">
      <w:trPr>
        <w:jc w:val="center"/>
      </w:trPr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4DA23A86" w14:textId="77777777" w:rsidR="00750754" w:rsidRDefault="00A06901">
          <w:pPr>
            <w:pStyle w:val="RunningFooter"/>
          </w:pPr>
          <w:r>
            <w:rPr>
              <w:rFonts w:cs="Lato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</w:tcPr>
        <w:p w14:paraId="63ABF2CE" w14:textId="77777777" w:rsidR="00750754" w:rsidRDefault="00A06901">
          <w:pPr>
            <w:pStyle w:val="RunningFooter"/>
            <w:jc w:val="center"/>
          </w:pPr>
          <w:r>
            <w:rPr>
              <w:rFonts w:cs="Lato"/>
              <w:sz w:val="14"/>
            </w:rPr>
            <w:t xml:space="preserve">Page </w:t>
          </w:r>
          <w:r>
            <w:rPr>
              <w:rFonts w:cs="Lato"/>
              <w:b/>
              <w:sz w:val="14"/>
            </w:rPr>
            <w:fldChar w:fldCharType="begin"/>
          </w:r>
          <w:r>
            <w:rPr>
              <w:rFonts w:cs="Lato"/>
              <w:b/>
              <w:sz w:val="14"/>
            </w:rPr>
            <w:instrText>PAGE</w:instrText>
          </w:r>
          <w:r>
            <w:rPr>
              <w:rFonts w:cs="Lato"/>
              <w:b/>
              <w:sz w:val="14"/>
            </w:rPr>
            <w:fldChar w:fldCharType="separate"/>
          </w:r>
          <w:r>
            <w:rPr>
              <w:rFonts w:cs="Lato"/>
              <w:b/>
              <w:sz w:val="14"/>
            </w:rPr>
            <w:t>1</w:t>
          </w:r>
          <w:r>
            <w:rPr>
              <w:rFonts w:cs="Lato"/>
              <w:b/>
              <w:sz w:val="14"/>
            </w:rPr>
            <w:fldChar w:fldCharType="end"/>
          </w:r>
        </w:p>
      </w:tc>
      <w:tc>
        <w:tcPr>
          <w:tcW w:w="4320" w:type="dxa"/>
          <w:tcBorders>
            <w:top w:val="nil"/>
            <w:left w:val="nil"/>
            <w:bottom w:val="nil"/>
            <w:right w:val="nil"/>
          </w:tcBorders>
        </w:tcPr>
        <w:p w14:paraId="568EB7A7" w14:textId="77777777" w:rsidR="00750754" w:rsidRDefault="00A06901">
          <w:pPr>
            <w:pStyle w:val="RunningFooter"/>
            <w:jc w:val="right"/>
          </w:pPr>
          <w:r>
            <w:rPr>
              <w:rFonts w:cs="Lato"/>
              <w:sz w:val="14"/>
            </w:rPr>
            <w:t>Open Christian Press | CC BY-NC 4.0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EC8F7" w14:textId="77777777" w:rsidR="00F339DA" w:rsidRDefault="00F33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58597" w14:textId="77777777" w:rsidR="00A06901" w:rsidRDefault="00A06901">
      <w:pPr>
        <w:spacing w:after="0" w:line="240" w:lineRule="auto"/>
      </w:pPr>
      <w:r>
        <w:separator/>
      </w:r>
    </w:p>
  </w:footnote>
  <w:footnote w:type="continuationSeparator" w:id="0">
    <w:p w14:paraId="755A4CE9" w14:textId="77777777" w:rsidR="00A06901" w:rsidRDefault="00A06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9A3F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3"/>
      <w:gridCol w:w="5003"/>
    </w:tblGrid>
    <w:tr w:rsidR="00750754" w14:paraId="2E6BF4A0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EC30FB2" w14:textId="77777777" w:rsidR="00750754" w:rsidRDefault="00A06901">
          <w:pPr>
            <w:pStyle w:val="RunningHeader"/>
          </w:pPr>
          <w:r>
            <w:t>[Author surname et al.] | OJ-SEEI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3C3DEAF8" w14:textId="77777777" w:rsidR="00750754" w:rsidRDefault="00A06901">
          <w:pPr>
            <w:pStyle w:val="RunningHeader"/>
            <w:jc w:val="right"/>
          </w:pPr>
          <w:r>
            <w:t>[Abbreviated article title]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1BC9" w14:textId="77777777" w:rsidR="00750754" w:rsidRDefault="0075075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68"/>
    </w:tblGrid>
    <w:tr w:rsidR="00750754" w14:paraId="6B716BA8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410CB294" w14:textId="77777777" w:rsidR="00750754" w:rsidRDefault="00A06901">
          <w:pPr>
            <w:pStyle w:val="RunningHeader"/>
          </w:pPr>
          <w: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8" w:space="0" w:color="2D6A4F"/>
            <w:right w:val="nil"/>
          </w:tcBorders>
        </w:tcPr>
        <w:p w14:paraId="1F2BB953" w14:textId="77777777" w:rsidR="00750754" w:rsidRDefault="00A06901">
          <w:pPr>
            <w:pStyle w:val="RunningHeader"/>
            <w:jc w:val="right"/>
          </w:pPr>
          <w:r>
            <w:t>OJ-SEEI | Vol. [00], No. [00] ([Year])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49C1" w14:textId="77777777" w:rsidR="00F339DA" w:rsidRDefault="00F33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1E17"/>
    <w:rsid w:val="00750480"/>
    <w:rsid w:val="00750754"/>
    <w:rsid w:val="008A44DC"/>
    <w:rsid w:val="00922ABA"/>
    <w:rsid w:val="00A06901"/>
    <w:rsid w:val="00A34FC6"/>
    <w:rsid w:val="00AA1D8D"/>
    <w:rsid w:val="00B47730"/>
    <w:rsid w:val="00BC5ED8"/>
    <w:rsid w:val="00CB0664"/>
    <w:rsid w:val="00D25447"/>
    <w:rsid w:val="00F339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37A128"/>
  <w14:defaultImageDpi w14:val="300"/>
  <w15:docId w15:val="{0BA4CB6A-DC3B-4900-A786-9F949DCB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/>
      <w:jc w:val="both"/>
    </w:pPr>
    <w:rPr>
      <w:rFonts w:ascii="Noto Serif" w:eastAsia="Noto Serif" w:hAnsi="Noto Serif" w:cs="Noto Serif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D6A4F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02A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2D6A4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40" w:after="60"/>
      <w:outlineLvl w:val="3"/>
    </w:pPr>
    <w:rPr>
      <w:rFonts w:asciiTheme="majorHAnsi" w:eastAsiaTheme="majorEastAsia" w:hAnsiTheme="majorHAnsi" w:cstheme="majorBidi"/>
      <w:b/>
      <w:bCs/>
      <w:i/>
      <w:iCs/>
      <w:color w:val="102A3A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ournalMasthead">
    <w:name w:val="Journal Masthead"/>
    <w:pPr>
      <w:spacing w:before="100" w:after="20" w:line="240" w:lineRule="auto"/>
    </w:pPr>
    <w:rPr>
      <w:rFonts w:ascii="Lato" w:eastAsia="Lato" w:hAnsi="Lato" w:cs="Lato"/>
      <w:b/>
      <w:color w:val="102A3A"/>
      <w:sz w:val="26"/>
    </w:rPr>
  </w:style>
  <w:style w:type="paragraph" w:customStyle="1" w:styleId="JournalInformation">
    <w:name w:val="Journal Information"/>
    <w:pPr>
      <w:spacing w:after="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ArticleType">
    <w:name w:val="Article Type"/>
    <w:pPr>
      <w:spacing w:after="0" w:line="240" w:lineRule="auto"/>
    </w:pPr>
    <w:rPr>
      <w:rFonts w:ascii="Lato" w:eastAsia="Lato" w:hAnsi="Lato" w:cs="Lato"/>
      <w:b/>
      <w:color w:val="FFFFFF"/>
      <w:sz w:val="16"/>
    </w:rPr>
  </w:style>
  <w:style w:type="paragraph" w:customStyle="1" w:styleId="ArticleTitle">
    <w:name w:val="Article Title"/>
    <w:pPr>
      <w:spacing w:before="120" w:after="160" w:line="235" w:lineRule="auto"/>
    </w:pPr>
    <w:rPr>
      <w:rFonts w:ascii="Noto Serif" w:eastAsia="Noto Serif" w:hAnsi="Noto Serif" w:cs="Noto Serif"/>
      <w:b/>
      <w:color w:val="102A3A"/>
      <w:sz w:val="46"/>
    </w:rPr>
  </w:style>
  <w:style w:type="paragraph" w:customStyle="1" w:styleId="ArticleSubtitle">
    <w:name w:val="Article Subtitle"/>
    <w:pPr>
      <w:spacing w:after="140" w:line="252" w:lineRule="auto"/>
    </w:pPr>
    <w:rPr>
      <w:rFonts w:ascii="Noto Serif" w:eastAsia="Noto Serif" w:hAnsi="Noto Serif" w:cs="Noto Serif"/>
      <w:i/>
      <w:color w:val="69757D"/>
      <w:sz w:val="25"/>
    </w:rPr>
  </w:style>
  <w:style w:type="paragraph" w:customStyle="1" w:styleId="AuthorName">
    <w:name w:val="Author Name"/>
    <w:pPr>
      <w:spacing w:before="40" w:after="60" w:line="240" w:lineRule="auto"/>
    </w:pPr>
    <w:rPr>
      <w:rFonts w:ascii="Lato" w:eastAsia="Lato" w:hAnsi="Lato" w:cs="Lato"/>
      <w:b/>
      <w:color w:val="2D6A4F"/>
      <w:sz w:val="21"/>
    </w:rPr>
  </w:style>
  <w:style w:type="paragraph" w:customStyle="1" w:styleId="AuthorAffiliation">
    <w:name w:val="Author Affiliation"/>
    <w:pPr>
      <w:spacing w:after="4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CorrespondingAuthor">
    <w:name w:val="Corresponding Author"/>
    <w:pPr>
      <w:spacing w:after="8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ORCID">
    <w:name w:val="ORCID"/>
    <w:pPr>
      <w:spacing w:after="40" w:line="240" w:lineRule="auto"/>
    </w:pPr>
    <w:rPr>
      <w:rFonts w:ascii="Lato" w:eastAsia="Lato" w:hAnsi="Lato"/>
      <w:color w:val="2D6A4F"/>
      <w:sz w:val="16"/>
    </w:rPr>
  </w:style>
  <w:style w:type="paragraph" w:customStyle="1" w:styleId="AbstractHeading">
    <w:name w:val="Abstract Heading"/>
    <w:pPr>
      <w:spacing w:after="80" w:line="240" w:lineRule="auto"/>
    </w:pPr>
    <w:rPr>
      <w:rFonts w:ascii="Lato" w:eastAsia="Lato" w:hAnsi="Lato"/>
      <w:b/>
      <w:color w:val="2D6A4F"/>
      <w:sz w:val="20"/>
    </w:rPr>
  </w:style>
  <w:style w:type="paragraph" w:customStyle="1" w:styleId="AbstractBody">
    <w:name w:val="Abstract Body"/>
    <w:pPr>
      <w:spacing w:after="80" w:line="259" w:lineRule="auto"/>
    </w:pPr>
    <w:rPr>
      <w:rFonts w:ascii="Noto Serif" w:eastAsia="Noto Serif" w:hAnsi="Noto Serif"/>
      <w:color w:val="27323A"/>
      <w:sz w:val="19"/>
    </w:rPr>
  </w:style>
  <w:style w:type="paragraph" w:customStyle="1" w:styleId="Keywords">
    <w:name w:val="Keywords"/>
    <w:pPr>
      <w:spacing w:after="140" w:line="240" w:lineRule="auto"/>
    </w:pPr>
    <w:rPr>
      <w:rFonts w:ascii="Lato" w:eastAsia="Lato" w:hAnsi="Lato" w:cs="Lato"/>
      <w:color w:val="000000"/>
      <w:sz w:val="17"/>
    </w:rPr>
  </w:style>
  <w:style w:type="paragraph" w:customStyle="1" w:styleId="NormalBody">
    <w:name w:val="Normal Body"/>
    <w:pPr>
      <w:spacing w:after="110"/>
      <w:jc w:val="both"/>
    </w:pPr>
    <w:rPr>
      <w:rFonts w:ascii="Noto Serif" w:eastAsia="Noto Serif" w:hAnsi="Noto Serif" w:cs="Noto Serif"/>
      <w:color w:val="000000"/>
      <w:sz w:val="21"/>
    </w:rPr>
  </w:style>
  <w:style w:type="paragraph" w:customStyle="1" w:styleId="FirstParagraph">
    <w:name w:val="First Paragraph"/>
    <w:pPr>
      <w:spacing w:after="110"/>
      <w:jc w:val="both"/>
    </w:pPr>
    <w:rPr>
      <w:rFonts w:ascii="Noto Serif" w:eastAsia="Noto Serif" w:hAnsi="Noto Serif" w:cs="Noto Serif"/>
      <w:color w:val="000000"/>
      <w:sz w:val="21"/>
    </w:rPr>
  </w:style>
  <w:style w:type="paragraph" w:customStyle="1" w:styleId="BlockQuote">
    <w:name w:val="Block Quote"/>
    <w:pPr>
      <w:spacing w:before="120" w:after="140" w:line="269" w:lineRule="auto"/>
      <w:ind w:left="510" w:right="340"/>
      <w:jc w:val="both"/>
    </w:pPr>
    <w:rPr>
      <w:rFonts w:ascii="Noto Serif" w:eastAsia="Noto Serif" w:hAnsi="Noto Serif" w:cs="Noto Serif"/>
      <w:i/>
      <w:color w:val="69757D"/>
      <w:sz w:val="19"/>
    </w:rPr>
  </w:style>
  <w:style w:type="paragraph" w:customStyle="1" w:styleId="ScriptureQuote">
    <w:name w:val="Scripture Quote"/>
    <w:pPr>
      <w:spacing w:before="120" w:after="140" w:line="269" w:lineRule="auto"/>
      <w:ind w:left="510" w:right="340"/>
      <w:jc w:val="both"/>
    </w:pPr>
    <w:rPr>
      <w:rFonts w:ascii="Noto Serif" w:eastAsia="Noto Serif" w:hAnsi="Noto Serif" w:cs="Noto Serif"/>
      <w:i/>
      <w:color w:val="102A3A"/>
      <w:sz w:val="20"/>
    </w:rPr>
  </w:style>
  <w:style w:type="paragraph" w:customStyle="1" w:styleId="BulletedList">
    <w:name w:val="Bullet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NumberedList">
    <w:name w:val="Number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TableTitle">
    <w:name w:val="Table Title"/>
    <w:pPr>
      <w:spacing w:before="120" w:after="60" w:line="240" w:lineRule="auto"/>
    </w:pPr>
    <w:rPr>
      <w:rFonts w:ascii="Lato" w:eastAsia="Lato" w:hAnsi="Lato" w:cs="Lato"/>
      <w:b/>
      <w:color w:val="102A3A"/>
      <w:sz w:val="17"/>
    </w:rPr>
  </w:style>
  <w:style w:type="paragraph" w:customStyle="1" w:styleId="TableHeader">
    <w:name w:val="Table Header"/>
    <w:pPr>
      <w:spacing w:after="0" w:line="240" w:lineRule="auto"/>
    </w:pPr>
    <w:rPr>
      <w:rFonts w:ascii="Lato" w:eastAsia="Lato" w:hAnsi="Lato"/>
      <w:b/>
      <w:color w:val="FFFFFF"/>
      <w:sz w:val="17"/>
    </w:rPr>
  </w:style>
  <w:style w:type="paragraph" w:customStyle="1" w:styleId="TableBody">
    <w:name w:val="Table Body"/>
    <w:pPr>
      <w:spacing w:after="0" w:line="240" w:lineRule="auto"/>
    </w:pPr>
    <w:rPr>
      <w:rFonts w:ascii="Lato" w:eastAsia="Lato" w:hAnsi="Lato"/>
      <w:color w:val="27323A"/>
      <w:sz w:val="17"/>
    </w:rPr>
  </w:style>
  <w:style w:type="paragraph" w:customStyle="1" w:styleId="FigureCaption">
    <w:name w:val="Figure Caption"/>
    <w:pPr>
      <w:spacing w:before="80" w:after="120" w:line="240" w:lineRule="auto"/>
    </w:pPr>
    <w:rPr>
      <w:rFonts w:ascii="Lato" w:eastAsia="Lato" w:hAnsi="Lato" w:cs="Lato"/>
      <w:color w:val="69757D"/>
      <w:sz w:val="16"/>
    </w:rPr>
  </w:style>
  <w:style w:type="paragraph" w:customStyle="1" w:styleId="Equation">
    <w:name w:val="Equation"/>
    <w:pPr>
      <w:spacing w:before="100" w:after="100" w:line="240" w:lineRule="auto"/>
    </w:pPr>
    <w:rPr>
      <w:rFonts w:ascii="Noto Serif" w:eastAsia="Noto Serif" w:hAnsi="Noto Serif" w:cs="Noto Serif"/>
      <w:i/>
      <w:color w:val="102A3A"/>
    </w:rPr>
  </w:style>
  <w:style w:type="paragraph" w:customStyle="1" w:styleId="FootnoteText1">
    <w:name w:val="Footnote Text1"/>
    <w:pPr>
      <w:spacing w:after="0" w:line="240" w:lineRule="auto"/>
    </w:pPr>
    <w:rPr>
      <w:rFonts w:ascii="Noto Serif" w:eastAsia="Noto Serif" w:hAnsi="Noto Serif"/>
      <w:color w:val="27323A"/>
      <w:sz w:val="16"/>
    </w:rPr>
  </w:style>
  <w:style w:type="paragraph" w:customStyle="1" w:styleId="ReferenceEntry">
    <w:name w:val="Reference Entry"/>
    <w:pPr>
      <w:spacing w:after="70" w:line="252" w:lineRule="auto"/>
      <w:ind w:left="403" w:hanging="403"/>
      <w:jc w:val="both"/>
    </w:pPr>
    <w:rPr>
      <w:rFonts w:ascii="Noto Serif" w:eastAsia="Noto Serif" w:hAnsi="Noto Serif" w:cs="Noto Serif"/>
      <w:color w:val="000000"/>
      <w:sz w:val="18"/>
    </w:rPr>
  </w:style>
  <w:style w:type="paragraph" w:customStyle="1" w:styleId="AppendixHeading">
    <w:name w:val="Appendix Heading"/>
    <w:pPr>
      <w:spacing w:before="280" w:after="140" w:line="240" w:lineRule="auto"/>
    </w:pPr>
    <w:rPr>
      <w:rFonts w:ascii="Lato" w:eastAsia="Lato" w:hAnsi="Lato"/>
      <w:b/>
      <w:color w:val="2D6A4F"/>
      <w:sz w:val="26"/>
    </w:rPr>
  </w:style>
  <w:style w:type="paragraph" w:customStyle="1" w:styleId="MetadataLabel">
    <w:name w:val="Metadata Label"/>
    <w:pPr>
      <w:spacing w:after="0" w:line="240" w:lineRule="auto"/>
    </w:pPr>
    <w:rPr>
      <w:rFonts w:ascii="Lato" w:eastAsia="Lato" w:hAnsi="Lato"/>
      <w:b/>
      <w:color w:val="69757D"/>
      <w:sz w:val="15"/>
    </w:rPr>
  </w:style>
  <w:style w:type="paragraph" w:customStyle="1" w:styleId="MetadataValue">
    <w:name w:val="Metadata Value"/>
    <w:pPr>
      <w:spacing w:after="0" w:line="240" w:lineRule="auto"/>
    </w:pPr>
    <w:rPr>
      <w:rFonts w:ascii="Lato" w:eastAsia="Lato" w:hAnsi="Lato"/>
      <w:color w:val="27323A"/>
      <w:sz w:val="17"/>
    </w:rPr>
  </w:style>
  <w:style w:type="paragraph" w:customStyle="1" w:styleId="RunningHeader">
    <w:name w:val="Running Head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RunningFooter">
    <w:name w:val="Running Foot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Guidance">
    <w:name w:val="Guidance"/>
    <w:pPr>
      <w:spacing w:after="80" w:line="240" w:lineRule="auto"/>
    </w:pPr>
    <w:rPr>
      <w:rFonts w:ascii="Lato" w:eastAsia="Lato" w:hAnsi="Lato"/>
      <w:color w:val="506575"/>
      <w:sz w:val="17"/>
    </w:rPr>
  </w:style>
  <w:style w:type="paragraph" w:customStyle="1" w:styleId="Callout">
    <w:name w:val="Callout"/>
    <w:pPr>
      <w:spacing w:after="0" w:line="254" w:lineRule="auto"/>
    </w:pPr>
    <w:rPr>
      <w:rFonts w:ascii="Lato" w:eastAsia="Lato" w:hAnsi="Lato"/>
      <w:color w:val="102A3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Journal of Stewardship Economics &amp; Ethical Innovation - Publication Template</vt:lpstr>
    </vt:vector>
  </TitlesOfParts>
  <Manager/>
  <Company/>
  <LinksUpToDate>false</LinksUpToDate>
  <CharactersWithSpaces>5427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Journal of Stewardship Economics &amp; Ethical Innovation - Publication Template</dc:title>
  <dc:subject>Open Christian Press journal publication template</dc:subject>
  <dc:creator>Open Christian Press</dc:creator>
  <cp:keywords>OJ-SEEI; Open Christian Press; stewardship economics; ethical innovation; journal template</cp:keywords>
  <dc:description>Publication-ready master template for Open Journal of Stewardship Economics &amp; Ethical Innovation.</dc:description>
  <cp:lastModifiedBy>Sixbert SANGWA, PhD</cp:lastModifiedBy>
  <cp:revision>7</cp:revision>
  <dcterms:created xsi:type="dcterms:W3CDTF">2026-08-22T14:16:00Z</dcterms:created>
  <dcterms:modified xsi:type="dcterms:W3CDTF">2026-08-22T14:28:00Z</dcterms:modified>
  <cp:category>Scholarly publishing template</cp:category>
</cp:coreProperties>
</file>