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60" w:type="dxa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3780"/>
        <w:gridCol w:w="360"/>
        <w:gridCol w:w="3240"/>
      </w:tblGrid>
      <w:tr w:rsidR="002B71ED" w14:paraId="13775BBF" w14:textId="77777777" w:rsidTr="002B71ED">
        <w:trPr>
          <w:cantSplit/>
          <w:trHeight w:val="1160"/>
          <w:jc w:val="center"/>
        </w:trPr>
        <w:tc>
          <w:tcPr>
            <w:tcW w:w="7020" w:type="dxa"/>
            <w:gridSpan w:val="3"/>
            <w:tcBorders>
              <w:top w:val="nil"/>
              <w:left w:val="nil"/>
              <w:right w:val="nil"/>
            </w:tcBorders>
            <w:tcMar>
              <w:top w:w="40" w:type="dxa"/>
              <w:left w:w="0" w:type="dxa"/>
              <w:bottom w:w="45" w:type="dxa"/>
              <w:right w:w="100" w:type="dxa"/>
            </w:tcMar>
            <w:vAlign w:val="center"/>
          </w:tcPr>
          <w:p w14:paraId="7BAD2F30" w14:textId="77777777" w:rsidR="002B71ED" w:rsidRDefault="002B71ED">
            <w:pPr>
              <w:spacing w:after="60"/>
              <w:jc w:val="left"/>
            </w:pPr>
            <w:r>
              <w:rPr>
                <w:noProof/>
              </w:rPr>
              <w:drawing>
                <wp:inline distT="0" distB="0" distL="0" distR="0" wp14:anchorId="1835085E" wp14:editId="458EADF4">
                  <wp:extent cx="2514600" cy="752998"/>
                  <wp:effectExtent l="0" t="0" r="0" b="0"/>
                  <wp:docPr id="4" name="Picture 4" descr="Open Christian Press logo with the tagline Faithful Scholarship. Open Knowledge. Enduring Service." title="Open Christian Press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7529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F84C5C" w14:textId="77777777" w:rsidR="002B71ED" w:rsidRDefault="002B71ED">
            <w:pPr>
              <w:spacing w:before="80" w:after="20"/>
              <w:jc w:val="left"/>
            </w:pPr>
            <w:r>
              <w:rPr>
                <w:rFonts w:ascii="Lato" w:hAnsi="Lato"/>
                <w:b/>
                <w:color w:val="17375E"/>
                <w:sz w:val="30"/>
              </w:rPr>
              <w:t>Journal of Ethical Innovation and Impact</w:t>
            </w:r>
          </w:p>
          <w:p w14:paraId="79962C13" w14:textId="77777777" w:rsidR="002B71ED" w:rsidRDefault="002B71ED">
            <w:pPr>
              <w:spacing w:after="20"/>
              <w:jc w:val="left"/>
            </w:pPr>
            <w:r>
              <w:rPr>
                <w:rFonts w:ascii="Lato" w:hAnsi="Lato"/>
                <w:color w:val="5B6670"/>
                <w:sz w:val="16"/>
              </w:rPr>
              <w:t xml:space="preserve">JEII  |  e-ISSN 3105-0808  |  p-ISSN 3105-0816  |  </w:t>
            </w:r>
            <w:r>
              <w:rPr>
                <w:rFonts w:ascii="Lato" w:hAnsi="Lato"/>
                <w:b/>
                <w:color w:val="A66F00"/>
                <w:sz w:val="16"/>
              </w:rPr>
              <w:t>OPEN ACCESS</w:t>
            </w:r>
          </w:p>
          <w:p w14:paraId="1125E01F" w14:textId="77777777" w:rsidR="002B71ED" w:rsidRDefault="002B71ED">
            <w:pPr>
              <w:spacing w:after="40"/>
              <w:jc w:val="left"/>
            </w:pPr>
            <w:r>
              <w:rPr>
                <w:rFonts w:ascii="Lato" w:hAnsi="Lato"/>
                <w:color w:val="5B6670"/>
                <w:sz w:val="14"/>
              </w:rPr>
              <w:t>A title of Open Christian Press, a publishing imprint of Open Christian University and Center for Faith and Work.</w:t>
            </w:r>
          </w:p>
        </w:tc>
        <w:tc>
          <w:tcPr>
            <w:tcW w:w="3240" w:type="dxa"/>
            <w:tcBorders>
              <w:top w:val="nil"/>
              <w:left w:val="nil"/>
            </w:tcBorders>
            <w:tcMar>
              <w:top w:w="40" w:type="dxa"/>
              <w:left w:w="80" w:type="dxa"/>
              <w:bottom w:w="45" w:type="dxa"/>
              <w:right w:w="0" w:type="dxa"/>
            </w:tcMar>
            <w:vAlign w:val="center"/>
          </w:tcPr>
          <w:p w14:paraId="7513CB9E" w14:textId="77777777" w:rsidR="002B71ED" w:rsidRDefault="002B71ED">
            <w:pPr>
              <w:jc w:val="right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DB43F23" wp14:editId="56E6DEDB">
                  <wp:extent cx="1965960" cy="576528"/>
                  <wp:effectExtent l="0" t="0" r="0" b="0"/>
                  <wp:docPr id="5" name="Picture 5" descr="Decorative journal motif showing balance scales for ethics, a checked lightbulb for innovation, and a rising chart for impact." title="Ethics, innovation and impact mo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5960" cy="5765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71ED" w14:paraId="35C300C5" w14:textId="77777777" w:rsidTr="002B71ED">
        <w:trPr>
          <w:cantSplit/>
          <w:trHeight w:hRule="exact" w:val="26"/>
          <w:jc w:val="center"/>
        </w:trPr>
        <w:tc>
          <w:tcPr>
            <w:tcW w:w="6660" w:type="dxa"/>
            <w:gridSpan w:val="2"/>
            <w:tcBorders>
              <w:top w:val="nil"/>
              <w:left w:val="nil"/>
              <w:right w:val="nil"/>
            </w:tcBorders>
            <w:shd w:val="clear" w:color="auto" w:fill="FDBD2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75EDD" w14:textId="77777777" w:rsidR="002B71ED" w:rsidRDefault="002B71ED">
            <w:pPr>
              <w:spacing w:after="0" w:line="24" w:lineRule="auto"/>
            </w:pPr>
          </w:p>
        </w:tc>
        <w:tc>
          <w:tcPr>
            <w:tcW w:w="3600" w:type="dxa"/>
            <w:gridSpan w:val="2"/>
            <w:tcBorders>
              <w:top w:val="nil"/>
              <w:left w:val="nil"/>
              <w:right w:val="nil"/>
            </w:tcBorders>
            <w:shd w:val="clear" w:color="auto" w:fill="FDBD21"/>
          </w:tcPr>
          <w:p w14:paraId="66CF3221" w14:textId="77777777" w:rsidR="002B71ED" w:rsidRDefault="002B71ED">
            <w:pPr>
              <w:spacing w:after="0" w:line="24" w:lineRule="auto"/>
            </w:pPr>
          </w:p>
        </w:tc>
      </w:tr>
      <w:tr w:rsidR="002B71ED" w14:paraId="41A220CD" w14:textId="77777777" w:rsidTr="002B71ED">
        <w:trPr>
          <w:cantSplit/>
          <w:trHeight w:val="160"/>
          <w:jc w:val="center"/>
        </w:trPr>
        <w:tc>
          <w:tcPr>
            <w:tcW w:w="2880" w:type="dxa"/>
            <w:tcBorders>
              <w:top w:val="nil"/>
              <w:left w:val="nil"/>
              <w:right w:val="nil"/>
            </w:tcBorders>
            <w:shd w:val="clear" w:color="auto" w:fill="17375E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50144CF" w14:textId="77777777" w:rsidR="002B71ED" w:rsidRDefault="002B71ED">
            <w:pPr>
              <w:jc w:val="center"/>
            </w:pPr>
            <w:r>
              <w:rPr>
                <w:rFonts w:ascii="Lato" w:hAnsi="Lato"/>
                <w:b/>
                <w:color w:val="FFFFFF"/>
                <w:sz w:val="17"/>
              </w:rPr>
              <w:t>[ARTICLE TYPE]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10" w:space="0" w:color="FDBD21"/>
              <w:right w:val="nil"/>
            </w:tcBorders>
            <w:shd w:val="clear" w:color="auto" w:fill="FFFFFF"/>
            <w:tcMar>
              <w:top w:w="100" w:type="dxa"/>
              <w:left w:w="130" w:type="dxa"/>
              <w:bottom w:w="100" w:type="dxa"/>
              <w:right w:w="30" w:type="dxa"/>
            </w:tcMar>
          </w:tcPr>
          <w:p w14:paraId="6CB9785D" w14:textId="77777777" w:rsidR="002B71ED" w:rsidRDefault="002B71ED" w:rsidP="002B71ED">
            <w:pPr>
              <w:jc w:val="center"/>
            </w:pPr>
            <w:r>
              <w:rPr>
                <w:rFonts w:ascii="Lato" w:hAnsi="Lato"/>
                <w:color w:val="5B6670"/>
                <w:sz w:val="16"/>
              </w:rPr>
              <w:t>Volume [00] | Issue [00] | [Year] | Article [000]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10" w:space="0" w:color="FDBD21"/>
              <w:right w:val="nil"/>
            </w:tcBorders>
            <w:shd w:val="clear" w:color="auto" w:fill="FFFFFF"/>
          </w:tcPr>
          <w:p w14:paraId="224B6659" w14:textId="77777777" w:rsidR="002B71ED" w:rsidRDefault="002B71ED" w:rsidP="002B71ED">
            <w:pPr>
              <w:spacing w:after="0"/>
              <w:jc w:val="center"/>
              <w:rPr>
                <w:rFonts w:ascii="Lato" w:hAnsi="Lato"/>
                <w:color w:val="5B6670"/>
                <w:sz w:val="16"/>
              </w:rPr>
            </w:pPr>
            <w:r>
              <w:rPr>
                <w:rFonts w:ascii="Lato" w:hAnsi="Lato"/>
                <w:b/>
                <w:color w:val="5B6670"/>
                <w:sz w:val="16"/>
              </w:rPr>
              <w:t xml:space="preserve">DOI: </w:t>
            </w:r>
            <w:r>
              <w:rPr>
                <w:rFonts w:ascii="Lato" w:hAnsi="Lato"/>
                <w:color w:val="5B6670"/>
                <w:sz w:val="16"/>
              </w:rPr>
              <w:t>[assigned after acceptance]</w:t>
            </w:r>
          </w:p>
        </w:tc>
      </w:tr>
    </w:tbl>
    <w:p w14:paraId="03D1225B" w14:textId="77777777" w:rsidR="005A48C4" w:rsidRDefault="00DF1350">
      <w:pPr>
        <w:pStyle w:val="ArticleTitle"/>
        <w:keepLines/>
      </w:pPr>
      <w:r>
        <w:rPr>
          <w:sz w:val="44"/>
        </w:rPr>
        <w:t>[Complete publication title in sentence case]</w:t>
      </w:r>
    </w:p>
    <w:p w14:paraId="091FB449" w14:textId="77777777" w:rsidR="005A48C4" w:rsidRDefault="00DF1350">
      <w:pPr>
        <w:pStyle w:val="ArticleSubtitle"/>
      </w:pPr>
      <w:r>
        <w:rPr>
          <w:sz w:val="24"/>
        </w:rPr>
        <w:t>[Optional subtitle]</w:t>
      </w:r>
    </w:p>
    <w:p w14:paraId="205402FA" w14:textId="77777777" w:rsidR="005A48C4" w:rsidRDefault="00DF1350">
      <w:pPr>
        <w:pStyle w:val="AuthorName"/>
      </w:pPr>
      <w:r>
        <w:rPr>
          <w:sz w:val="21"/>
        </w:rPr>
        <w:t>[First Author]¹, [Second Author]², and [Third Author]¹*</w:t>
      </w:r>
    </w:p>
    <w:p w14:paraId="5202FBF9" w14:textId="77777777" w:rsidR="005A48C4" w:rsidRDefault="00DF1350">
      <w:pPr>
        <w:pStyle w:val="AuthorAffiliation"/>
      </w:pPr>
      <w:r>
        <w:t>¹ [Department, Institution, City, Country]</w:t>
      </w:r>
      <w:r>
        <w:br/>
        <w:t>² [Department, Institution, City, Country]</w:t>
      </w:r>
    </w:p>
    <w:p w14:paraId="5789606A" w14:textId="77777777" w:rsidR="005A48C4" w:rsidRDefault="00DF1350">
      <w:pPr>
        <w:pStyle w:val="CorrespondingAuthor"/>
      </w:pPr>
      <w:r>
        <w:t>* Correspondence: [email address] | ORCID: [0000-0000-0000-0000]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"/>
        <w:gridCol w:w="1320"/>
        <w:gridCol w:w="1144"/>
        <w:gridCol w:w="2494"/>
        <w:gridCol w:w="2494"/>
        <w:gridCol w:w="2496"/>
      </w:tblGrid>
      <w:tr w:rsidR="005A48C4" w14:paraId="20B52459" w14:textId="77777777" w:rsidTr="002B71ED">
        <w:trPr>
          <w:cantSplit/>
          <w:jc w:val="center"/>
        </w:trPr>
        <w:tc>
          <w:tcPr>
            <w:tcW w:w="24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DF6E3"/>
            <w:tcMar>
              <w:top w:w="50" w:type="dxa"/>
              <w:left w:w="50" w:type="dxa"/>
              <w:bottom w:w="35" w:type="dxa"/>
              <w:right w:w="50" w:type="dxa"/>
            </w:tcMar>
            <w:vAlign w:val="center"/>
          </w:tcPr>
          <w:p w14:paraId="4C449DFF" w14:textId="77777777" w:rsidR="005A48C4" w:rsidRDefault="00DF1350">
            <w:pPr>
              <w:pStyle w:val="MetadataLabel"/>
              <w:jc w:val="center"/>
            </w:pPr>
            <w:r>
              <w:rPr>
                <w:color w:val="17375E"/>
                <w:sz w:val="14"/>
              </w:rPr>
              <w:t>RECEIVED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DF6E3"/>
            <w:tcMar>
              <w:top w:w="50" w:type="dxa"/>
              <w:left w:w="50" w:type="dxa"/>
              <w:bottom w:w="35" w:type="dxa"/>
              <w:right w:w="50" w:type="dxa"/>
            </w:tcMar>
            <w:vAlign w:val="center"/>
          </w:tcPr>
          <w:p w14:paraId="7F6E1128" w14:textId="77777777" w:rsidR="005A48C4" w:rsidRDefault="00DF1350">
            <w:pPr>
              <w:pStyle w:val="MetadataLabel"/>
              <w:jc w:val="center"/>
            </w:pPr>
            <w:r>
              <w:rPr>
                <w:color w:val="17375E"/>
                <w:sz w:val="14"/>
              </w:rPr>
              <w:t>REVISED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shd w:val="clear" w:color="auto" w:fill="FDF6E3"/>
            <w:tcMar>
              <w:top w:w="50" w:type="dxa"/>
              <w:left w:w="50" w:type="dxa"/>
              <w:bottom w:w="35" w:type="dxa"/>
              <w:right w:w="50" w:type="dxa"/>
            </w:tcMar>
            <w:vAlign w:val="center"/>
          </w:tcPr>
          <w:p w14:paraId="3C951D59" w14:textId="77777777" w:rsidR="005A48C4" w:rsidRDefault="00DF1350">
            <w:pPr>
              <w:pStyle w:val="MetadataLabel"/>
              <w:jc w:val="center"/>
            </w:pPr>
            <w:r>
              <w:rPr>
                <w:color w:val="17375E"/>
                <w:sz w:val="14"/>
              </w:rPr>
              <w:t>ACCEPTED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shd w:val="clear" w:color="auto" w:fill="FDF6E3"/>
            <w:tcMar>
              <w:top w:w="50" w:type="dxa"/>
              <w:left w:w="50" w:type="dxa"/>
              <w:bottom w:w="35" w:type="dxa"/>
              <w:right w:w="50" w:type="dxa"/>
            </w:tcMar>
            <w:vAlign w:val="center"/>
          </w:tcPr>
          <w:p w14:paraId="3F93B5E0" w14:textId="77777777" w:rsidR="005A48C4" w:rsidRDefault="00DF1350">
            <w:pPr>
              <w:pStyle w:val="MetadataLabel"/>
              <w:jc w:val="center"/>
            </w:pPr>
            <w:r>
              <w:rPr>
                <w:color w:val="17375E"/>
                <w:sz w:val="14"/>
              </w:rPr>
              <w:t>PUBLISHED</w:t>
            </w:r>
          </w:p>
        </w:tc>
      </w:tr>
      <w:tr w:rsidR="005A48C4" w14:paraId="03FED6C0" w14:textId="77777777" w:rsidTr="002B71ED">
        <w:trPr>
          <w:cantSplit/>
          <w:jc w:val="center"/>
        </w:trPr>
        <w:tc>
          <w:tcPr>
            <w:tcW w:w="249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50" w:type="dxa"/>
              <w:bottom w:w="50" w:type="dxa"/>
              <w:right w:w="50" w:type="dxa"/>
            </w:tcMar>
          </w:tcPr>
          <w:p w14:paraId="6040393B" w14:textId="77777777" w:rsidR="005A48C4" w:rsidRDefault="00DF1350">
            <w:pPr>
              <w:pStyle w:val="MetadataValue"/>
              <w:jc w:val="center"/>
            </w:pPr>
            <w:r>
              <w:rPr>
                <w:color w:val="20272E"/>
                <w:sz w:val="15"/>
              </w:rPr>
              <w:t>[DD Month YYYY]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50" w:type="dxa"/>
              <w:bottom w:w="50" w:type="dxa"/>
              <w:right w:w="50" w:type="dxa"/>
            </w:tcMar>
          </w:tcPr>
          <w:p w14:paraId="1AE0708A" w14:textId="77777777" w:rsidR="005A48C4" w:rsidRDefault="00DF1350">
            <w:pPr>
              <w:pStyle w:val="MetadataValue"/>
              <w:jc w:val="center"/>
            </w:pPr>
            <w:r>
              <w:rPr>
                <w:color w:val="20272E"/>
                <w:sz w:val="15"/>
              </w:rPr>
              <w:t>[DD Month YYYY]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50" w:type="dxa"/>
              <w:bottom w:w="50" w:type="dxa"/>
              <w:right w:w="50" w:type="dxa"/>
            </w:tcMar>
          </w:tcPr>
          <w:p w14:paraId="2F4A2B63" w14:textId="77777777" w:rsidR="005A48C4" w:rsidRDefault="00DF1350">
            <w:pPr>
              <w:pStyle w:val="MetadataValue"/>
              <w:jc w:val="center"/>
            </w:pPr>
            <w:r>
              <w:rPr>
                <w:color w:val="20272E"/>
                <w:sz w:val="15"/>
              </w:rPr>
              <w:t>[DD Month YYYY]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tcMar>
              <w:top w:w="35" w:type="dxa"/>
              <w:left w:w="50" w:type="dxa"/>
              <w:bottom w:w="50" w:type="dxa"/>
              <w:right w:w="50" w:type="dxa"/>
            </w:tcMar>
          </w:tcPr>
          <w:p w14:paraId="4B6F32DB" w14:textId="77777777" w:rsidR="005A48C4" w:rsidRDefault="00DF1350">
            <w:pPr>
              <w:pStyle w:val="MetadataValue"/>
              <w:jc w:val="center"/>
            </w:pPr>
            <w:r>
              <w:rPr>
                <w:color w:val="20272E"/>
                <w:sz w:val="15"/>
              </w:rPr>
              <w:t>[DD Month YYYY]</w:t>
            </w:r>
          </w:p>
        </w:tc>
      </w:tr>
      <w:tr w:rsidR="005A48C4" w14:paraId="524BB59D" w14:textId="77777777" w:rsidTr="002B71ED">
        <w:trPr>
          <w:gridBefore w:val="1"/>
          <w:wBefore w:w="30" w:type="dxa"/>
          <w:cantSplit/>
          <w:jc w:val="center"/>
        </w:trPr>
        <w:tc>
          <w:tcPr>
            <w:tcW w:w="9948" w:type="dxa"/>
            <w:gridSpan w:val="5"/>
            <w:tcBorders>
              <w:top w:val="nil"/>
              <w:left w:val="single" w:sz="24" w:space="0" w:color="FDBD21"/>
              <w:bottom w:val="nil"/>
              <w:right w:val="nil"/>
            </w:tcBorders>
            <w:shd w:val="clear" w:color="auto" w:fill="FDF6E3"/>
            <w:tcMar>
              <w:top w:w="120" w:type="dxa"/>
              <w:left w:w="150" w:type="dxa"/>
              <w:bottom w:w="120" w:type="dxa"/>
              <w:right w:w="160" w:type="dxa"/>
            </w:tcMar>
          </w:tcPr>
          <w:p w14:paraId="62813966" w14:textId="77777777" w:rsidR="005A48C4" w:rsidRDefault="00DF1350">
            <w:pPr>
              <w:pStyle w:val="AbstractHeading"/>
            </w:pPr>
            <w:r>
              <w:t>ABSTRACT</w:t>
            </w:r>
          </w:p>
          <w:p w14:paraId="1283D9FF" w14:textId="77777777" w:rsidR="005A48C4" w:rsidRDefault="00DF1350">
            <w:pPr>
              <w:pStyle w:val="AbstractBody"/>
            </w:pPr>
            <w:r>
              <w:t>[Final edited abstract. Confirm that numerical values, sample sizes, claims and terminology match the main article.]</w:t>
            </w:r>
          </w:p>
          <w:p w14:paraId="674EBA3D" w14:textId="77777777" w:rsidR="005A48C4" w:rsidRDefault="00DF1350">
            <w:pPr>
              <w:pStyle w:val="Keywords"/>
            </w:pPr>
            <w:r>
              <w:rPr>
                <w:b/>
              </w:rPr>
              <w:t xml:space="preserve">Keywords: </w:t>
            </w:r>
            <w:r>
              <w:t>[Final keywords, 3-8 terms]</w:t>
            </w:r>
          </w:p>
        </w:tc>
      </w:tr>
      <w:tr w:rsidR="005A48C4" w14:paraId="21CC5164" w14:textId="77777777" w:rsidTr="002B71ED">
        <w:trPr>
          <w:gridBefore w:val="1"/>
          <w:wBefore w:w="30" w:type="dxa"/>
          <w:cantSplit/>
          <w:jc w:val="center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17375E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D8320C0" w14:textId="77777777" w:rsidR="005A48C4" w:rsidRDefault="00DF1350">
            <w:pPr>
              <w:jc w:val="center"/>
            </w:pPr>
            <w:r>
              <w:rPr>
                <w:rFonts w:ascii="Lato" w:eastAsia="Lato" w:hAnsi="Lato"/>
                <w:b/>
                <w:color w:val="FFFFFF"/>
                <w:sz w:val="15"/>
              </w:rPr>
              <w:t>HOW TO CITE</w:t>
            </w:r>
          </w:p>
        </w:tc>
        <w:tc>
          <w:tcPr>
            <w:tcW w:w="86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8F9F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A8C41FC" w14:textId="77777777" w:rsidR="005A48C4" w:rsidRDefault="00DF1350">
            <w:r>
              <w:rPr>
                <w:rFonts w:ascii="Lato" w:eastAsia="Lato" w:hAnsi="Lato"/>
                <w:sz w:val="15"/>
              </w:rPr>
              <w:t>[Author surname], [Initials]. ([Year]). [Article title]. Journal of Ethical Innovation and Impact, [volume]([issue]), [article/page range]. [DOI URL]</w:t>
            </w:r>
          </w:p>
        </w:tc>
      </w:tr>
      <w:tr w:rsidR="005A48C4" w14:paraId="44E4E5C8" w14:textId="77777777" w:rsidTr="002B71ED">
        <w:trPr>
          <w:gridBefore w:val="1"/>
          <w:wBefore w:w="30" w:type="dxa"/>
          <w:cantSplit/>
          <w:jc w:val="center"/>
        </w:trPr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FDBD21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365B31EF" w14:textId="77777777" w:rsidR="005A48C4" w:rsidRDefault="00DF1350">
            <w:pPr>
              <w:jc w:val="center"/>
            </w:pPr>
            <w:r>
              <w:rPr>
                <w:rFonts w:ascii="Lato" w:eastAsia="Lato" w:hAnsi="Lato"/>
                <w:b/>
                <w:color w:val="17375E"/>
                <w:sz w:val="15"/>
              </w:rPr>
              <w:t>COPYRIGHT &amp; LICENCE</w:t>
            </w:r>
          </w:p>
        </w:tc>
        <w:tc>
          <w:tcPr>
            <w:tcW w:w="86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8F9FA"/>
            <w:tcMar>
              <w:top w:w="95" w:type="dxa"/>
              <w:left w:w="100" w:type="dxa"/>
              <w:bottom w:w="95" w:type="dxa"/>
              <w:right w:w="100" w:type="dxa"/>
            </w:tcMar>
            <w:vAlign w:val="center"/>
          </w:tcPr>
          <w:p w14:paraId="63977809" w14:textId="77777777" w:rsidR="005A48C4" w:rsidRDefault="00DF1350">
            <w:r>
              <w:rPr>
                <w:rFonts w:ascii="Lato" w:hAnsi="Lato"/>
                <w:sz w:val="14"/>
              </w:rPr>
              <w:t xml:space="preserve">© [Year] The author(s). Published by Open Christian Press, a publishing imprint of Open Christian University and Center for Faith and Work. This article is distributed under the Creative Commons 4.0 International </w:t>
            </w:r>
            <w:proofErr w:type="spellStart"/>
            <w:r>
              <w:rPr>
                <w:rFonts w:ascii="Lato" w:hAnsi="Lato"/>
                <w:sz w:val="14"/>
              </w:rPr>
              <w:t>licence</w:t>
            </w:r>
            <w:proofErr w:type="spellEnd"/>
            <w:r>
              <w:rPr>
                <w:rFonts w:ascii="Lato" w:hAnsi="Lato"/>
                <w:sz w:val="14"/>
              </w:rPr>
              <w:t xml:space="preserve"> (CC BY 4.0), unless the journal records a different approved licence.</w:t>
            </w:r>
          </w:p>
        </w:tc>
      </w:tr>
    </w:tbl>
    <w:p w14:paraId="1C5014CE" w14:textId="77777777" w:rsidR="005A48C4" w:rsidRDefault="00DF1350">
      <w:pPr>
        <w:sectPr w:rsidR="005A48C4" w:rsidSect="002B71ED">
          <w:headerReference w:type="even" r:id="rId10"/>
          <w:headerReference w:type="default" r:id="rId11"/>
          <w:footerReference w:type="even" r:id="rId12"/>
          <w:footerReference w:type="default" r:id="rId13"/>
          <w:pgSz w:w="11906" w:h="16838"/>
          <w:pgMar w:top="964" w:right="964" w:bottom="964" w:left="964" w:header="403" w:footer="403" w:gutter="0"/>
          <w:cols w:space="720"/>
          <w:titlePg/>
          <w:docGrid w:linePitch="360"/>
        </w:sectPr>
      </w:pPr>
      <w:r>
        <w:br w:type="page"/>
      </w:r>
    </w:p>
    <w:p w14:paraId="473AF2EF" w14:textId="77777777" w:rsidR="005A48C4" w:rsidRDefault="00DF1350">
      <w:pPr>
        <w:pStyle w:val="Heading1"/>
      </w:pPr>
      <w:r>
        <w:lastRenderedPageBreak/>
        <w:t>1. Introduction</w:t>
      </w:r>
    </w:p>
    <w:p w14:paraId="3B869B55" w14:textId="77777777" w:rsidR="005A48C4" w:rsidRDefault="00DF1350">
      <w:pPr>
        <w:pStyle w:val="FirstParagraph"/>
      </w:pPr>
      <w:r>
        <w:rPr>
          <w:sz w:val="20"/>
        </w:rPr>
        <w:t>[Begin the article with a clear statement of the problem, its significance, the scholarly gap and the contribution made by this manuscript. Avoid generic opening claims that are not supported by evidence.]</w:t>
      </w:r>
    </w:p>
    <w:p w14:paraId="3601E3EC" w14:textId="77777777" w:rsidR="005A48C4" w:rsidRDefault="00DF1350">
      <w:pPr>
        <w:pStyle w:val="NormalBody"/>
        <w:sectPr w:rsidR="005A48C4" w:rsidSect="002B71ED">
          <w:headerReference w:type="even" r:id="rId14"/>
          <w:headerReference w:type="default" r:id="rId15"/>
          <w:footerReference w:type="even" r:id="rId16"/>
          <w:footerReference w:type="default" r:id="rId17"/>
          <w:type w:val="continuous"/>
          <w:pgSz w:w="11906" w:h="16838"/>
          <w:pgMar w:top="964" w:right="964" w:bottom="964" w:left="964" w:header="403" w:footer="403" w:gutter="0"/>
          <w:cols w:num="2" w:space="360"/>
          <w:docGrid w:linePitch="360"/>
        </w:sectPr>
      </w:pPr>
      <w:r>
        <w:rPr>
          <w:sz w:val="20"/>
        </w:rPr>
        <w:t>[Use this paragraph style for sustained prose. Cite all claims requiring evidence and define specialised terminology at first use. Keep the argument coherent across paragraphs and sections.]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74"/>
        <w:gridCol w:w="8204"/>
      </w:tblGrid>
      <w:tr w:rsidR="005A48C4" w14:paraId="2F39BC87" w14:textId="77777777">
        <w:trPr>
          <w:cantSplit/>
          <w:jc w:val="center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17375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9198A0" w14:textId="77777777" w:rsidR="005A48C4" w:rsidRDefault="00DF1350">
            <w:pPr>
              <w:jc w:val="center"/>
            </w:pPr>
            <w:r>
              <w:rPr>
                <w:rFonts w:ascii="Lato" w:eastAsia="Lato" w:hAnsi="Lato"/>
                <w:b/>
                <w:color w:val="FFFFFF"/>
                <w:sz w:val="15"/>
              </w:rPr>
              <w:t>PRODUCTION CONTROL</w:t>
            </w:r>
          </w:p>
        </w:tc>
        <w:tc>
          <w:tcPr>
            <w:tcW w:w="8568" w:type="dxa"/>
            <w:tcBorders>
              <w:top w:val="nil"/>
              <w:left w:val="nil"/>
              <w:bottom w:val="nil"/>
              <w:right w:val="nil"/>
            </w:tcBorders>
            <w:shd w:val="clear" w:color="auto" w:fill="F3F6F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98D4F7" w14:textId="77777777" w:rsidR="00525BE0" w:rsidRDefault="003D3855">
            <w:pPr>
              <w:spacing w:after="40"/>
              <w:jc w:val="left"/>
            </w:pPr>
            <w:r>
              <w:rPr>
                <w:rFonts w:ascii="Lato" w:hAnsi="Lato"/>
                <w:b/>
                <w:color w:val="17375E"/>
                <w:sz w:val="15"/>
              </w:rPr>
              <w:t>Purpose of this template</w:t>
            </w:r>
          </w:p>
          <w:p w14:paraId="072EF355" w14:textId="77777777" w:rsidR="00525BE0" w:rsidRDefault="003D3855">
            <w:pPr>
              <w:spacing w:after="0" w:line="240" w:lineRule="auto"/>
            </w:pPr>
            <w:r>
              <w:rPr>
                <w:rFonts w:ascii="Lato" w:hAnsi="Lato"/>
                <w:sz w:val="15"/>
              </w:rPr>
              <w:t>Use Word styles rather than manual formatting. Replace bracketed editorial fields, update all metadata from the journal record, and verify the final PDF against the production checklist.</w:t>
            </w:r>
          </w:p>
        </w:tc>
      </w:tr>
    </w:tbl>
    <w:p w14:paraId="550246CE" w14:textId="77777777" w:rsidR="00405538" w:rsidRDefault="00405538">
      <w:pPr>
        <w:sectPr w:rsidR="00405538" w:rsidSect="002B71ED">
          <w:headerReference w:type="even" r:id="rId18"/>
          <w:headerReference w:type="default" r:id="rId19"/>
          <w:footerReference w:type="even" r:id="rId20"/>
          <w:footerReference w:type="default" r:id="rId21"/>
          <w:type w:val="continuous"/>
          <w:pgSz w:w="11906" w:h="16838"/>
          <w:pgMar w:top="964" w:right="964" w:bottom="964" w:left="964" w:header="403" w:footer="403" w:gutter="0"/>
          <w:cols w:space="720"/>
          <w:docGrid w:linePitch="360"/>
        </w:sectPr>
      </w:pPr>
    </w:p>
    <w:p w14:paraId="53633CC7" w14:textId="77777777" w:rsidR="005A48C4" w:rsidRDefault="00DF1350">
      <w:pPr>
        <w:pStyle w:val="Heading1"/>
      </w:pPr>
      <w:r>
        <w:t>2. Conceptual and Editorial Framework</w:t>
      </w:r>
    </w:p>
    <w:p w14:paraId="211F865F" w14:textId="77777777" w:rsidR="005A48C4" w:rsidRDefault="00DF1350">
      <w:pPr>
        <w:pStyle w:val="FirstParagraph"/>
      </w:pPr>
      <w:r>
        <w:rPr>
          <w:sz w:val="20"/>
        </w:rPr>
        <w:t>[Develop the conceptual, theoretical or theological framework. Explain how it guides the research question, analysis and interpretation.]</w:t>
      </w:r>
    </w:p>
    <w:p w14:paraId="5172A973" w14:textId="77777777" w:rsidR="005A48C4" w:rsidRDefault="00DF1350">
      <w:pPr>
        <w:pStyle w:val="Heading2"/>
      </w:pPr>
      <w:r>
        <w:t>2.1. First subordinate section</w:t>
      </w:r>
    </w:p>
    <w:p w14:paraId="36DB90CC" w14:textId="77777777" w:rsidR="005A48C4" w:rsidRDefault="00DF1350">
      <w:pPr>
        <w:pStyle w:val="FirstParagraph"/>
      </w:pPr>
      <w:r>
        <w:rPr>
          <w:sz w:val="20"/>
        </w:rPr>
        <w:t>[Insert section content.]</w:t>
      </w:r>
    </w:p>
    <w:p w14:paraId="204EAACB" w14:textId="77777777" w:rsidR="005A48C4" w:rsidRDefault="00DF1350">
      <w:pPr>
        <w:pStyle w:val="Heading3"/>
      </w:pPr>
      <w:r>
        <w:t>2.1.1. Third-level section</w:t>
      </w:r>
    </w:p>
    <w:p w14:paraId="04FAE892" w14:textId="77777777" w:rsidR="005A48C4" w:rsidRDefault="00DF1350">
      <w:pPr>
        <w:pStyle w:val="FirstParagraph"/>
      </w:pPr>
      <w:r>
        <w:rPr>
          <w:sz w:val="20"/>
        </w:rPr>
        <w:t>[Insert subsection content.]</w:t>
      </w:r>
    </w:p>
    <w:p w14:paraId="28B8CCB5" w14:textId="77777777" w:rsidR="005A48C4" w:rsidRDefault="00DF1350">
      <w:pPr>
        <w:pStyle w:val="Heading4"/>
      </w:pPr>
      <w:r>
        <w:t>Fourth-level run-in topic</w:t>
      </w:r>
    </w:p>
    <w:p w14:paraId="549200E9" w14:textId="77777777" w:rsidR="005A48C4" w:rsidRDefault="00DF1350">
      <w:pPr>
        <w:pStyle w:val="FirstParagraph"/>
      </w:pPr>
      <w:r>
        <w:rPr>
          <w:sz w:val="20"/>
        </w:rPr>
        <w:t>[Insert content only when a fourth level is necessary.]</w:t>
      </w:r>
    </w:p>
    <w:p w14:paraId="0039DD97" w14:textId="77777777" w:rsidR="005A48C4" w:rsidRDefault="00DF1350">
      <w:pPr>
        <w:pStyle w:val="BlockQuote"/>
        <w:pBdr>
          <w:bottom w:val="single" w:sz="5" w:space="5" w:color="17375E"/>
        </w:pBdr>
      </w:pPr>
      <w:r>
        <w:t>[Insert a quotation of approximately 40 words or more. Provide the required citation and page number.]</w:t>
      </w:r>
    </w:p>
    <w:p w14:paraId="46F68F65" w14:textId="77777777" w:rsidR="005A48C4" w:rsidRDefault="00DF1350">
      <w:pPr>
        <w:pStyle w:val="ScriptureQuote"/>
        <w:pBdr>
          <w:bottom w:val="single" w:sz="5" w:space="5" w:color="FDBD21"/>
        </w:pBdr>
      </w:pPr>
      <w:r>
        <w:t>[Insert Scripture quotation] ([Book Chapter:Verse], CSB)</w:t>
      </w:r>
    </w:p>
    <w:p w14:paraId="7BE7EF9A" w14:textId="77777777" w:rsidR="005A48C4" w:rsidRDefault="00DF1350">
      <w:pPr>
        <w:pStyle w:val="Heading1"/>
      </w:pPr>
      <w:r>
        <w:t>3. Method or Analytical Approach</w:t>
      </w:r>
    </w:p>
    <w:p w14:paraId="0BDFF457" w14:textId="77777777" w:rsidR="005A48C4" w:rsidRDefault="00DF1350">
      <w:pPr>
        <w:pStyle w:val="FirstParagraph"/>
      </w:pPr>
      <w:r>
        <w:rPr>
          <w:sz w:val="20"/>
        </w:rPr>
        <w:t>[Describe the method or analytical approach with sufficient detail for evaluation and, where appropriate, replication.]</w:t>
      </w:r>
    </w:p>
    <w:p w14:paraId="29AD57CB" w14:textId="77777777" w:rsidR="005A48C4" w:rsidRDefault="00DF1350">
      <w:pPr>
        <w:pStyle w:val="Equation"/>
        <w:jc w:val="center"/>
      </w:pPr>
      <w:r>
        <w:t>Impact = Ethical integrity × Implementation quality × Evidential strength</w:t>
      </w:r>
    </w:p>
    <w:p w14:paraId="7A0DC455" w14:textId="77777777" w:rsidR="005A48C4" w:rsidRDefault="00DF1350">
      <w:pPr>
        <w:pStyle w:val="FigureCaption"/>
        <w:keepNext/>
        <w:jc w:val="both"/>
        <w:sectPr w:rsidR="005A48C4" w:rsidSect="002B71ED">
          <w:headerReference w:type="even" r:id="rId22"/>
          <w:headerReference w:type="default" r:id="rId23"/>
          <w:footerReference w:type="even" r:id="rId24"/>
          <w:footerReference w:type="default" r:id="rId25"/>
          <w:type w:val="continuous"/>
          <w:pgSz w:w="11906" w:h="16838"/>
          <w:pgMar w:top="964" w:right="964" w:bottom="964" w:left="964" w:header="403" w:footer="403" w:gutter="0"/>
          <w:cols w:num="2" w:space="360"/>
          <w:docGrid w:linePitch="360"/>
        </w:sectPr>
      </w:pPr>
      <w:r>
        <w:t>Equation 1. [Define every symbol immediately below the equation.]</w:t>
      </w:r>
    </w:p>
    <w:p w14:paraId="7D31FCEB" w14:textId="77777777" w:rsidR="005A48C4" w:rsidRDefault="00DF1350">
      <w:pPr>
        <w:pStyle w:val="TableTitle"/>
        <w:keepNext/>
        <w:keepLines/>
      </w:pPr>
      <w:r>
        <w:t>Table 1. [Concise, informative table title]</w:t>
      </w:r>
    </w:p>
    <w:tbl>
      <w:tblPr>
        <w:tblW w:w="0" w:type="auto"/>
        <w:jc w:val="center"/>
        <w:tblBorders>
          <w:top w:val="single" w:sz="12" w:space="0" w:color="auto"/>
          <w:bottom w:val="single" w:sz="12" w:space="0" w:color="auto"/>
          <w:insideH w:val="single" w:sz="4" w:space="0" w:color="D5DDE2"/>
        </w:tblBorders>
        <w:tblLook w:val="04A0" w:firstRow="1" w:lastRow="0" w:firstColumn="1" w:lastColumn="0" w:noHBand="0" w:noVBand="1"/>
      </w:tblPr>
      <w:tblGrid>
        <w:gridCol w:w="1458"/>
        <w:gridCol w:w="2903"/>
        <w:gridCol w:w="2562"/>
        <w:gridCol w:w="3055"/>
      </w:tblGrid>
      <w:tr w:rsidR="005A48C4" w14:paraId="5F667CAE" w14:textId="77777777" w:rsidTr="002B71ED">
        <w:trPr>
          <w:cantSplit/>
          <w:tblHeader/>
          <w:jc w:val="center"/>
        </w:trPr>
        <w:tc>
          <w:tcPr>
            <w:tcW w:w="1512" w:type="dxa"/>
            <w:shd w:val="clear" w:color="auto" w:fill="17375E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1C0AFF2" w14:textId="77777777" w:rsidR="005A48C4" w:rsidRDefault="00DF1350">
            <w:pPr>
              <w:pStyle w:val="TableHeader"/>
              <w:jc w:val="center"/>
            </w:pPr>
            <w:r>
              <w:rPr>
                <w:sz w:val="15"/>
              </w:rPr>
              <w:t>Stage</w:t>
            </w:r>
          </w:p>
        </w:tc>
        <w:tc>
          <w:tcPr>
            <w:tcW w:w="3024" w:type="dxa"/>
            <w:shd w:val="clear" w:color="auto" w:fill="17375E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82A9208" w14:textId="77777777" w:rsidR="005A48C4" w:rsidRDefault="00DF1350">
            <w:pPr>
              <w:pStyle w:val="TableHeader"/>
              <w:jc w:val="center"/>
            </w:pPr>
            <w:r>
              <w:rPr>
                <w:sz w:val="15"/>
              </w:rPr>
              <w:t>Primary question</w:t>
            </w:r>
          </w:p>
        </w:tc>
        <w:tc>
          <w:tcPr>
            <w:tcW w:w="2664" w:type="dxa"/>
            <w:shd w:val="clear" w:color="auto" w:fill="17375E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43122CF" w14:textId="77777777" w:rsidR="005A48C4" w:rsidRDefault="00DF1350">
            <w:pPr>
              <w:pStyle w:val="TableHeader"/>
              <w:jc w:val="center"/>
            </w:pPr>
            <w:r>
              <w:rPr>
                <w:sz w:val="15"/>
              </w:rPr>
              <w:t>Evidence</w:t>
            </w:r>
          </w:p>
        </w:tc>
        <w:tc>
          <w:tcPr>
            <w:tcW w:w="3168" w:type="dxa"/>
            <w:shd w:val="clear" w:color="auto" w:fill="17375E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C11513E" w14:textId="77777777" w:rsidR="005A48C4" w:rsidRDefault="00DF1350">
            <w:pPr>
              <w:pStyle w:val="TableHeader"/>
              <w:jc w:val="center"/>
            </w:pPr>
            <w:r>
              <w:rPr>
                <w:sz w:val="15"/>
              </w:rPr>
              <w:t>Editorial check</w:t>
            </w:r>
          </w:p>
        </w:tc>
      </w:tr>
      <w:tr w:rsidR="005A48C4" w14:paraId="4C4D1BD1" w14:textId="77777777" w:rsidTr="002B71ED">
        <w:trPr>
          <w:cantSplit/>
          <w:jc w:val="center"/>
        </w:trPr>
        <w:tc>
          <w:tcPr>
            <w:tcW w:w="151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CA1226" w14:textId="77777777" w:rsidR="005A48C4" w:rsidRDefault="00DF1350">
            <w:pPr>
              <w:pStyle w:val="TableBody"/>
              <w:jc w:val="center"/>
            </w:pPr>
            <w:r>
              <w:rPr>
                <w:sz w:val="15"/>
              </w:rPr>
              <w:t>[1]</w:t>
            </w:r>
          </w:p>
        </w:tc>
        <w:tc>
          <w:tcPr>
            <w:tcW w:w="302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272E12" w14:textId="77777777" w:rsidR="005A48C4" w:rsidRDefault="00DF1350">
            <w:pPr>
              <w:pStyle w:val="TableBody"/>
            </w:pPr>
            <w:r>
              <w:rPr>
                <w:sz w:val="15"/>
              </w:rPr>
              <w:t>[Narrative entry]</w:t>
            </w:r>
          </w:p>
        </w:tc>
        <w:tc>
          <w:tcPr>
            <w:tcW w:w="266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1F4286" w14:textId="77777777" w:rsidR="005A48C4" w:rsidRDefault="00DF1350">
            <w:pPr>
              <w:pStyle w:val="TableBody"/>
            </w:pPr>
            <w:r>
              <w:rPr>
                <w:sz w:val="15"/>
              </w:rPr>
              <w:t>[Evidence or value]</w:t>
            </w:r>
          </w:p>
        </w:tc>
        <w:tc>
          <w:tcPr>
            <w:tcW w:w="316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4814A7" w14:textId="77777777" w:rsidR="005A48C4" w:rsidRDefault="00DF1350">
            <w:pPr>
              <w:pStyle w:val="TableBody"/>
            </w:pPr>
            <w:r>
              <w:rPr>
                <w:sz w:val="15"/>
              </w:rPr>
              <w:t>[Editorial interpretation]</w:t>
            </w:r>
          </w:p>
        </w:tc>
      </w:tr>
      <w:tr w:rsidR="005A48C4" w14:paraId="2B9BF3AD" w14:textId="77777777" w:rsidTr="002B71ED">
        <w:trPr>
          <w:cantSplit/>
          <w:jc w:val="center"/>
        </w:trPr>
        <w:tc>
          <w:tcPr>
            <w:tcW w:w="1512" w:type="dxa"/>
            <w:shd w:val="clear" w:color="auto" w:fill="FDF6E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30EFE6" w14:textId="77777777" w:rsidR="005A48C4" w:rsidRDefault="00DF1350">
            <w:pPr>
              <w:pStyle w:val="TableBody"/>
              <w:jc w:val="center"/>
            </w:pPr>
            <w:r>
              <w:rPr>
                <w:sz w:val="15"/>
              </w:rPr>
              <w:t>[2]</w:t>
            </w:r>
          </w:p>
        </w:tc>
        <w:tc>
          <w:tcPr>
            <w:tcW w:w="3024" w:type="dxa"/>
            <w:shd w:val="clear" w:color="auto" w:fill="FDF6E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7035A2" w14:textId="77777777" w:rsidR="005A48C4" w:rsidRDefault="00DF1350">
            <w:pPr>
              <w:pStyle w:val="TableBody"/>
            </w:pPr>
            <w:r>
              <w:rPr>
                <w:sz w:val="15"/>
              </w:rPr>
              <w:t>[Narrative entry]</w:t>
            </w:r>
          </w:p>
        </w:tc>
        <w:tc>
          <w:tcPr>
            <w:tcW w:w="2664" w:type="dxa"/>
            <w:shd w:val="clear" w:color="auto" w:fill="FDF6E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C62A9E" w14:textId="77777777" w:rsidR="005A48C4" w:rsidRDefault="00DF1350">
            <w:pPr>
              <w:pStyle w:val="TableBody"/>
            </w:pPr>
            <w:r>
              <w:rPr>
                <w:sz w:val="15"/>
              </w:rPr>
              <w:t>[Evidence or value]</w:t>
            </w:r>
          </w:p>
        </w:tc>
        <w:tc>
          <w:tcPr>
            <w:tcW w:w="3168" w:type="dxa"/>
            <w:shd w:val="clear" w:color="auto" w:fill="FDF6E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5DD406" w14:textId="77777777" w:rsidR="005A48C4" w:rsidRDefault="00DF1350">
            <w:pPr>
              <w:pStyle w:val="TableBody"/>
            </w:pPr>
            <w:r>
              <w:rPr>
                <w:sz w:val="15"/>
              </w:rPr>
              <w:t>[Editorial interpretation]</w:t>
            </w:r>
          </w:p>
        </w:tc>
      </w:tr>
      <w:tr w:rsidR="005A48C4" w14:paraId="05992981" w14:textId="77777777" w:rsidTr="002B71ED">
        <w:trPr>
          <w:cantSplit/>
          <w:jc w:val="center"/>
        </w:trPr>
        <w:tc>
          <w:tcPr>
            <w:tcW w:w="1512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DFF351" w14:textId="77777777" w:rsidR="005A48C4" w:rsidRDefault="00DF1350">
            <w:pPr>
              <w:pStyle w:val="TableBody"/>
              <w:jc w:val="center"/>
            </w:pPr>
            <w:r>
              <w:rPr>
                <w:sz w:val="15"/>
              </w:rPr>
              <w:t>[3]</w:t>
            </w:r>
          </w:p>
        </w:tc>
        <w:tc>
          <w:tcPr>
            <w:tcW w:w="302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861821" w14:textId="77777777" w:rsidR="005A48C4" w:rsidRDefault="00DF1350">
            <w:pPr>
              <w:pStyle w:val="TableBody"/>
            </w:pPr>
            <w:r>
              <w:rPr>
                <w:sz w:val="15"/>
              </w:rPr>
              <w:t>[Narrative entry]</w:t>
            </w:r>
          </w:p>
        </w:tc>
        <w:tc>
          <w:tcPr>
            <w:tcW w:w="266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58A28C" w14:textId="77777777" w:rsidR="005A48C4" w:rsidRDefault="00DF1350">
            <w:pPr>
              <w:pStyle w:val="TableBody"/>
            </w:pPr>
            <w:r>
              <w:rPr>
                <w:sz w:val="15"/>
              </w:rPr>
              <w:t>[Evidence or value]</w:t>
            </w:r>
          </w:p>
        </w:tc>
        <w:tc>
          <w:tcPr>
            <w:tcW w:w="3168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60B8AA" w14:textId="77777777" w:rsidR="005A48C4" w:rsidRDefault="00DF1350">
            <w:pPr>
              <w:pStyle w:val="TableBody"/>
            </w:pPr>
            <w:r>
              <w:rPr>
                <w:sz w:val="15"/>
              </w:rPr>
              <w:t>[Editorial interpretation]</w:t>
            </w:r>
          </w:p>
        </w:tc>
      </w:tr>
    </w:tbl>
    <w:p w14:paraId="5FD9E1E0" w14:textId="77777777" w:rsidR="005A48C4" w:rsidRDefault="00DF1350">
      <w:pPr>
        <w:pStyle w:val="FigureCaption"/>
        <w:keepNext/>
        <w:jc w:val="both"/>
        <w:sectPr w:rsidR="005A48C4" w:rsidSect="002B71ED">
          <w:headerReference w:type="even" r:id="rId26"/>
          <w:headerReference w:type="default" r:id="rId27"/>
          <w:footerReference w:type="even" r:id="rId28"/>
          <w:footerReference w:type="default" r:id="rId29"/>
          <w:type w:val="continuous"/>
          <w:pgSz w:w="11906" w:h="16838"/>
          <w:pgMar w:top="964" w:right="964" w:bottom="964" w:left="964" w:header="403" w:footer="403" w:gutter="0"/>
          <w:cols w:space="720"/>
          <w:docGrid w:linePitch="360"/>
        </w:sectPr>
      </w:pPr>
      <w:r>
        <w:t>Note. [Define abbreviations, explain symbols, and provide source or permissions information.]</w:t>
      </w:r>
    </w:p>
    <w:p w14:paraId="44BB2810" w14:textId="77777777" w:rsidR="005A48C4" w:rsidRDefault="00DF1350">
      <w:pPr>
        <w:pStyle w:val="Heading1"/>
      </w:pPr>
      <w:r>
        <w:t>4. Results, Analysis or Argument</w:t>
      </w:r>
    </w:p>
    <w:p w14:paraId="5AFCD7E9" w14:textId="77777777" w:rsidR="005A48C4" w:rsidRDefault="00DF1350">
      <w:pPr>
        <w:pStyle w:val="FirstParagraph"/>
        <w:sectPr w:rsidR="005A48C4" w:rsidSect="002B71ED">
          <w:headerReference w:type="even" r:id="rId30"/>
          <w:headerReference w:type="default" r:id="rId31"/>
          <w:footerReference w:type="even" r:id="rId32"/>
          <w:footerReference w:type="default" r:id="rId33"/>
          <w:type w:val="continuous"/>
          <w:pgSz w:w="11906" w:h="16838"/>
          <w:pgMar w:top="964" w:right="964" w:bottom="964" w:left="964" w:header="403" w:footer="403" w:gutter="0"/>
          <w:cols w:num="2" w:space="360"/>
          <w:docGrid w:linePitch="360"/>
        </w:sectPr>
      </w:pPr>
      <w:r>
        <w:rPr>
          <w:sz w:val="20"/>
        </w:rPr>
        <w:t>[Present findings, analysis or argument. Ensure every table and figure is cited in the main text.]</w:t>
      </w:r>
    </w:p>
    <w:p w14:paraId="30F3E747" w14:textId="77777777" w:rsidR="005A48C4" w:rsidRDefault="00DF1350">
      <w:pPr>
        <w:keepNext/>
        <w:keepLines/>
        <w:spacing w:after="80"/>
        <w:jc w:val="center"/>
      </w:pPr>
      <w:r>
        <w:rPr>
          <w:noProof/>
        </w:rPr>
        <w:lastRenderedPageBreak/>
        <w:drawing>
          <wp:inline distT="0" distB="0" distL="0" distR="0" wp14:anchorId="720059C9" wp14:editId="1281793F">
            <wp:extent cx="5940000" cy="3224571"/>
            <wp:effectExtent l="0" t="0" r="0" b="0"/>
            <wp:docPr id="3" name="Picture 3" descr="Illustrative five-stage conceptual pathway labelled Principles, Design, Implementation, Evidence and Learning." title="Illustrative five-stage conceptual pathway labelled Principles, Design, Implementation, Evidence and Learn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EII_figur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224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FC5C46" w14:textId="77777777" w:rsidR="005A48C4" w:rsidRDefault="00DF1350">
      <w:pPr>
        <w:pStyle w:val="FigureCaption"/>
        <w:keepNext/>
        <w:jc w:val="both"/>
      </w:pPr>
      <w:r>
        <w:t>Figure 1. [Concise, informative figure title].</w:t>
      </w:r>
    </w:p>
    <w:p w14:paraId="476C95DD" w14:textId="77777777" w:rsidR="005A48C4" w:rsidRDefault="00DF1350">
      <w:pPr>
        <w:pStyle w:val="FigureCaption"/>
        <w:jc w:val="both"/>
        <w:sectPr w:rsidR="005A48C4" w:rsidSect="002B71ED">
          <w:headerReference w:type="even" r:id="rId35"/>
          <w:headerReference w:type="default" r:id="rId36"/>
          <w:footerReference w:type="even" r:id="rId37"/>
          <w:footerReference w:type="default" r:id="rId38"/>
          <w:type w:val="continuous"/>
          <w:pgSz w:w="11906" w:h="16838"/>
          <w:pgMar w:top="964" w:right="964" w:bottom="964" w:left="964" w:header="403" w:footer="403" w:gutter="0"/>
          <w:cols w:space="720"/>
          <w:docGrid w:linePitch="360"/>
        </w:sectPr>
      </w:pPr>
      <w:r>
        <w:rPr>
          <w:i/>
        </w:rPr>
        <w:t>Alt text: [Add concise alternative text describing the figure’s content and purpose.]</w:t>
      </w:r>
    </w:p>
    <w:p w14:paraId="2BBE0E1C" w14:textId="77777777" w:rsidR="005A48C4" w:rsidRDefault="00DF1350">
      <w:pPr>
        <w:pStyle w:val="Heading1"/>
      </w:pPr>
      <w:r>
        <w:t>5. Discussion</w:t>
      </w:r>
    </w:p>
    <w:p w14:paraId="3530254F" w14:textId="77777777" w:rsidR="005A48C4" w:rsidRDefault="00DF1350">
      <w:pPr>
        <w:pStyle w:val="FirstParagraph"/>
      </w:pPr>
      <w:r>
        <w:rPr>
          <w:sz w:val="20"/>
        </w:rPr>
        <w:t>[Interpret the contribution in relation to the literature, framework, limitations and implications.]</w:t>
      </w:r>
    </w:p>
    <w:p w14:paraId="13141913" w14:textId="77777777" w:rsidR="005A48C4" w:rsidRDefault="00DF1350">
      <w:pPr>
        <w:pStyle w:val="Heading1"/>
      </w:pPr>
      <w:r>
        <w:t>6. Conclusion</w:t>
      </w:r>
    </w:p>
    <w:p w14:paraId="0512AB6C" w14:textId="77777777" w:rsidR="005A48C4" w:rsidRDefault="00DF1350">
      <w:pPr>
        <w:pStyle w:val="FirstParagraph"/>
        <w:sectPr w:rsidR="005A48C4" w:rsidSect="002B71ED">
          <w:headerReference w:type="even" r:id="rId39"/>
          <w:headerReference w:type="default" r:id="rId40"/>
          <w:footerReference w:type="even" r:id="rId41"/>
          <w:footerReference w:type="default" r:id="rId42"/>
          <w:type w:val="continuous"/>
          <w:pgSz w:w="11906" w:h="16838"/>
          <w:pgMar w:top="964" w:right="964" w:bottom="964" w:left="964" w:header="403" w:footer="403" w:gutter="0"/>
          <w:cols w:num="2" w:space="360"/>
          <w:docGrid w:linePitch="360"/>
        </w:sectPr>
      </w:pPr>
      <w:r>
        <w:rPr>
          <w:sz w:val="20"/>
        </w:rPr>
        <w:t>[State the central conclusion, contribution, limitations and proportionate implications.]</w:t>
      </w:r>
    </w:p>
    <w:p w14:paraId="38470695" w14:textId="77777777" w:rsidR="005A48C4" w:rsidRDefault="00DF1350">
      <w:pPr>
        <w:pStyle w:val="Heading1"/>
      </w:pPr>
      <w:r>
        <w:t>Declarations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317"/>
        <w:gridCol w:w="7615"/>
      </w:tblGrid>
      <w:tr w:rsidR="005A48C4" w14:paraId="3048D156" w14:textId="77777777" w:rsidTr="002B71ED">
        <w:trPr>
          <w:cantSplit/>
          <w:jc w:val="center"/>
        </w:trPr>
        <w:tc>
          <w:tcPr>
            <w:tcW w:w="2317" w:type="dxa"/>
            <w:tcBorders>
              <w:top w:val="single" w:sz="18" w:space="0" w:color="auto"/>
              <w:left w:val="single" w:sz="18" w:space="0" w:color="auto"/>
              <w:bottom w:val="single" w:sz="4" w:space="0" w:color="D5DDE2"/>
              <w:right w:val="nil"/>
            </w:tcBorders>
            <w:shd w:val="clear" w:color="auto" w:fill="FDF6E3"/>
            <w:tcMar>
              <w:top w:w="85" w:type="dxa"/>
              <w:left w:w="90" w:type="dxa"/>
              <w:bottom w:w="85" w:type="dxa"/>
              <w:right w:w="95" w:type="dxa"/>
            </w:tcMar>
          </w:tcPr>
          <w:p w14:paraId="17D44C63" w14:textId="77777777" w:rsidR="005A48C4" w:rsidRDefault="00DF1350" w:rsidP="002B71ED">
            <w:pPr>
              <w:spacing w:after="0" w:line="240" w:lineRule="auto"/>
              <w:jc w:val="left"/>
            </w:pPr>
            <w:r>
              <w:rPr>
                <w:rFonts w:ascii="Lato" w:eastAsia="Lato" w:hAnsi="Lato"/>
                <w:b/>
                <w:color w:val="17375E"/>
                <w:sz w:val="14"/>
              </w:rPr>
              <w:t>AUTHOR CONTRIBUTIONS</w:t>
            </w:r>
          </w:p>
        </w:tc>
        <w:tc>
          <w:tcPr>
            <w:tcW w:w="7615" w:type="dxa"/>
            <w:tcBorders>
              <w:top w:val="single" w:sz="18" w:space="0" w:color="auto"/>
              <w:left w:val="nil"/>
              <w:bottom w:val="single" w:sz="4" w:space="0" w:color="D5DDE2"/>
              <w:right w:val="single" w:sz="18" w:space="0" w:color="auto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00" w:type="dxa"/>
            </w:tcMar>
          </w:tcPr>
          <w:p w14:paraId="468325AA" w14:textId="77777777" w:rsidR="005A48C4" w:rsidRDefault="00DF1350" w:rsidP="002B71ED">
            <w:pPr>
              <w:spacing w:after="0" w:line="240" w:lineRule="auto"/>
            </w:pPr>
            <w:r>
              <w:rPr>
                <w:sz w:val="17"/>
              </w:rPr>
              <w:t>All named authors must describe their substantive contributions using a recognised contributor taxonomy.</w:t>
            </w:r>
          </w:p>
        </w:tc>
      </w:tr>
      <w:tr w:rsidR="005A48C4" w14:paraId="07F8DD23" w14:textId="77777777" w:rsidTr="002B71ED">
        <w:trPr>
          <w:cantSplit/>
          <w:jc w:val="center"/>
        </w:trPr>
        <w:tc>
          <w:tcPr>
            <w:tcW w:w="2317" w:type="dxa"/>
            <w:tcBorders>
              <w:top w:val="single" w:sz="4" w:space="0" w:color="D5DDE2"/>
              <w:left w:val="single" w:sz="18" w:space="0" w:color="auto"/>
              <w:bottom w:val="single" w:sz="4" w:space="0" w:color="D5DDE2"/>
              <w:right w:val="nil"/>
            </w:tcBorders>
            <w:shd w:val="clear" w:color="auto" w:fill="FDF6E3"/>
            <w:tcMar>
              <w:top w:w="85" w:type="dxa"/>
              <w:left w:w="90" w:type="dxa"/>
              <w:bottom w:w="85" w:type="dxa"/>
              <w:right w:w="95" w:type="dxa"/>
            </w:tcMar>
          </w:tcPr>
          <w:p w14:paraId="74939D44" w14:textId="77777777" w:rsidR="005A48C4" w:rsidRDefault="00DF1350" w:rsidP="002B71ED">
            <w:pPr>
              <w:spacing w:after="0" w:line="240" w:lineRule="auto"/>
              <w:jc w:val="left"/>
            </w:pPr>
            <w:r>
              <w:rPr>
                <w:rFonts w:ascii="Lato" w:eastAsia="Lato" w:hAnsi="Lato"/>
                <w:b/>
                <w:color w:val="17375E"/>
                <w:sz w:val="14"/>
              </w:rPr>
              <w:t>FUNDING</w:t>
            </w:r>
          </w:p>
        </w:tc>
        <w:tc>
          <w:tcPr>
            <w:tcW w:w="7615" w:type="dxa"/>
            <w:tcBorders>
              <w:top w:val="single" w:sz="4" w:space="0" w:color="D5DDE2"/>
              <w:left w:val="nil"/>
              <w:bottom w:val="single" w:sz="4" w:space="0" w:color="D5DDE2"/>
              <w:right w:val="single" w:sz="18" w:space="0" w:color="auto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00" w:type="dxa"/>
            </w:tcMar>
          </w:tcPr>
          <w:p w14:paraId="5E052F6A" w14:textId="77777777" w:rsidR="005A48C4" w:rsidRDefault="00DF1350" w:rsidP="002B71ED">
            <w:pPr>
              <w:spacing w:after="0" w:line="240" w:lineRule="auto"/>
            </w:pPr>
            <w:r>
              <w:rPr>
                <w:sz w:val="17"/>
              </w:rPr>
              <w:t>[State funder and grant number, or: This research received no external funding.]</w:t>
            </w:r>
          </w:p>
        </w:tc>
      </w:tr>
      <w:tr w:rsidR="005A48C4" w14:paraId="513B75B9" w14:textId="77777777" w:rsidTr="002B71ED">
        <w:trPr>
          <w:cantSplit/>
          <w:jc w:val="center"/>
        </w:trPr>
        <w:tc>
          <w:tcPr>
            <w:tcW w:w="2317" w:type="dxa"/>
            <w:tcBorders>
              <w:top w:val="single" w:sz="4" w:space="0" w:color="D5DDE2"/>
              <w:left w:val="single" w:sz="18" w:space="0" w:color="auto"/>
              <w:bottom w:val="single" w:sz="4" w:space="0" w:color="D5DDE2"/>
              <w:right w:val="nil"/>
            </w:tcBorders>
            <w:shd w:val="clear" w:color="auto" w:fill="FDF6E3"/>
            <w:tcMar>
              <w:top w:w="85" w:type="dxa"/>
              <w:left w:w="90" w:type="dxa"/>
              <w:bottom w:w="85" w:type="dxa"/>
              <w:right w:w="95" w:type="dxa"/>
            </w:tcMar>
          </w:tcPr>
          <w:p w14:paraId="71484335" w14:textId="77777777" w:rsidR="005A48C4" w:rsidRDefault="00DF1350" w:rsidP="002B71ED">
            <w:pPr>
              <w:spacing w:after="0" w:line="240" w:lineRule="auto"/>
              <w:jc w:val="left"/>
            </w:pPr>
            <w:r>
              <w:rPr>
                <w:rFonts w:ascii="Lato" w:eastAsia="Lato" w:hAnsi="Lato"/>
                <w:b/>
                <w:color w:val="17375E"/>
                <w:sz w:val="14"/>
              </w:rPr>
              <w:t>CONFLICTS OF INTEREST</w:t>
            </w:r>
          </w:p>
        </w:tc>
        <w:tc>
          <w:tcPr>
            <w:tcW w:w="7615" w:type="dxa"/>
            <w:tcBorders>
              <w:top w:val="single" w:sz="4" w:space="0" w:color="D5DDE2"/>
              <w:left w:val="nil"/>
              <w:bottom w:val="single" w:sz="4" w:space="0" w:color="D5DDE2"/>
              <w:right w:val="single" w:sz="18" w:space="0" w:color="auto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00" w:type="dxa"/>
            </w:tcMar>
          </w:tcPr>
          <w:p w14:paraId="7C472AA2" w14:textId="77777777" w:rsidR="005A48C4" w:rsidRDefault="00DF1350" w:rsidP="002B71ED">
            <w:pPr>
              <w:spacing w:after="0" w:line="240" w:lineRule="auto"/>
            </w:pPr>
            <w:r>
              <w:rPr>
                <w:sz w:val="17"/>
              </w:rPr>
              <w:t>[Declare any conflicts, or: The authors declare no conflict of interest.]</w:t>
            </w:r>
          </w:p>
        </w:tc>
      </w:tr>
      <w:tr w:rsidR="005A48C4" w14:paraId="29516E74" w14:textId="77777777" w:rsidTr="002B71ED">
        <w:trPr>
          <w:cantSplit/>
          <w:jc w:val="center"/>
        </w:trPr>
        <w:tc>
          <w:tcPr>
            <w:tcW w:w="2317" w:type="dxa"/>
            <w:tcBorders>
              <w:top w:val="single" w:sz="4" w:space="0" w:color="D5DDE2"/>
              <w:left w:val="single" w:sz="18" w:space="0" w:color="auto"/>
              <w:bottom w:val="single" w:sz="4" w:space="0" w:color="D5DDE2"/>
              <w:right w:val="nil"/>
            </w:tcBorders>
            <w:shd w:val="clear" w:color="auto" w:fill="FDF6E3"/>
            <w:tcMar>
              <w:top w:w="85" w:type="dxa"/>
              <w:left w:w="90" w:type="dxa"/>
              <w:bottom w:w="85" w:type="dxa"/>
              <w:right w:w="95" w:type="dxa"/>
            </w:tcMar>
          </w:tcPr>
          <w:p w14:paraId="71201132" w14:textId="77777777" w:rsidR="005A48C4" w:rsidRDefault="00DF1350" w:rsidP="002B71ED">
            <w:pPr>
              <w:spacing w:after="0" w:line="240" w:lineRule="auto"/>
              <w:jc w:val="left"/>
            </w:pPr>
            <w:r>
              <w:rPr>
                <w:rFonts w:ascii="Lato" w:eastAsia="Lato" w:hAnsi="Lato"/>
                <w:b/>
                <w:color w:val="17375E"/>
                <w:sz w:val="14"/>
              </w:rPr>
              <w:t>ETHICS APPROVAL</w:t>
            </w:r>
          </w:p>
        </w:tc>
        <w:tc>
          <w:tcPr>
            <w:tcW w:w="7615" w:type="dxa"/>
            <w:tcBorders>
              <w:top w:val="single" w:sz="4" w:space="0" w:color="D5DDE2"/>
              <w:left w:val="nil"/>
              <w:bottom w:val="single" w:sz="4" w:space="0" w:color="D5DDE2"/>
              <w:right w:val="single" w:sz="18" w:space="0" w:color="auto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00" w:type="dxa"/>
            </w:tcMar>
          </w:tcPr>
          <w:p w14:paraId="7640A6F1" w14:textId="77777777" w:rsidR="005A48C4" w:rsidRDefault="00DF1350" w:rsidP="002B71ED">
            <w:pPr>
              <w:spacing w:after="0" w:line="240" w:lineRule="auto"/>
            </w:pPr>
            <w:r>
              <w:rPr>
                <w:sz w:val="17"/>
              </w:rPr>
              <w:t>[Provide approval body and reference, or explain why approval was not applicable.]</w:t>
            </w:r>
          </w:p>
        </w:tc>
      </w:tr>
      <w:tr w:rsidR="005A48C4" w14:paraId="0207CF90" w14:textId="77777777" w:rsidTr="002B71ED">
        <w:trPr>
          <w:cantSplit/>
          <w:jc w:val="center"/>
        </w:trPr>
        <w:tc>
          <w:tcPr>
            <w:tcW w:w="2317" w:type="dxa"/>
            <w:tcBorders>
              <w:top w:val="single" w:sz="4" w:space="0" w:color="D5DDE2"/>
              <w:left w:val="single" w:sz="18" w:space="0" w:color="auto"/>
              <w:bottom w:val="single" w:sz="4" w:space="0" w:color="D5DDE2"/>
              <w:right w:val="nil"/>
            </w:tcBorders>
            <w:shd w:val="clear" w:color="auto" w:fill="FDF6E3"/>
            <w:tcMar>
              <w:top w:w="85" w:type="dxa"/>
              <w:left w:w="90" w:type="dxa"/>
              <w:bottom w:w="85" w:type="dxa"/>
              <w:right w:w="95" w:type="dxa"/>
            </w:tcMar>
          </w:tcPr>
          <w:p w14:paraId="34071835" w14:textId="77777777" w:rsidR="005A48C4" w:rsidRDefault="00DF1350" w:rsidP="002B71ED">
            <w:pPr>
              <w:spacing w:after="0" w:line="240" w:lineRule="auto"/>
              <w:jc w:val="left"/>
            </w:pPr>
            <w:r>
              <w:rPr>
                <w:rFonts w:ascii="Lato" w:eastAsia="Lato" w:hAnsi="Lato"/>
                <w:b/>
                <w:color w:val="17375E"/>
                <w:sz w:val="14"/>
              </w:rPr>
              <w:t>INFORMED CONSENT</w:t>
            </w:r>
          </w:p>
        </w:tc>
        <w:tc>
          <w:tcPr>
            <w:tcW w:w="7615" w:type="dxa"/>
            <w:tcBorders>
              <w:top w:val="single" w:sz="4" w:space="0" w:color="D5DDE2"/>
              <w:left w:val="nil"/>
              <w:bottom w:val="single" w:sz="4" w:space="0" w:color="D5DDE2"/>
              <w:right w:val="single" w:sz="18" w:space="0" w:color="auto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00" w:type="dxa"/>
            </w:tcMar>
          </w:tcPr>
          <w:p w14:paraId="0F386859" w14:textId="77777777" w:rsidR="005A48C4" w:rsidRDefault="00DF1350" w:rsidP="002B71ED">
            <w:pPr>
              <w:spacing w:after="0" w:line="240" w:lineRule="auto"/>
            </w:pPr>
            <w:r>
              <w:rPr>
                <w:sz w:val="17"/>
              </w:rPr>
              <w:t>Not applicable.</w:t>
            </w:r>
          </w:p>
        </w:tc>
      </w:tr>
      <w:tr w:rsidR="005A48C4" w14:paraId="3AE9BD8F" w14:textId="77777777" w:rsidTr="002B71ED">
        <w:trPr>
          <w:cantSplit/>
          <w:jc w:val="center"/>
        </w:trPr>
        <w:tc>
          <w:tcPr>
            <w:tcW w:w="2317" w:type="dxa"/>
            <w:tcBorders>
              <w:top w:val="single" w:sz="4" w:space="0" w:color="D5DDE2"/>
              <w:left w:val="single" w:sz="18" w:space="0" w:color="auto"/>
              <w:bottom w:val="single" w:sz="4" w:space="0" w:color="D5DDE2"/>
              <w:right w:val="nil"/>
            </w:tcBorders>
            <w:shd w:val="clear" w:color="auto" w:fill="FDF6E3"/>
            <w:tcMar>
              <w:top w:w="85" w:type="dxa"/>
              <w:left w:w="90" w:type="dxa"/>
              <w:bottom w:w="85" w:type="dxa"/>
              <w:right w:w="95" w:type="dxa"/>
            </w:tcMar>
          </w:tcPr>
          <w:p w14:paraId="00B287C1" w14:textId="77777777" w:rsidR="005A48C4" w:rsidRDefault="00DF1350" w:rsidP="002B71ED">
            <w:pPr>
              <w:spacing w:after="0" w:line="240" w:lineRule="auto"/>
              <w:jc w:val="left"/>
            </w:pPr>
            <w:r>
              <w:rPr>
                <w:rFonts w:ascii="Lato" w:eastAsia="Lato" w:hAnsi="Lato"/>
                <w:b/>
                <w:color w:val="17375E"/>
                <w:sz w:val="14"/>
              </w:rPr>
              <w:t>DATA AVAILABILITY</w:t>
            </w:r>
          </w:p>
        </w:tc>
        <w:tc>
          <w:tcPr>
            <w:tcW w:w="7615" w:type="dxa"/>
            <w:tcBorders>
              <w:top w:val="single" w:sz="4" w:space="0" w:color="D5DDE2"/>
              <w:left w:val="nil"/>
              <w:bottom w:val="single" w:sz="4" w:space="0" w:color="D5DDE2"/>
              <w:right w:val="single" w:sz="18" w:space="0" w:color="auto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00" w:type="dxa"/>
            </w:tcMar>
          </w:tcPr>
          <w:p w14:paraId="5C0EB2AF" w14:textId="77777777" w:rsidR="005A48C4" w:rsidRDefault="00DF1350" w:rsidP="002B71ED">
            <w:pPr>
              <w:spacing w:after="0" w:line="240" w:lineRule="auto"/>
            </w:pPr>
            <w:r>
              <w:rPr>
                <w:sz w:val="17"/>
              </w:rPr>
              <w:t>[State where data may be accessed and under what conditions.]</w:t>
            </w:r>
          </w:p>
        </w:tc>
      </w:tr>
      <w:tr w:rsidR="005A48C4" w14:paraId="50B81CF0" w14:textId="77777777" w:rsidTr="002B71ED">
        <w:trPr>
          <w:cantSplit/>
          <w:jc w:val="center"/>
        </w:trPr>
        <w:tc>
          <w:tcPr>
            <w:tcW w:w="2317" w:type="dxa"/>
            <w:tcBorders>
              <w:top w:val="single" w:sz="4" w:space="0" w:color="D5DDE2"/>
              <w:left w:val="single" w:sz="18" w:space="0" w:color="auto"/>
              <w:bottom w:val="single" w:sz="4" w:space="0" w:color="D5DDE2"/>
              <w:right w:val="nil"/>
            </w:tcBorders>
            <w:shd w:val="clear" w:color="auto" w:fill="FDF6E3"/>
            <w:tcMar>
              <w:top w:w="85" w:type="dxa"/>
              <w:left w:w="90" w:type="dxa"/>
              <w:bottom w:w="85" w:type="dxa"/>
              <w:right w:w="95" w:type="dxa"/>
            </w:tcMar>
          </w:tcPr>
          <w:p w14:paraId="3419E374" w14:textId="77777777" w:rsidR="005A48C4" w:rsidRDefault="00DF1350" w:rsidP="002B71ED">
            <w:pPr>
              <w:spacing w:after="0" w:line="240" w:lineRule="auto"/>
              <w:jc w:val="left"/>
            </w:pPr>
            <w:r>
              <w:rPr>
                <w:rFonts w:ascii="Lato" w:eastAsia="Lato" w:hAnsi="Lato"/>
                <w:b/>
                <w:color w:val="17375E"/>
                <w:sz w:val="14"/>
              </w:rPr>
              <w:t>MATERIALS AND CODE AVAILABILITY</w:t>
            </w:r>
          </w:p>
        </w:tc>
        <w:tc>
          <w:tcPr>
            <w:tcW w:w="7615" w:type="dxa"/>
            <w:tcBorders>
              <w:top w:val="single" w:sz="4" w:space="0" w:color="D5DDE2"/>
              <w:left w:val="nil"/>
              <w:bottom w:val="single" w:sz="4" w:space="0" w:color="D5DDE2"/>
              <w:right w:val="single" w:sz="18" w:space="0" w:color="auto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00" w:type="dxa"/>
            </w:tcMar>
          </w:tcPr>
          <w:p w14:paraId="60379E13" w14:textId="77777777" w:rsidR="005A48C4" w:rsidRDefault="00DF1350" w:rsidP="002B71ED">
            <w:pPr>
              <w:spacing w:after="0" w:line="240" w:lineRule="auto"/>
            </w:pPr>
            <w:r>
              <w:rPr>
                <w:sz w:val="17"/>
              </w:rPr>
              <w:t>Not applicable.</w:t>
            </w:r>
          </w:p>
        </w:tc>
      </w:tr>
      <w:tr w:rsidR="005A48C4" w14:paraId="4265B2AB" w14:textId="77777777" w:rsidTr="002B71ED">
        <w:trPr>
          <w:cantSplit/>
          <w:jc w:val="center"/>
        </w:trPr>
        <w:tc>
          <w:tcPr>
            <w:tcW w:w="2317" w:type="dxa"/>
            <w:tcBorders>
              <w:top w:val="single" w:sz="4" w:space="0" w:color="D5DDE2"/>
              <w:left w:val="single" w:sz="18" w:space="0" w:color="auto"/>
              <w:bottom w:val="single" w:sz="4" w:space="0" w:color="D5DDE2"/>
              <w:right w:val="nil"/>
            </w:tcBorders>
            <w:shd w:val="clear" w:color="auto" w:fill="FDF6E3"/>
            <w:tcMar>
              <w:top w:w="85" w:type="dxa"/>
              <w:left w:w="90" w:type="dxa"/>
              <w:bottom w:w="85" w:type="dxa"/>
              <w:right w:w="95" w:type="dxa"/>
            </w:tcMar>
          </w:tcPr>
          <w:p w14:paraId="423AFB74" w14:textId="77777777" w:rsidR="005A48C4" w:rsidRDefault="00DF1350" w:rsidP="002B71ED">
            <w:pPr>
              <w:spacing w:after="0" w:line="240" w:lineRule="auto"/>
              <w:jc w:val="left"/>
            </w:pPr>
            <w:r>
              <w:rPr>
                <w:rFonts w:ascii="Lato" w:eastAsia="Lato" w:hAnsi="Lato"/>
                <w:b/>
                <w:color w:val="17375E"/>
                <w:sz w:val="14"/>
              </w:rPr>
              <w:t>USE OF GENERATIVE AI</w:t>
            </w:r>
          </w:p>
        </w:tc>
        <w:tc>
          <w:tcPr>
            <w:tcW w:w="7615" w:type="dxa"/>
            <w:tcBorders>
              <w:top w:val="single" w:sz="4" w:space="0" w:color="D5DDE2"/>
              <w:left w:val="nil"/>
              <w:bottom w:val="single" w:sz="4" w:space="0" w:color="D5DDE2"/>
              <w:right w:val="single" w:sz="18" w:space="0" w:color="auto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00" w:type="dxa"/>
            </w:tcMar>
          </w:tcPr>
          <w:p w14:paraId="6BCD69EE" w14:textId="77777777" w:rsidR="005A48C4" w:rsidRDefault="00DF1350" w:rsidP="002B71ED">
            <w:pPr>
              <w:spacing w:after="0" w:line="240" w:lineRule="auto"/>
            </w:pPr>
            <w:r>
              <w:rPr>
                <w:sz w:val="17"/>
              </w:rPr>
              <w:t>[Disclose any material use of generative AI tools, including tool, version, purpose and human verification.]</w:t>
            </w:r>
          </w:p>
        </w:tc>
      </w:tr>
      <w:tr w:rsidR="005A48C4" w14:paraId="5127DB73" w14:textId="77777777" w:rsidTr="002B71ED">
        <w:trPr>
          <w:cantSplit/>
          <w:jc w:val="center"/>
        </w:trPr>
        <w:tc>
          <w:tcPr>
            <w:tcW w:w="2317" w:type="dxa"/>
            <w:tcBorders>
              <w:top w:val="single" w:sz="4" w:space="0" w:color="D5DDE2"/>
              <w:left w:val="single" w:sz="18" w:space="0" w:color="auto"/>
              <w:bottom w:val="single" w:sz="4" w:space="0" w:color="D5DDE2"/>
              <w:right w:val="nil"/>
            </w:tcBorders>
            <w:shd w:val="clear" w:color="auto" w:fill="FDF6E3"/>
            <w:tcMar>
              <w:top w:w="85" w:type="dxa"/>
              <w:left w:w="90" w:type="dxa"/>
              <w:bottom w:w="85" w:type="dxa"/>
              <w:right w:w="95" w:type="dxa"/>
            </w:tcMar>
          </w:tcPr>
          <w:p w14:paraId="5284107A" w14:textId="77777777" w:rsidR="005A48C4" w:rsidRDefault="00DF1350" w:rsidP="002B71ED">
            <w:pPr>
              <w:spacing w:after="0" w:line="240" w:lineRule="auto"/>
              <w:jc w:val="left"/>
            </w:pPr>
            <w:r>
              <w:rPr>
                <w:rFonts w:ascii="Lato" w:eastAsia="Lato" w:hAnsi="Lato"/>
                <w:b/>
                <w:color w:val="17375E"/>
                <w:sz w:val="14"/>
              </w:rPr>
              <w:t>ACKNOWLEDGEMENTS</w:t>
            </w:r>
          </w:p>
        </w:tc>
        <w:tc>
          <w:tcPr>
            <w:tcW w:w="7615" w:type="dxa"/>
            <w:tcBorders>
              <w:top w:val="single" w:sz="4" w:space="0" w:color="D5DDE2"/>
              <w:left w:val="nil"/>
              <w:bottom w:val="single" w:sz="4" w:space="0" w:color="D5DDE2"/>
              <w:right w:val="single" w:sz="18" w:space="0" w:color="auto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00" w:type="dxa"/>
            </w:tcMar>
          </w:tcPr>
          <w:p w14:paraId="2F7907AA" w14:textId="77777777" w:rsidR="005A48C4" w:rsidRDefault="00DF1350" w:rsidP="002B71ED">
            <w:pPr>
              <w:spacing w:after="0" w:line="240" w:lineRule="auto"/>
            </w:pPr>
            <w:r>
              <w:rPr>
                <w:sz w:val="17"/>
              </w:rPr>
              <w:t>None.</w:t>
            </w:r>
          </w:p>
        </w:tc>
      </w:tr>
      <w:tr w:rsidR="005A48C4" w14:paraId="2B71F413" w14:textId="77777777" w:rsidTr="002B71ED">
        <w:trPr>
          <w:cantSplit/>
          <w:jc w:val="center"/>
        </w:trPr>
        <w:tc>
          <w:tcPr>
            <w:tcW w:w="2317" w:type="dxa"/>
            <w:tcBorders>
              <w:top w:val="single" w:sz="4" w:space="0" w:color="D5DDE2"/>
              <w:left w:val="single" w:sz="18" w:space="0" w:color="auto"/>
              <w:right w:val="nil"/>
            </w:tcBorders>
            <w:shd w:val="clear" w:color="auto" w:fill="FDF6E3"/>
            <w:tcMar>
              <w:top w:w="85" w:type="dxa"/>
              <w:left w:w="90" w:type="dxa"/>
              <w:bottom w:w="85" w:type="dxa"/>
              <w:right w:w="95" w:type="dxa"/>
            </w:tcMar>
          </w:tcPr>
          <w:p w14:paraId="011AAAB1" w14:textId="77777777" w:rsidR="005A48C4" w:rsidRDefault="00DF1350" w:rsidP="002B71ED">
            <w:pPr>
              <w:spacing w:after="0" w:line="240" w:lineRule="auto"/>
              <w:jc w:val="left"/>
            </w:pPr>
            <w:r>
              <w:rPr>
                <w:rFonts w:ascii="Lato" w:eastAsia="Lato" w:hAnsi="Lato"/>
                <w:b/>
                <w:color w:val="17375E"/>
                <w:sz w:val="14"/>
              </w:rPr>
              <w:t>SUPPLEMENTARY MATERIALS</w:t>
            </w:r>
          </w:p>
        </w:tc>
        <w:tc>
          <w:tcPr>
            <w:tcW w:w="7615" w:type="dxa"/>
            <w:tcBorders>
              <w:top w:val="single" w:sz="4" w:space="0" w:color="D5DDE2"/>
              <w:left w:val="nil"/>
              <w:right w:val="single" w:sz="18" w:space="0" w:color="auto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00" w:type="dxa"/>
            </w:tcMar>
          </w:tcPr>
          <w:p w14:paraId="7712E898" w14:textId="77777777" w:rsidR="005A48C4" w:rsidRDefault="00DF1350" w:rsidP="002B71ED">
            <w:pPr>
              <w:spacing w:after="0" w:line="240" w:lineRule="auto"/>
            </w:pPr>
            <w:r>
              <w:rPr>
                <w:sz w:val="17"/>
              </w:rPr>
              <w:t>None.</w:t>
            </w:r>
          </w:p>
        </w:tc>
      </w:tr>
      <w:tr w:rsidR="005A48C4" w14:paraId="340541DD" w14:textId="77777777" w:rsidTr="002B71ED">
        <w:trPr>
          <w:cantSplit/>
          <w:jc w:val="center"/>
        </w:trPr>
        <w:tc>
          <w:tcPr>
            <w:tcW w:w="2317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C000"/>
            <w:tcMar>
              <w:top w:w="85" w:type="dxa"/>
              <w:left w:w="90" w:type="dxa"/>
              <w:bottom w:w="85" w:type="dxa"/>
              <w:right w:w="95" w:type="dxa"/>
            </w:tcMar>
          </w:tcPr>
          <w:p w14:paraId="4DAD4EA6" w14:textId="77777777" w:rsidR="005A48C4" w:rsidRPr="002B71ED" w:rsidRDefault="00DF1350">
            <w:pPr>
              <w:jc w:val="left"/>
              <w:rPr>
                <w:color w:val="F79646" w:themeColor="accent6"/>
              </w:rPr>
            </w:pPr>
            <w:r>
              <w:rPr>
                <w:rFonts w:ascii="Lato" w:eastAsia="Lato" w:hAnsi="Lato"/>
                <w:b/>
                <w:color w:val="17375E"/>
                <w:sz w:val="14"/>
              </w:rPr>
              <w:t>PUBLISHER’S NOTE</w:t>
            </w:r>
          </w:p>
        </w:tc>
        <w:tc>
          <w:tcPr>
            <w:tcW w:w="761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85" w:type="dxa"/>
              <w:left w:w="120" w:type="dxa"/>
              <w:bottom w:w="85" w:type="dxa"/>
              <w:right w:w="100" w:type="dxa"/>
            </w:tcMar>
          </w:tcPr>
          <w:p w14:paraId="0CAF16AA" w14:textId="77777777" w:rsidR="005A48C4" w:rsidRDefault="00DF1350">
            <w:r>
              <w:rPr>
                <w:sz w:val="17"/>
              </w:rPr>
              <w:t>The publisher remains neutral with regard to jurisdictional claims in published maps and institutional affiliations.</w:t>
            </w:r>
          </w:p>
        </w:tc>
      </w:tr>
    </w:tbl>
    <w:p w14:paraId="48BC8769" w14:textId="77777777" w:rsidR="00405538" w:rsidRDefault="00405538">
      <w:pPr>
        <w:sectPr w:rsidR="00405538" w:rsidSect="002B71ED">
          <w:headerReference w:type="even" r:id="rId43"/>
          <w:headerReference w:type="default" r:id="rId44"/>
          <w:footerReference w:type="even" r:id="rId45"/>
          <w:footerReference w:type="default" r:id="rId46"/>
          <w:type w:val="continuous"/>
          <w:pgSz w:w="11906" w:h="16838"/>
          <w:pgMar w:top="964" w:right="964" w:bottom="964" w:left="964" w:header="403" w:footer="403" w:gutter="0"/>
          <w:cols w:space="720"/>
          <w:docGrid w:linePitch="360"/>
        </w:sectPr>
      </w:pPr>
    </w:p>
    <w:p w14:paraId="03A3B5F8" w14:textId="77777777" w:rsidR="005A48C4" w:rsidRDefault="00DF1350">
      <w:pPr>
        <w:pStyle w:val="Heading1"/>
      </w:pPr>
      <w:r>
        <w:lastRenderedPageBreak/>
        <w:t>References</w:t>
      </w:r>
    </w:p>
    <w:p w14:paraId="3A889102" w14:textId="77777777" w:rsidR="005A48C4" w:rsidRDefault="00DF1350">
      <w:pPr>
        <w:pStyle w:val="ReferenceEntry"/>
        <w:jc w:val="left"/>
      </w:pPr>
      <w:r>
        <w:t>[Author surname], [Initials]. ([Year]). [Title of article]. [Journal Title], [volume]([issue]), [page range]. https://doi.org/[DOI]</w:t>
      </w:r>
    </w:p>
    <w:p w14:paraId="242FD01F" w14:textId="77777777" w:rsidR="005A48C4" w:rsidRDefault="00DF1350">
      <w:pPr>
        <w:pStyle w:val="ReferenceEntry"/>
        <w:jc w:val="left"/>
      </w:pPr>
      <w:r>
        <w:t>[Author surname], [Initials]. ([Year]). [Title of book] ([Edition]). [Publisher].</w:t>
      </w:r>
    </w:p>
    <w:p w14:paraId="594FF94C" w14:textId="77777777" w:rsidR="005A48C4" w:rsidRDefault="00DF1350">
      <w:pPr>
        <w:pStyle w:val="ReferenceEntry"/>
        <w:jc w:val="left"/>
      </w:pPr>
      <w:r>
        <w:t>[Organisation]. ([Year]). [Title of report]. [URL]</w:t>
      </w:r>
    </w:p>
    <w:p w14:paraId="6C1BAFC0" w14:textId="77777777" w:rsidR="005A48C4" w:rsidRDefault="00DF1350">
      <w:pPr>
        <w:pStyle w:val="ReferenceEntry"/>
        <w:jc w:val="left"/>
      </w:pPr>
      <w:r>
        <w:t>[Author surname], [Initials]. ([Year]). [Title of dataset] [Data set]. [Repository]. [DOI/URL]</w:t>
      </w:r>
    </w:p>
    <w:p w14:paraId="7D323C1A" w14:textId="77777777" w:rsidR="005A48C4" w:rsidRDefault="00DF1350">
      <w:pPr>
        <w:pStyle w:val="Heading1"/>
      </w:pPr>
      <w:r>
        <w:t>Appendix A</w:t>
      </w:r>
    </w:p>
    <w:p w14:paraId="0B38AC42" w14:textId="77777777" w:rsidR="005A48C4" w:rsidRDefault="00DF1350">
      <w:pPr>
        <w:pStyle w:val="NormalBody"/>
      </w:pPr>
      <w:r>
        <w:rPr>
          <w:sz w:val="20"/>
        </w:rPr>
        <w:t>[Optional supplementary instrument, coding framework, extended table or reproducibility information.]</w:t>
      </w:r>
    </w:p>
    <w:sectPr w:rsidR="005A48C4" w:rsidSect="002B71ED">
      <w:headerReference w:type="even" r:id="rId47"/>
      <w:headerReference w:type="default" r:id="rId48"/>
      <w:footerReference w:type="even" r:id="rId49"/>
      <w:footerReference w:type="default" r:id="rId50"/>
      <w:pgSz w:w="11906" w:h="16838"/>
      <w:pgMar w:top="964" w:right="964" w:bottom="964" w:left="964" w:header="403" w:footer="403" w:gutter="0"/>
      <w:cols w:num="2" w:space="3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519B3F" w14:textId="77777777" w:rsidR="00DF1350" w:rsidRDefault="00DF1350">
      <w:pPr>
        <w:spacing w:after="0" w:line="240" w:lineRule="auto"/>
      </w:pPr>
      <w:r>
        <w:separator/>
      </w:r>
    </w:p>
  </w:endnote>
  <w:endnote w:type="continuationSeparator" w:id="0">
    <w:p w14:paraId="2A300F3D" w14:textId="77777777" w:rsidR="00DF1350" w:rsidRDefault="00DF1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erif">
    <w:altName w:val="Noto Serif"/>
    <w:charset w:val="00"/>
    <w:family w:val="roman"/>
    <w:pitch w:val="variable"/>
    <w:sig w:usb0="E00002FF" w:usb1="500078FF" w:usb2="00000029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CF94C" w14:textId="77777777" w:rsidR="005A48C4" w:rsidRDefault="005A48C4">
    <w:pPr>
      <w:pStyle w:val="Foot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950"/>
      <w:gridCol w:w="2097"/>
      <w:gridCol w:w="3931"/>
    </w:tblGrid>
    <w:tr w:rsidR="005A48C4" w14:paraId="6CA6FB8F" w14:textId="77777777">
      <w:trPr>
        <w:jc w:val="center"/>
      </w:trPr>
      <w:tc>
        <w:tcPr>
          <w:tcW w:w="4320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4F9494B4" w14:textId="77777777" w:rsidR="005A48C4" w:rsidRDefault="00DF1350">
          <w:pPr>
            <w:pStyle w:val="RunningFooter"/>
          </w:pPr>
          <w:r>
            <w:rPr>
              <w:color w:val="5B6670"/>
              <w:sz w:val="14"/>
            </w:rPr>
            <w:t>DOI: [assigned after acceptance]</w:t>
          </w:r>
        </w:p>
      </w:tc>
      <w:tc>
        <w:tcPr>
          <w:tcW w:w="2304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12198ACC" w14:textId="77777777" w:rsidR="005A48C4" w:rsidRDefault="00DF1350">
          <w:pPr>
            <w:pStyle w:val="RunningFooter"/>
            <w:jc w:val="center"/>
          </w:pPr>
          <w:r>
            <w:rPr>
              <w:color w:val="5B6670"/>
              <w:sz w:val="14"/>
            </w:rPr>
            <w:t xml:space="preserve">Page </w:t>
          </w:r>
          <w:r>
            <w:rPr>
              <w:b/>
              <w:color w:val="5B6670"/>
              <w:sz w:val="14"/>
            </w:rPr>
            <w:fldChar w:fldCharType="begin"/>
          </w:r>
          <w:r>
            <w:rPr>
              <w:b/>
              <w:color w:val="5B6670"/>
              <w:sz w:val="14"/>
            </w:rPr>
            <w:instrText>PAGE</w:instrText>
          </w:r>
          <w:r>
            <w:rPr>
              <w:b/>
              <w:color w:val="5B6670"/>
              <w:sz w:val="14"/>
            </w:rPr>
            <w:fldChar w:fldCharType="separate"/>
          </w:r>
          <w:r>
            <w:rPr>
              <w:b/>
              <w:color w:val="5B6670"/>
              <w:sz w:val="14"/>
            </w:rPr>
            <w:t>1</w:t>
          </w:r>
          <w:r>
            <w:rPr>
              <w:b/>
              <w:color w:val="5B6670"/>
              <w:sz w:val="14"/>
            </w:rPr>
            <w:fldChar w:fldCharType="end"/>
          </w:r>
        </w:p>
      </w:tc>
      <w:tc>
        <w:tcPr>
          <w:tcW w:w="4320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78EE6509" w14:textId="77777777" w:rsidR="005A48C4" w:rsidRDefault="00DF1350">
          <w:pPr>
            <w:pStyle w:val="RunningFooter"/>
            <w:jc w:val="right"/>
          </w:pPr>
          <w:r>
            <w:rPr>
              <w:color w:val="5B6670"/>
              <w:sz w:val="14"/>
            </w:rPr>
            <w:t>Open Christian Press | CC BY-NC 4.0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1CAB5" w14:textId="77777777" w:rsidR="005A48C4" w:rsidRDefault="005A48C4">
    <w:pPr>
      <w:pStyle w:val="Foot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950"/>
      <w:gridCol w:w="2097"/>
      <w:gridCol w:w="3931"/>
    </w:tblGrid>
    <w:tr w:rsidR="005A48C4" w14:paraId="138EAA7A" w14:textId="77777777">
      <w:trPr>
        <w:jc w:val="center"/>
      </w:trPr>
      <w:tc>
        <w:tcPr>
          <w:tcW w:w="4320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330A7F7C" w14:textId="77777777" w:rsidR="005A48C4" w:rsidRDefault="00DF1350">
          <w:pPr>
            <w:pStyle w:val="RunningFooter"/>
          </w:pPr>
          <w:r>
            <w:rPr>
              <w:color w:val="5B6670"/>
              <w:sz w:val="14"/>
            </w:rPr>
            <w:t>DOI: [assigned after acceptance]</w:t>
          </w:r>
        </w:p>
      </w:tc>
      <w:tc>
        <w:tcPr>
          <w:tcW w:w="2304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34C98A18" w14:textId="77777777" w:rsidR="005A48C4" w:rsidRDefault="00DF1350">
          <w:pPr>
            <w:pStyle w:val="RunningFooter"/>
            <w:jc w:val="center"/>
          </w:pPr>
          <w:r>
            <w:rPr>
              <w:color w:val="5B6670"/>
              <w:sz w:val="14"/>
            </w:rPr>
            <w:t xml:space="preserve">Page </w:t>
          </w:r>
          <w:r>
            <w:rPr>
              <w:b/>
              <w:color w:val="5B6670"/>
              <w:sz w:val="14"/>
            </w:rPr>
            <w:fldChar w:fldCharType="begin"/>
          </w:r>
          <w:r>
            <w:rPr>
              <w:b/>
              <w:color w:val="5B6670"/>
              <w:sz w:val="14"/>
            </w:rPr>
            <w:instrText>PAGE</w:instrText>
          </w:r>
          <w:r>
            <w:rPr>
              <w:b/>
              <w:color w:val="5B6670"/>
              <w:sz w:val="14"/>
            </w:rPr>
            <w:fldChar w:fldCharType="separate"/>
          </w:r>
          <w:r>
            <w:rPr>
              <w:b/>
              <w:color w:val="5B6670"/>
              <w:sz w:val="14"/>
            </w:rPr>
            <w:t>1</w:t>
          </w:r>
          <w:r>
            <w:rPr>
              <w:b/>
              <w:color w:val="5B6670"/>
              <w:sz w:val="14"/>
            </w:rPr>
            <w:fldChar w:fldCharType="end"/>
          </w:r>
        </w:p>
      </w:tc>
      <w:tc>
        <w:tcPr>
          <w:tcW w:w="4320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32C39096" w14:textId="77777777" w:rsidR="005A48C4" w:rsidRDefault="00DF1350">
          <w:pPr>
            <w:pStyle w:val="RunningFooter"/>
            <w:jc w:val="right"/>
          </w:pPr>
          <w:r>
            <w:rPr>
              <w:color w:val="5B6670"/>
              <w:sz w:val="14"/>
            </w:rPr>
            <w:t>Open Christian Press | CC BY</w:t>
          </w:r>
          <w:r w:rsidR="002B71ED">
            <w:rPr>
              <w:color w:val="5B6670"/>
              <w:sz w:val="14"/>
            </w:rPr>
            <w:t xml:space="preserve"> </w:t>
          </w:r>
          <w:r>
            <w:rPr>
              <w:color w:val="5B6670"/>
              <w:sz w:val="14"/>
            </w:rPr>
            <w:t>4.0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0EFD0" w14:textId="77777777" w:rsidR="005A48C4" w:rsidRDefault="005A48C4">
    <w:pPr>
      <w:pStyle w:val="Foot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950"/>
      <w:gridCol w:w="2097"/>
      <w:gridCol w:w="3931"/>
    </w:tblGrid>
    <w:tr w:rsidR="005A48C4" w14:paraId="7A8585F1" w14:textId="77777777">
      <w:trPr>
        <w:jc w:val="center"/>
      </w:trPr>
      <w:tc>
        <w:tcPr>
          <w:tcW w:w="4320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635CC9B7" w14:textId="77777777" w:rsidR="005A48C4" w:rsidRDefault="00DF1350">
          <w:pPr>
            <w:pStyle w:val="RunningFooter"/>
          </w:pPr>
          <w:r>
            <w:rPr>
              <w:color w:val="5B6670"/>
              <w:sz w:val="14"/>
            </w:rPr>
            <w:t>DOI: [assigned after acceptance]</w:t>
          </w:r>
        </w:p>
      </w:tc>
      <w:tc>
        <w:tcPr>
          <w:tcW w:w="2304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79B3526F" w14:textId="77777777" w:rsidR="005A48C4" w:rsidRDefault="00DF1350">
          <w:pPr>
            <w:pStyle w:val="RunningFooter"/>
            <w:jc w:val="center"/>
          </w:pPr>
          <w:r>
            <w:rPr>
              <w:color w:val="5B6670"/>
              <w:sz w:val="14"/>
            </w:rPr>
            <w:t xml:space="preserve">Page </w:t>
          </w:r>
          <w:r>
            <w:rPr>
              <w:b/>
              <w:color w:val="5B6670"/>
              <w:sz w:val="14"/>
            </w:rPr>
            <w:fldChar w:fldCharType="begin"/>
          </w:r>
          <w:r>
            <w:rPr>
              <w:b/>
              <w:color w:val="5B6670"/>
              <w:sz w:val="14"/>
            </w:rPr>
            <w:instrText>PAGE</w:instrText>
          </w:r>
          <w:r>
            <w:rPr>
              <w:b/>
              <w:color w:val="5B6670"/>
              <w:sz w:val="14"/>
            </w:rPr>
            <w:fldChar w:fldCharType="separate"/>
          </w:r>
          <w:r>
            <w:rPr>
              <w:b/>
              <w:color w:val="5B6670"/>
              <w:sz w:val="14"/>
            </w:rPr>
            <w:t>1</w:t>
          </w:r>
          <w:r>
            <w:rPr>
              <w:b/>
              <w:color w:val="5B6670"/>
              <w:sz w:val="14"/>
            </w:rPr>
            <w:fldChar w:fldCharType="end"/>
          </w:r>
        </w:p>
      </w:tc>
      <w:tc>
        <w:tcPr>
          <w:tcW w:w="4320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6F6E6E2C" w14:textId="77777777" w:rsidR="005A48C4" w:rsidRDefault="00DF1350">
          <w:pPr>
            <w:pStyle w:val="RunningFooter"/>
            <w:jc w:val="right"/>
          </w:pPr>
          <w:r>
            <w:rPr>
              <w:color w:val="5B6670"/>
              <w:sz w:val="14"/>
            </w:rPr>
            <w:t>Open Christian Press | CC BY-NC 4.0</w:t>
          </w: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C0089" w14:textId="77777777" w:rsidR="005A48C4" w:rsidRDefault="005A48C4">
    <w:pPr>
      <w:pStyle w:val="Foot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950"/>
      <w:gridCol w:w="2097"/>
      <w:gridCol w:w="3931"/>
    </w:tblGrid>
    <w:tr w:rsidR="005A48C4" w14:paraId="34BDC46C" w14:textId="77777777">
      <w:trPr>
        <w:jc w:val="center"/>
      </w:trPr>
      <w:tc>
        <w:tcPr>
          <w:tcW w:w="4320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06ED5613" w14:textId="77777777" w:rsidR="005A48C4" w:rsidRDefault="00DF1350">
          <w:pPr>
            <w:pStyle w:val="RunningFooter"/>
          </w:pPr>
          <w:r>
            <w:rPr>
              <w:color w:val="5B6670"/>
              <w:sz w:val="14"/>
            </w:rPr>
            <w:t>DOI: [assigned after acceptance]</w:t>
          </w:r>
        </w:p>
      </w:tc>
      <w:tc>
        <w:tcPr>
          <w:tcW w:w="2304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5A0BC342" w14:textId="77777777" w:rsidR="005A48C4" w:rsidRDefault="00DF1350">
          <w:pPr>
            <w:pStyle w:val="RunningFooter"/>
            <w:jc w:val="center"/>
          </w:pPr>
          <w:r>
            <w:rPr>
              <w:color w:val="5B6670"/>
              <w:sz w:val="14"/>
            </w:rPr>
            <w:t xml:space="preserve">Page </w:t>
          </w:r>
          <w:r>
            <w:rPr>
              <w:b/>
              <w:color w:val="5B6670"/>
              <w:sz w:val="14"/>
            </w:rPr>
            <w:fldChar w:fldCharType="begin"/>
          </w:r>
          <w:r>
            <w:rPr>
              <w:b/>
              <w:color w:val="5B6670"/>
              <w:sz w:val="14"/>
            </w:rPr>
            <w:instrText>PAGE</w:instrText>
          </w:r>
          <w:r>
            <w:rPr>
              <w:b/>
              <w:color w:val="5B6670"/>
              <w:sz w:val="14"/>
            </w:rPr>
            <w:fldChar w:fldCharType="separate"/>
          </w:r>
          <w:r>
            <w:rPr>
              <w:b/>
              <w:color w:val="5B6670"/>
              <w:sz w:val="14"/>
            </w:rPr>
            <w:t>1</w:t>
          </w:r>
          <w:r>
            <w:rPr>
              <w:b/>
              <w:color w:val="5B6670"/>
              <w:sz w:val="14"/>
            </w:rPr>
            <w:fldChar w:fldCharType="end"/>
          </w:r>
        </w:p>
      </w:tc>
      <w:tc>
        <w:tcPr>
          <w:tcW w:w="4320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104EA933" w14:textId="77777777" w:rsidR="005A48C4" w:rsidRDefault="00DF1350">
          <w:pPr>
            <w:pStyle w:val="RunningFooter"/>
            <w:jc w:val="right"/>
          </w:pPr>
          <w:r>
            <w:rPr>
              <w:color w:val="5B6670"/>
              <w:sz w:val="14"/>
            </w:rPr>
            <w:t>Open Christian Press | CC BY</w:t>
          </w:r>
          <w:r w:rsidR="002B71ED">
            <w:rPr>
              <w:color w:val="5B6670"/>
              <w:sz w:val="14"/>
            </w:rPr>
            <w:t xml:space="preserve"> </w:t>
          </w:r>
          <w:r>
            <w:rPr>
              <w:color w:val="5B6670"/>
              <w:sz w:val="14"/>
            </w:rPr>
            <w:t>4.0</w:t>
          </w: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9746F" w14:textId="77777777" w:rsidR="005A48C4" w:rsidRDefault="005A48C4">
    <w:pPr>
      <w:pStyle w:val="Foot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950"/>
      <w:gridCol w:w="2097"/>
      <w:gridCol w:w="3931"/>
    </w:tblGrid>
    <w:tr w:rsidR="005A48C4" w14:paraId="5CA6347E" w14:textId="77777777">
      <w:trPr>
        <w:jc w:val="center"/>
      </w:trPr>
      <w:tc>
        <w:tcPr>
          <w:tcW w:w="4320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7D949751" w14:textId="77777777" w:rsidR="005A48C4" w:rsidRDefault="00DF1350">
          <w:pPr>
            <w:pStyle w:val="RunningFooter"/>
          </w:pPr>
          <w:r>
            <w:rPr>
              <w:color w:val="5B6670"/>
              <w:sz w:val="14"/>
            </w:rPr>
            <w:t>DOI: [assigned after acceptance]</w:t>
          </w:r>
        </w:p>
      </w:tc>
      <w:tc>
        <w:tcPr>
          <w:tcW w:w="2304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487E0C31" w14:textId="77777777" w:rsidR="005A48C4" w:rsidRDefault="00DF1350">
          <w:pPr>
            <w:pStyle w:val="RunningFooter"/>
            <w:jc w:val="center"/>
          </w:pPr>
          <w:r>
            <w:rPr>
              <w:color w:val="5B6670"/>
              <w:sz w:val="14"/>
            </w:rPr>
            <w:t xml:space="preserve">Page </w:t>
          </w:r>
          <w:r>
            <w:rPr>
              <w:b/>
              <w:color w:val="5B6670"/>
              <w:sz w:val="14"/>
            </w:rPr>
            <w:fldChar w:fldCharType="begin"/>
          </w:r>
          <w:r>
            <w:rPr>
              <w:b/>
              <w:color w:val="5B6670"/>
              <w:sz w:val="14"/>
            </w:rPr>
            <w:instrText>PAGE</w:instrText>
          </w:r>
          <w:r>
            <w:rPr>
              <w:b/>
              <w:color w:val="5B6670"/>
              <w:sz w:val="14"/>
            </w:rPr>
            <w:fldChar w:fldCharType="separate"/>
          </w:r>
          <w:r>
            <w:rPr>
              <w:b/>
              <w:color w:val="5B6670"/>
              <w:sz w:val="14"/>
            </w:rPr>
            <w:t>1</w:t>
          </w:r>
          <w:r>
            <w:rPr>
              <w:b/>
              <w:color w:val="5B6670"/>
              <w:sz w:val="14"/>
            </w:rPr>
            <w:fldChar w:fldCharType="end"/>
          </w:r>
        </w:p>
      </w:tc>
      <w:tc>
        <w:tcPr>
          <w:tcW w:w="4320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26A680C1" w14:textId="77777777" w:rsidR="005A48C4" w:rsidRDefault="00DF1350">
          <w:pPr>
            <w:pStyle w:val="RunningFooter"/>
            <w:jc w:val="right"/>
          </w:pPr>
          <w:r>
            <w:rPr>
              <w:color w:val="5B6670"/>
              <w:sz w:val="14"/>
            </w:rPr>
            <w:t>Open Christian Press | CC BY-NC 4.0</w:t>
          </w: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C3CED" w14:textId="77777777" w:rsidR="005A48C4" w:rsidRDefault="005A48C4">
    <w:pPr>
      <w:pStyle w:val="Foot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950"/>
      <w:gridCol w:w="2097"/>
      <w:gridCol w:w="3931"/>
    </w:tblGrid>
    <w:tr w:rsidR="005A48C4" w14:paraId="010DA2FB" w14:textId="77777777">
      <w:trPr>
        <w:jc w:val="center"/>
      </w:trPr>
      <w:tc>
        <w:tcPr>
          <w:tcW w:w="4320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23BA3A20" w14:textId="77777777" w:rsidR="005A48C4" w:rsidRDefault="00DF1350">
          <w:pPr>
            <w:pStyle w:val="RunningFooter"/>
          </w:pPr>
          <w:r>
            <w:rPr>
              <w:color w:val="5B6670"/>
              <w:sz w:val="14"/>
            </w:rPr>
            <w:t>DOI: [assigned after acceptance]</w:t>
          </w:r>
        </w:p>
      </w:tc>
      <w:tc>
        <w:tcPr>
          <w:tcW w:w="2304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3A549200" w14:textId="77777777" w:rsidR="005A48C4" w:rsidRDefault="00DF1350">
          <w:pPr>
            <w:pStyle w:val="RunningFooter"/>
            <w:jc w:val="center"/>
          </w:pPr>
          <w:r>
            <w:rPr>
              <w:color w:val="5B6670"/>
              <w:sz w:val="14"/>
            </w:rPr>
            <w:t xml:space="preserve">Page </w:t>
          </w:r>
          <w:r>
            <w:rPr>
              <w:b/>
              <w:color w:val="5B6670"/>
              <w:sz w:val="14"/>
            </w:rPr>
            <w:fldChar w:fldCharType="begin"/>
          </w:r>
          <w:r>
            <w:rPr>
              <w:b/>
              <w:color w:val="5B6670"/>
              <w:sz w:val="14"/>
            </w:rPr>
            <w:instrText>PAGE</w:instrText>
          </w:r>
          <w:r>
            <w:rPr>
              <w:b/>
              <w:color w:val="5B6670"/>
              <w:sz w:val="14"/>
            </w:rPr>
            <w:fldChar w:fldCharType="separate"/>
          </w:r>
          <w:r>
            <w:rPr>
              <w:b/>
              <w:color w:val="5B6670"/>
              <w:sz w:val="14"/>
            </w:rPr>
            <w:t>1</w:t>
          </w:r>
          <w:r>
            <w:rPr>
              <w:b/>
              <w:color w:val="5B6670"/>
              <w:sz w:val="14"/>
            </w:rPr>
            <w:fldChar w:fldCharType="end"/>
          </w:r>
        </w:p>
      </w:tc>
      <w:tc>
        <w:tcPr>
          <w:tcW w:w="4320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5971E290" w14:textId="77777777" w:rsidR="005A48C4" w:rsidRDefault="00DF1350">
          <w:pPr>
            <w:pStyle w:val="RunningFooter"/>
            <w:jc w:val="right"/>
          </w:pPr>
          <w:r>
            <w:rPr>
              <w:color w:val="5B6670"/>
              <w:sz w:val="14"/>
            </w:rPr>
            <w:t>Open Christian Press | CC BY</w:t>
          </w:r>
          <w:r w:rsidR="002B71ED">
            <w:rPr>
              <w:color w:val="5B6670"/>
              <w:sz w:val="14"/>
            </w:rPr>
            <w:t xml:space="preserve"> </w:t>
          </w:r>
          <w:r>
            <w:rPr>
              <w:color w:val="5B6670"/>
              <w:sz w:val="14"/>
            </w:rPr>
            <w:t>4.0</w:t>
          </w:r>
        </w:p>
      </w:tc>
    </w:tr>
  </w:tbl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AC5BC" w14:textId="77777777" w:rsidR="005A48C4" w:rsidRDefault="005A48C4">
    <w:pPr>
      <w:pStyle w:val="Foot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950"/>
      <w:gridCol w:w="2097"/>
      <w:gridCol w:w="3931"/>
    </w:tblGrid>
    <w:tr w:rsidR="005A48C4" w14:paraId="3D87E938" w14:textId="77777777">
      <w:trPr>
        <w:jc w:val="center"/>
      </w:trPr>
      <w:tc>
        <w:tcPr>
          <w:tcW w:w="4320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23707A4A" w14:textId="77777777" w:rsidR="005A48C4" w:rsidRDefault="00DF1350">
          <w:pPr>
            <w:pStyle w:val="RunningFooter"/>
          </w:pPr>
          <w:r>
            <w:rPr>
              <w:color w:val="5B6670"/>
              <w:sz w:val="14"/>
            </w:rPr>
            <w:t>DOI: [assigned after acceptance]</w:t>
          </w:r>
        </w:p>
      </w:tc>
      <w:tc>
        <w:tcPr>
          <w:tcW w:w="2304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2D103D2E" w14:textId="77777777" w:rsidR="005A48C4" w:rsidRDefault="00DF1350">
          <w:pPr>
            <w:pStyle w:val="RunningFooter"/>
            <w:jc w:val="center"/>
          </w:pPr>
          <w:r>
            <w:rPr>
              <w:color w:val="5B6670"/>
              <w:sz w:val="14"/>
            </w:rPr>
            <w:t xml:space="preserve">Page </w:t>
          </w:r>
          <w:r>
            <w:rPr>
              <w:b/>
              <w:color w:val="5B6670"/>
              <w:sz w:val="14"/>
            </w:rPr>
            <w:fldChar w:fldCharType="begin"/>
          </w:r>
          <w:r>
            <w:rPr>
              <w:b/>
              <w:color w:val="5B6670"/>
              <w:sz w:val="14"/>
            </w:rPr>
            <w:instrText>PAGE</w:instrText>
          </w:r>
          <w:r>
            <w:rPr>
              <w:b/>
              <w:color w:val="5B6670"/>
              <w:sz w:val="14"/>
            </w:rPr>
            <w:fldChar w:fldCharType="separate"/>
          </w:r>
          <w:r>
            <w:rPr>
              <w:b/>
              <w:color w:val="5B6670"/>
              <w:sz w:val="14"/>
            </w:rPr>
            <w:t>1</w:t>
          </w:r>
          <w:r>
            <w:rPr>
              <w:b/>
              <w:color w:val="5B6670"/>
              <w:sz w:val="14"/>
            </w:rPr>
            <w:fldChar w:fldCharType="end"/>
          </w:r>
        </w:p>
      </w:tc>
      <w:tc>
        <w:tcPr>
          <w:tcW w:w="4320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6307CE72" w14:textId="77777777" w:rsidR="005A48C4" w:rsidRDefault="00DF1350">
          <w:pPr>
            <w:pStyle w:val="RunningFooter"/>
            <w:jc w:val="right"/>
          </w:pPr>
          <w:r>
            <w:rPr>
              <w:color w:val="5B6670"/>
              <w:sz w:val="14"/>
            </w:rPr>
            <w:t>Open Christian Press | CC BY-NC 4.0</w:t>
          </w:r>
        </w:p>
      </w:tc>
    </w:tr>
  </w:tbl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4F56E" w14:textId="77777777" w:rsidR="005A48C4" w:rsidRDefault="005A48C4">
    <w:pPr>
      <w:pStyle w:val="Foot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950"/>
      <w:gridCol w:w="2097"/>
      <w:gridCol w:w="3931"/>
    </w:tblGrid>
    <w:tr w:rsidR="005A48C4" w14:paraId="0C0A459B" w14:textId="77777777">
      <w:trPr>
        <w:jc w:val="center"/>
      </w:trPr>
      <w:tc>
        <w:tcPr>
          <w:tcW w:w="4320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6B983F32" w14:textId="77777777" w:rsidR="005A48C4" w:rsidRDefault="00DF1350">
          <w:pPr>
            <w:pStyle w:val="RunningFooter"/>
          </w:pPr>
          <w:r>
            <w:rPr>
              <w:color w:val="5B6670"/>
              <w:sz w:val="14"/>
            </w:rPr>
            <w:t>DOI: [assigned after acceptance]</w:t>
          </w:r>
        </w:p>
      </w:tc>
      <w:tc>
        <w:tcPr>
          <w:tcW w:w="2304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4ABD50E2" w14:textId="77777777" w:rsidR="005A48C4" w:rsidRDefault="00DF1350">
          <w:pPr>
            <w:pStyle w:val="RunningFooter"/>
            <w:jc w:val="center"/>
          </w:pPr>
          <w:r>
            <w:rPr>
              <w:color w:val="5B6670"/>
              <w:sz w:val="14"/>
            </w:rPr>
            <w:t xml:space="preserve">Page </w:t>
          </w:r>
          <w:r>
            <w:rPr>
              <w:b/>
              <w:color w:val="5B6670"/>
              <w:sz w:val="14"/>
            </w:rPr>
            <w:fldChar w:fldCharType="begin"/>
          </w:r>
          <w:r>
            <w:rPr>
              <w:b/>
              <w:color w:val="5B6670"/>
              <w:sz w:val="14"/>
            </w:rPr>
            <w:instrText>PAGE</w:instrText>
          </w:r>
          <w:r>
            <w:rPr>
              <w:b/>
              <w:color w:val="5B6670"/>
              <w:sz w:val="14"/>
            </w:rPr>
            <w:fldChar w:fldCharType="separate"/>
          </w:r>
          <w:r>
            <w:rPr>
              <w:b/>
              <w:color w:val="5B6670"/>
              <w:sz w:val="14"/>
            </w:rPr>
            <w:t>1</w:t>
          </w:r>
          <w:r>
            <w:rPr>
              <w:b/>
              <w:color w:val="5B6670"/>
              <w:sz w:val="14"/>
            </w:rPr>
            <w:fldChar w:fldCharType="end"/>
          </w:r>
        </w:p>
      </w:tc>
      <w:tc>
        <w:tcPr>
          <w:tcW w:w="4320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5BD4C158" w14:textId="77777777" w:rsidR="005A48C4" w:rsidRDefault="00DF1350">
          <w:pPr>
            <w:pStyle w:val="RunningFooter"/>
            <w:jc w:val="right"/>
          </w:pPr>
          <w:r>
            <w:rPr>
              <w:color w:val="5B6670"/>
              <w:sz w:val="14"/>
            </w:rPr>
            <w:t>Open Christian Press | CC BY</w:t>
          </w:r>
          <w:r w:rsidR="002B71ED">
            <w:rPr>
              <w:color w:val="5B6670"/>
              <w:sz w:val="14"/>
            </w:rPr>
            <w:t xml:space="preserve"> </w:t>
          </w:r>
          <w:r>
            <w:rPr>
              <w:color w:val="5B6670"/>
              <w:sz w:val="14"/>
            </w:rPr>
            <w:t>4.0</w:t>
          </w:r>
        </w:p>
      </w:tc>
    </w:tr>
  </w:tbl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94F19" w14:textId="77777777" w:rsidR="005A48C4" w:rsidRDefault="005A48C4">
    <w:pPr>
      <w:pStyle w:val="Foot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950"/>
      <w:gridCol w:w="2097"/>
      <w:gridCol w:w="3931"/>
    </w:tblGrid>
    <w:tr w:rsidR="005A48C4" w14:paraId="02B7D064" w14:textId="77777777">
      <w:trPr>
        <w:jc w:val="center"/>
      </w:trPr>
      <w:tc>
        <w:tcPr>
          <w:tcW w:w="4320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7B7C31D8" w14:textId="77777777" w:rsidR="005A48C4" w:rsidRDefault="00DF1350">
          <w:pPr>
            <w:pStyle w:val="RunningFooter"/>
          </w:pPr>
          <w:r>
            <w:rPr>
              <w:color w:val="5B6670"/>
              <w:sz w:val="14"/>
            </w:rPr>
            <w:t>DOI: [assigned after acceptance]</w:t>
          </w:r>
        </w:p>
      </w:tc>
      <w:tc>
        <w:tcPr>
          <w:tcW w:w="2304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66911B69" w14:textId="77777777" w:rsidR="005A48C4" w:rsidRDefault="00DF1350">
          <w:pPr>
            <w:pStyle w:val="RunningFooter"/>
            <w:jc w:val="center"/>
          </w:pPr>
          <w:r>
            <w:rPr>
              <w:color w:val="5B6670"/>
              <w:sz w:val="14"/>
            </w:rPr>
            <w:t xml:space="preserve">Page </w:t>
          </w:r>
          <w:r>
            <w:rPr>
              <w:b/>
              <w:color w:val="5B6670"/>
              <w:sz w:val="14"/>
            </w:rPr>
            <w:fldChar w:fldCharType="begin"/>
          </w:r>
          <w:r>
            <w:rPr>
              <w:b/>
              <w:color w:val="5B6670"/>
              <w:sz w:val="14"/>
            </w:rPr>
            <w:instrText>PAGE</w:instrText>
          </w:r>
          <w:r>
            <w:rPr>
              <w:b/>
              <w:color w:val="5B6670"/>
              <w:sz w:val="14"/>
            </w:rPr>
            <w:fldChar w:fldCharType="separate"/>
          </w:r>
          <w:r>
            <w:rPr>
              <w:b/>
              <w:color w:val="5B6670"/>
              <w:sz w:val="14"/>
            </w:rPr>
            <w:t>1</w:t>
          </w:r>
          <w:r>
            <w:rPr>
              <w:b/>
              <w:color w:val="5B6670"/>
              <w:sz w:val="14"/>
            </w:rPr>
            <w:fldChar w:fldCharType="end"/>
          </w:r>
        </w:p>
      </w:tc>
      <w:tc>
        <w:tcPr>
          <w:tcW w:w="4320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67D5735E" w14:textId="77777777" w:rsidR="005A48C4" w:rsidRDefault="00DF1350">
          <w:pPr>
            <w:pStyle w:val="RunningFooter"/>
            <w:jc w:val="right"/>
          </w:pPr>
          <w:r>
            <w:rPr>
              <w:color w:val="5B6670"/>
              <w:sz w:val="14"/>
            </w:rPr>
            <w:t>Open Christian Press | CC BY-NC 4.0</w:t>
          </w:r>
        </w:p>
      </w:tc>
    </w:tr>
  </w:tbl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D3B75" w14:textId="77777777" w:rsidR="005A48C4" w:rsidRDefault="005A48C4">
    <w:pPr>
      <w:pStyle w:val="Foot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950"/>
      <w:gridCol w:w="2097"/>
      <w:gridCol w:w="3931"/>
    </w:tblGrid>
    <w:tr w:rsidR="005A48C4" w14:paraId="52E3F96F" w14:textId="77777777">
      <w:trPr>
        <w:jc w:val="center"/>
      </w:trPr>
      <w:tc>
        <w:tcPr>
          <w:tcW w:w="4320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774EC247" w14:textId="77777777" w:rsidR="005A48C4" w:rsidRDefault="00DF1350">
          <w:pPr>
            <w:pStyle w:val="RunningFooter"/>
          </w:pPr>
          <w:r>
            <w:rPr>
              <w:color w:val="5B6670"/>
              <w:sz w:val="14"/>
            </w:rPr>
            <w:t>DOI: [assigned after acceptance]</w:t>
          </w:r>
        </w:p>
      </w:tc>
      <w:tc>
        <w:tcPr>
          <w:tcW w:w="2304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238028A3" w14:textId="77777777" w:rsidR="005A48C4" w:rsidRDefault="00DF1350">
          <w:pPr>
            <w:pStyle w:val="RunningFooter"/>
            <w:jc w:val="center"/>
          </w:pPr>
          <w:r>
            <w:rPr>
              <w:color w:val="5B6670"/>
              <w:sz w:val="14"/>
            </w:rPr>
            <w:t xml:space="preserve">Page </w:t>
          </w:r>
          <w:r>
            <w:rPr>
              <w:b/>
              <w:color w:val="5B6670"/>
              <w:sz w:val="14"/>
            </w:rPr>
            <w:fldChar w:fldCharType="begin"/>
          </w:r>
          <w:r>
            <w:rPr>
              <w:b/>
              <w:color w:val="5B6670"/>
              <w:sz w:val="14"/>
            </w:rPr>
            <w:instrText>PAGE</w:instrText>
          </w:r>
          <w:r>
            <w:rPr>
              <w:b/>
              <w:color w:val="5B6670"/>
              <w:sz w:val="14"/>
            </w:rPr>
            <w:fldChar w:fldCharType="separate"/>
          </w:r>
          <w:r>
            <w:rPr>
              <w:b/>
              <w:color w:val="5B6670"/>
              <w:sz w:val="14"/>
            </w:rPr>
            <w:t>1</w:t>
          </w:r>
          <w:r>
            <w:rPr>
              <w:b/>
              <w:color w:val="5B6670"/>
              <w:sz w:val="14"/>
            </w:rPr>
            <w:fldChar w:fldCharType="end"/>
          </w:r>
        </w:p>
      </w:tc>
      <w:tc>
        <w:tcPr>
          <w:tcW w:w="4320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06A3BF06" w14:textId="77777777" w:rsidR="005A48C4" w:rsidRDefault="00DF1350">
          <w:pPr>
            <w:pStyle w:val="RunningFooter"/>
            <w:jc w:val="right"/>
          </w:pPr>
          <w:r>
            <w:rPr>
              <w:color w:val="5B6670"/>
              <w:sz w:val="14"/>
            </w:rPr>
            <w:t>Open Christian Press | CC BY</w:t>
          </w:r>
          <w:r w:rsidR="002B71ED">
            <w:rPr>
              <w:color w:val="5B6670"/>
              <w:sz w:val="14"/>
            </w:rPr>
            <w:t xml:space="preserve"> </w:t>
          </w:r>
          <w:r>
            <w:rPr>
              <w:color w:val="5B6670"/>
              <w:sz w:val="14"/>
            </w:rPr>
            <w:t>4.0</w:t>
          </w:r>
        </w:p>
      </w:tc>
    </w:tr>
  </w:tbl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34268" w14:textId="77777777" w:rsidR="005A48C4" w:rsidRDefault="005A48C4">
    <w:pPr>
      <w:pStyle w:val="Foot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950"/>
      <w:gridCol w:w="2097"/>
      <w:gridCol w:w="3931"/>
    </w:tblGrid>
    <w:tr w:rsidR="005A48C4" w14:paraId="5850BBCF" w14:textId="77777777">
      <w:trPr>
        <w:jc w:val="center"/>
      </w:trPr>
      <w:tc>
        <w:tcPr>
          <w:tcW w:w="4320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72679E38" w14:textId="77777777" w:rsidR="005A48C4" w:rsidRDefault="00DF1350">
          <w:pPr>
            <w:pStyle w:val="RunningFooter"/>
          </w:pPr>
          <w:r>
            <w:rPr>
              <w:color w:val="5B6670"/>
              <w:sz w:val="14"/>
            </w:rPr>
            <w:t>DOI: [assigned after acceptance]</w:t>
          </w:r>
        </w:p>
      </w:tc>
      <w:tc>
        <w:tcPr>
          <w:tcW w:w="2304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0C2DAFBA" w14:textId="77777777" w:rsidR="005A48C4" w:rsidRDefault="00DF1350">
          <w:pPr>
            <w:pStyle w:val="RunningFooter"/>
            <w:jc w:val="center"/>
          </w:pPr>
          <w:r>
            <w:rPr>
              <w:color w:val="5B6670"/>
              <w:sz w:val="14"/>
            </w:rPr>
            <w:t xml:space="preserve">Page </w:t>
          </w:r>
          <w:r>
            <w:rPr>
              <w:b/>
              <w:color w:val="5B6670"/>
              <w:sz w:val="14"/>
            </w:rPr>
            <w:fldChar w:fldCharType="begin"/>
          </w:r>
          <w:r>
            <w:rPr>
              <w:b/>
              <w:color w:val="5B6670"/>
              <w:sz w:val="14"/>
            </w:rPr>
            <w:instrText>PAGE</w:instrText>
          </w:r>
          <w:r>
            <w:rPr>
              <w:b/>
              <w:color w:val="5B6670"/>
              <w:sz w:val="14"/>
            </w:rPr>
            <w:fldChar w:fldCharType="separate"/>
          </w:r>
          <w:r>
            <w:rPr>
              <w:b/>
              <w:color w:val="5B6670"/>
              <w:sz w:val="14"/>
            </w:rPr>
            <w:t>1</w:t>
          </w:r>
          <w:r>
            <w:rPr>
              <w:b/>
              <w:color w:val="5B6670"/>
              <w:sz w:val="14"/>
            </w:rPr>
            <w:fldChar w:fldCharType="end"/>
          </w:r>
        </w:p>
      </w:tc>
      <w:tc>
        <w:tcPr>
          <w:tcW w:w="4320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4FBB1CE7" w14:textId="77777777" w:rsidR="005A48C4" w:rsidRDefault="00DF1350">
          <w:pPr>
            <w:pStyle w:val="RunningFooter"/>
            <w:jc w:val="right"/>
          </w:pPr>
          <w:r>
            <w:rPr>
              <w:color w:val="5B6670"/>
              <w:sz w:val="14"/>
            </w:rPr>
            <w:t>Open Christian Press | CC BY-NC 4.0</w:t>
          </w:r>
        </w:p>
      </w:tc>
    </w:tr>
  </w:tbl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42118" w14:textId="77777777" w:rsidR="005A48C4" w:rsidRDefault="005A48C4">
    <w:pPr>
      <w:pStyle w:val="Foot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950"/>
      <w:gridCol w:w="2097"/>
      <w:gridCol w:w="3931"/>
    </w:tblGrid>
    <w:tr w:rsidR="005A48C4" w14:paraId="3FD601AA" w14:textId="77777777">
      <w:trPr>
        <w:jc w:val="center"/>
      </w:trPr>
      <w:tc>
        <w:tcPr>
          <w:tcW w:w="4320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43468F7A" w14:textId="77777777" w:rsidR="005A48C4" w:rsidRDefault="00DF1350">
          <w:pPr>
            <w:pStyle w:val="RunningFooter"/>
          </w:pPr>
          <w:r>
            <w:rPr>
              <w:color w:val="5B6670"/>
              <w:sz w:val="14"/>
            </w:rPr>
            <w:t>DOI: [assigned after acceptance]</w:t>
          </w:r>
        </w:p>
      </w:tc>
      <w:tc>
        <w:tcPr>
          <w:tcW w:w="2304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04FB1B9B" w14:textId="77777777" w:rsidR="005A48C4" w:rsidRDefault="00DF1350">
          <w:pPr>
            <w:pStyle w:val="RunningFooter"/>
            <w:jc w:val="center"/>
          </w:pPr>
          <w:r>
            <w:rPr>
              <w:color w:val="5B6670"/>
              <w:sz w:val="14"/>
            </w:rPr>
            <w:t xml:space="preserve">Page </w:t>
          </w:r>
          <w:r>
            <w:rPr>
              <w:b/>
              <w:color w:val="5B6670"/>
              <w:sz w:val="14"/>
            </w:rPr>
            <w:fldChar w:fldCharType="begin"/>
          </w:r>
          <w:r>
            <w:rPr>
              <w:b/>
              <w:color w:val="5B6670"/>
              <w:sz w:val="14"/>
            </w:rPr>
            <w:instrText>PAGE</w:instrText>
          </w:r>
          <w:r>
            <w:rPr>
              <w:b/>
              <w:color w:val="5B6670"/>
              <w:sz w:val="14"/>
            </w:rPr>
            <w:fldChar w:fldCharType="separate"/>
          </w:r>
          <w:r>
            <w:rPr>
              <w:b/>
              <w:color w:val="5B6670"/>
              <w:sz w:val="14"/>
            </w:rPr>
            <w:t>1</w:t>
          </w:r>
          <w:r>
            <w:rPr>
              <w:b/>
              <w:color w:val="5B6670"/>
              <w:sz w:val="14"/>
            </w:rPr>
            <w:fldChar w:fldCharType="end"/>
          </w:r>
        </w:p>
      </w:tc>
      <w:tc>
        <w:tcPr>
          <w:tcW w:w="4320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305ECC72" w14:textId="77777777" w:rsidR="005A48C4" w:rsidRDefault="00DF1350">
          <w:pPr>
            <w:pStyle w:val="RunningFooter"/>
            <w:jc w:val="right"/>
          </w:pPr>
          <w:r>
            <w:rPr>
              <w:color w:val="5B6670"/>
              <w:sz w:val="14"/>
            </w:rPr>
            <w:t>Open Christian Press | CC BY</w:t>
          </w:r>
          <w:r w:rsidR="002B71ED">
            <w:rPr>
              <w:color w:val="5B6670"/>
              <w:sz w:val="14"/>
            </w:rPr>
            <w:t xml:space="preserve"> </w:t>
          </w:r>
          <w:r>
            <w:rPr>
              <w:color w:val="5B6670"/>
              <w:sz w:val="14"/>
            </w:rPr>
            <w:t>4.0</w:t>
          </w:r>
        </w:p>
      </w:tc>
    </w:tr>
  </w:tbl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7D309" w14:textId="77777777" w:rsidR="005A48C4" w:rsidRDefault="005A48C4">
    <w:pPr>
      <w:pStyle w:val="Foot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950"/>
      <w:gridCol w:w="2097"/>
      <w:gridCol w:w="3931"/>
    </w:tblGrid>
    <w:tr w:rsidR="005A48C4" w14:paraId="2C1CD6CB" w14:textId="77777777">
      <w:trPr>
        <w:jc w:val="center"/>
      </w:trPr>
      <w:tc>
        <w:tcPr>
          <w:tcW w:w="4320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06F7C5A8" w14:textId="77777777" w:rsidR="005A48C4" w:rsidRDefault="00DF1350">
          <w:pPr>
            <w:pStyle w:val="RunningFooter"/>
          </w:pPr>
          <w:r>
            <w:rPr>
              <w:color w:val="5B6670"/>
              <w:sz w:val="14"/>
            </w:rPr>
            <w:t>DOI: [assigned after acceptance]</w:t>
          </w:r>
        </w:p>
      </w:tc>
      <w:tc>
        <w:tcPr>
          <w:tcW w:w="2304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6A667926" w14:textId="77777777" w:rsidR="005A48C4" w:rsidRDefault="00DF1350">
          <w:pPr>
            <w:pStyle w:val="RunningFooter"/>
            <w:jc w:val="center"/>
          </w:pPr>
          <w:r>
            <w:rPr>
              <w:color w:val="5B6670"/>
              <w:sz w:val="14"/>
            </w:rPr>
            <w:t xml:space="preserve">Page </w:t>
          </w:r>
          <w:r>
            <w:rPr>
              <w:b/>
              <w:color w:val="5B6670"/>
              <w:sz w:val="14"/>
            </w:rPr>
            <w:fldChar w:fldCharType="begin"/>
          </w:r>
          <w:r>
            <w:rPr>
              <w:b/>
              <w:color w:val="5B6670"/>
              <w:sz w:val="14"/>
            </w:rPr>
            <w:instrText>PAGE</w:instrText>
          </w:r>
          <w:r>
            <w:rPr>
              <w:b/>
              <w:color w:val="5B6670"/>
              <w:sz w:val="14"/>
            </w:rPr>
            <w:fldChar w:fldCharType="separate"/>
          </w:r>
          <w:r>
            <w:rPr>
              <w:b/>
              <w:color w:val="5B6670"/>
              <w:sz w:val="14"/>
            </w:rPr>
            <w:t>1</w:t>
          </w:r>
          <w:r>
            <w:rPr>
              <w:b/>
              <w:color w:val="5B6670"/>
              <w:sz w:val="14"/>
            </w:rPr>
            <w:fldChar w:fldCharType="end"/>
          </w:r>
        </w:p>
      </w:tc>
      <w:tc>
        <w:tcPr>
          <w:tcW w:w="4320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78428CB4" w14:textId="77777777" w:rsidR="005A48C4" w:rsidRDefault="00DF1350">
          <w:pPr>
            <w:pStyle w:val="RunningFooter"/>
            <w:jc w:val="right"/>
          </w:pPr>
          <w:r>
            <w:rPr>
              <w:color w:val="5B6670"/>
              <w:sz w:val="14"/>
            </w:rPr>
            <w:t>Open Christian Press | CC BY-NC 4.0</w:t>
          </w:r>
        </w:p>
      </w:tc>
    </w:tr>
  </w:tbl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AF756" w14:textId="77777777" w:rsidR="005A48C4" w:rsidRDefault="005A48C4">
    <w:pPr>
      <w:pStyle w:val="Foot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950"/>
      <w:gridCol w:w="2097"/>
      <w:gridCol w:w="3931"/>
    </w:tblGrid>
    <w:tr w:rsidR="005A48C4" w14:paraId="6820135B" w14:textId="77777777">
      <w:trPr>
        <w:jc w:val="center"/>
      </w:trPr>
      <w:tc>
        <w:tcPr>
          <w:tcW w:w="4320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08EF94B5" w14:textId="77777777" w:rsidR="005A48C4" w:rsidRDefault="00DF1350">
          <w:pPr>
            <w:pStyle w:val="RunningFooter"/>
          </w:pPr>
          <w:r>
            <w:rPr>
              <w:color w:val="5B6670"/>
              <w:sz w:val="14"/>
            </w:rPr>
            <w:t>DOI: [assigned after acceptance]</w:t>
          </w:r>
        </w:p>
      </w:tc>
      <w:tc>
        <w:tcPr>
          <w:tcW w:w="2304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6A289DF9" w14:textId="77777777" w:rsidR="005A48C4" w:rsidRDefault="00DF1350">
          <w:pPr>
            <w:pStyle w:val="RunningFooter"/>
            <w:jc w:val="center"/>
          </w:pPr>
          <w:r>
            <w:rPr>
              <w:color w:val="5B6670"/>
              <w:sz w:val="14"/>
            </w:rPr>
            <w:t xml:space="preserve">Page </w:t>
          </w:r>
          <w:r>
            <w:rPr>
              <w:b/>
              <w:color w:val="5B6670"/>
              <w:sz w:val="14"/>
            </w:rPr>
            <w:fldChar w:fldCharType="begin"/>
          </w:r>
          <w:r>
            <w:rPr>
              <w:b/>
              <w:color w:val="5B6670"/>
              <w:sz w:val="14"/>
            </w:rPr>
            <w:instrText>PAGE</w:instrText>
          </w:r>
          <w:r>
            <w:rPr>
              <w:b/>
              <w:color w:val="5B6670"/>
              <w:sz w:val="14"/>
            </w:rPr>
            <w:fldChar w:fldCharType="separate"/>
          </w:r>
          <w:r>
            <w:rPr>
              <w:b/>
              <w:color w:val="5B6670"/>
              <w:sz w:val="14"/>
            </w:rPr>
            <w:t>1</w:t>
          </w:r>
          <w:r>
            <w:rPr>
              <w:b/>
              <w:color w:val="5B6670"/>
              <w:sz w:val="14"/>
            </w:rPr>
            <w:fldChar w:fldCharType="end"/>
          </w:r>
        </w:p>
      </w:tc>
      <w:tc>
        <w:tcPr>
          <w:tcW w:w="4320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33413878" w14:textId="77777777" w:rsidR="005A48C4" w:rsidRDefault="00DF1350">
          <w:pPr>
            <w:pStyle w:val="RunningFooter"/>
            <w:jc w:val="right"/>
          </w:pPr>
          <w:r>
            <w:rPr>
              <w:color w:val="5B6670"/>
              <w:sz w:val="14"/>
            </w:rPr>
            <w:t>Open Christian Press | CC BY</w:t>
          </w:r>
          <w:r w:rsidR="002B71ED">
            <w:rPr>
              <w:color w:val="5B6670"/>
              <w:sz w:val="14"/>
            </w:rPr>
            <w:t xml:space="preserve"> </w:t>
          </w:r>
          <w:r>
            <w:rPr>
              <w:color w:val="5B6670"/>
              <w:sz w:val="14"/>
            </w:rPr>
            <w:t>4.0</w:t>
          </w:r>
        </w:p>
      </w:tc>
    </w:tr>
  </w:tbl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EC9A9" w14:textId="77777777" w:rsidR="005A48C4" w:rsidRDefault="005A48C4">
    <w:pPr>
      <w:pStyle w:val="Foot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950"/>
      <w:gridCol w:w="2097"/>
      <w:gridCol w:w="3931"/>
    </w:tblGrid>
    <w:tr w:rsidR="005A48C4" w14:paraId="43DB7563" w14:textId="77777777">
      <w:trPr>
        <w:jc w:val="center"/>
      </w:trPr>
      <w:tc>
        <w:tcPr>
          <w:tcW w:w="4320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3D8AFC83" w14:textId="77777777" w:rsidR="005A48C4" w:rsidRDefault="00DF1350">
          <w:pPr>
            <w:pStyle w:val="RunningFooter"/>
          </w:pPr>
          <w:r>
            <w:rPr>
              <w:color w:val="5B6670"/>
              <w:sz w:val="14"/>
            </w:rPr>
            <w:t>DOI: [assigned after acceptance]</w:t>
          </w:r>
        </w:p>
      </w:tc>
      <w:tc>
        <w:tcPr>
          <w:tcW w:w="2304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1805F633" w14:textId="77777777" w:rsidR="005A48C4" w:rsidRDefault="00DF1350">
          <w:pPr>
            <w:pStyle w:val="RunningFooter"/>
            <w:jc w:val="center"/>
          </w:pPr>
          <w:r>
            <w:rPr>
              <w:color w:val="5B6670"/>
              <w:sz w:val="14"/>
            </w:rPr>
            <w:t xml:space="preserve">Page </w:t>
          </w:r>
          <w:r>
            <w:rPr>
              <w:b/>
              <w:color w:val="5B6670"/>
              <w:sz w:val="14"/>
            </w:rPr>
            <w:fldChar w:fldCharType="begin"/>
          </w:r>
          <w:r>
            <w:rPr>
              <w:b/>
              <w:color w:val="5B6670"/>
              <w:sz w:val="14"/>
            </w:rPr>
            <w:instrText>PAGE</w:instrText>
          </w:r>
          <w:r>
            <w:rPr>
              <w:b/>
              <w:color w:val="5B6670"/>
              <w:sz w:val="14"/>
            </w:rPr>
            <w:fldChar w:fldCharType="separate"/>
          </w:r>
          <w:r>
            <w:rPr>
              <w:b/>
              <w:color w:val="5B6670"/>
              <w:sz w:val="14"/>
            </w:rPr>
            <w:t>1</w:t>
          </w:r>
          <w:r>
            <w:rPr>
              <w:b/>
              <w:color w:val="5B6670"/>
              <w:sz w:val="14"/>
            </w:rPr>
            <w:fldChar w:fldCharType="end"/>
          </w:r>
        </w:p>
      </w:tc>
      <w:tc>
        <w:tcPr>
          <w:tcW w:w="4320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37C2B661" w14:textId="77777777" w:rsidR="005A48C4" w:rsidRDefault="00DF1350">
          <w:pPr>
            <w:pStyle w:val="RunningFooter"/>
            <w:jc w:val="right"/>
          </w:pPr>
          <w:r>
            <w:rPr>
              <w:color w:val="5B6670"/>
              <w:sz w:val="14"/>
            </w:rPr>
            <w:t>Open Christian Press | CC BY-NC 4.0</w:t>
          </w:r>
        </w:p>
      </w:tc>
    </w:tr>
  </w:tbl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C22A3" w14:textId="77777777" w:rsidR="005A48C4" w:rsidRDefault="005A48C4">
    <w:pPr>
      <w:pStyle w:val="Foot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950"/>
      <w:gridCol w:w="2097"/>
      <w:gridCol w:w="3931"/>
    </w:tblGrid>
    <w:tr w:rsidR="005A48C4" w14:paraId="23E4AAFA" w14:textId="77777777">
      <w:trPr>
        <w:jc w:val="center"/>
      </w:trPr>
      <w:tc>
        <w:tcPr>
          <w:tcW w:w="4320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7749815B" w14:textId="77777777" w:rsidR="005A48C4" w:rsidRDefault="00DF1350">
          <w:pPr>
            <w:pStyle w:val="RunningFooter"/>
          </w:pPr>
          <w:r>
            <w:rPr>
              <w:color w:val="5B6670"/>
              <w:sz w:val="14"/>
            </w:rPr>
            <w:t>DOI: [assigned after acceptance]</w:t>
          </w:r>
        </w:p>
      </w:tc>
      <w:tc>
        <w:tcPr>
          <w:tcW w:w="2304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59F47E76" w14:textId="77777777" w:rsidR="005A48C4" w:rsidRDefault="00DF1350">
          <w:pPr>
            <w:pStyle w:val="RunningFooter"/>
            <w:jc w:val="center"/>
          </w:pPr>
          <w:r>
            <w:rPr>
              <w:color w:val="5B6670"/>
              <w:sz w:val="14"/>
            </w:rPr>
            <w:t xml:space="preserve">Page </w:t>
          </w:r>
          <w:r>
            <w:rPr>
              <w:b/>
              <w:color w:val="5B6670"/>
              <w:sz w:val="14"/>
            </w:rPr>
            <w:fldChar w:fldCharType="begin"/>
          </w:r>
          <w:r>
            <w:rPr>
              <w:b/>
              <w:color w:val="5B6670"/>
              <w:sz w:val="14"/>
            </w:rPr>
            <w:instrText>PAGE</w:instrText>
          </w:r>
          <w:r>
            <w:rPr>
              <w:b/>
              <w:color w:val="5B6670"/>
              <w:sz w:val="14"/>
            </w:rPr>
            <w:fldChar w:fldCharType="separate"/>
          </w:r>
          <w:r>
            <w:rPr>
              <w:b/>
              <w:color w:val="5B6670"/>
              <w:sz w:val="14"/>
            </w:rPr>
            <w:t>1</w:t>
          </w:r>
          <w:r>
            <w:rPr>
              <w:b/>
              <w:color w:val="5B6670"/>
              <w:sz w:val="14"/>
            </w:rPr>
            <w:fldChar w:fldCharType="end"/>
          </w:r>
        </w:p>
      </w:tc>
      <w:tc>
        <w:tcPr>
          <w:tcW w:w="4320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13A45F32" w14:textId="77777777" w:rsidR="005A48C4" w:rsidRDefault="00DF1350">
          <w:pPr>
            <w:pStyle w:val="RunningFooter"/>
            <w:jc w:val="right"/>
          </w:pPr>
          <w:r>
            <w:rPr>
              <w:color w:val="5B6670"/>
              <w:sz w:val="14"/>
            </w:rPr>
            <w:t>Open Christian Press | CC BY</w:t>
          </w:r>
          <w:r w:rsidR="002B71ED">
            <w:rPr>
              <w:color w:val="5B6670"/>
              <w:sz w:val="14"/>
            </w:rPr>
            <w:t xml:space="preserve"> </w:t>
          </w:r>
          <w:r>
            <w:rPr>
              <w:color w:val="5B6670"/>
              <w:sz w:val="14"/>
            </w:rPr>
            <w:t>4.0</w:t>
          </w:r>
        </w:p>
      </w:tc>
    </w:tr>
  </w:tbl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A2E14" w14:textId="77777777" w:rsidR="005A48C4" w:rsidRDefault="005A48C4">
    <w:pPr>
      <w:pStyle w:val="Foot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950"/>
      <w:gridCol w:w="2097"/>
      <w:gridCol w:w="3931"/>
    </w:tblGrid>
    <w:tr w:rsidR="005A48C4" w14:paraId="694AB90B" w14:textId="77777777">
      <w:trPr>
        <w:jc w:val="center"/>
      </w:trPr>
      <w:tc>
        <w:tcPr>
          <w:tcW w:w="4320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39668CDC" w14:textId="77777777" w:rsidR="005A48C4" w:rsidRDefault="00DF1350">
          <w:pPr>
            <w:pStyle w:val="RunningFooter"/>
          </w:pPr>
          <w:r>
            <w:rPr>
              <w:color w:val="5B6670"/>
              <w:sz w:val="14"/>
            </w:rPr>
            <w:t>DOI: [assigned after acceptance]</w:t>
          </w:r>
        </w:p>
      </w:tc>
      <w:tc>
        <w:tcPr>
          <w:tcW w:w="2304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2E36945D" w14:textId="77777777" w:rsidR="005A48C4" w:rsidRDefault="00DF1350">
          <w:pPr>
            <w:pStyle w:val="RunningFooter"/>
            <w:jc w:val="center"/>
          </w:pPr>
          <w:r>
            <w:rPr>
              <w:color w:val="5B6670"/>
              <w:sz w:val="14"/>
            </w:rPr>
            <w:t xml:space="preserve">Page </w:t>
          </w:r>
          <w:r>
            <w:rPr>
              <w:b/>
              <w:color w:val="5B6670"/>
              <w:sz w:val="14"/>
            </w:rPr>
            <w:fldChar w:fldCharType="begin"/>
          </w:r>
          <w:r>
            <w:rPr>
              <w:b/>
              <w:color w:val="5B6670"/>
              <w:sz w:val="14"/>
            </w:rPr>
            <w:instrText>PAGE</w:instrText>
          </w:r>
          <w:r>
            <w:rPr>
              <w:b/>
              <w:color w:val="5B6670"/>
              <w:sz w:val="14"/>
            </w:rPr>
            <w:fldChar w:fldCharType="separate"/>
          </w:r>
          <w:r>
            <w:rPr>
              <w:b/>
              <w:color w:val="5B6670"/>
              <w:sz w:val="14"/>
            </w:rPr>
            <w:t>1</w:t>
          </w:r>
          <w:r>
            <w:rPr>
              <w:b/>
              <w:color w:val="5B6670"/>
              <w:sz w:val="14"/>
            </w:rPr>
            <w:fldChar w:fldCharType="end"/>
          </w:r>
        </w:p>
      </w:tc>
      <w:tc>
        <w:tcPr>
          <w:tcW w:w="4320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7EE66F5A" w14:textId="77777777" w:rsidR="005A48C4" w:rsidRDefault="00DF1350">
          <w:pPr>
            <w:pStyle w:val="RunningFooter"/>
            <w:jc w:val="right"/>
          </w:pPr>
          <w:r>
            <w:rPr>
              <w:color w:val="5B6670"/>
              <w:sz w:val="14"/>
            </w:rPr>
            <w:t>Open Christian Press | CC BY-NC 4.0</w:t>
          </w:r>
        </w:p>
      </w:tc>
    </w:tr>
  </w:tbl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A2D8C" w14:textId="77777777" w:rsidR="005A48C4" w:rsidRDefault="005A48C4">
    <w:pPr>
      <w:pStyle w:val="Foot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950"/>
      <w:gridCol w:w="2097"/>
      <w:gridCol w:w="3931"/>
    </w:tblGrid>
    <w:tr w:rsidR="005A48C4" w14:paraId="697CD6B4" w14:textId="77777777">
      <w:trPr>
        <w:jc w:val="center"/>
      </w:trPr>
      <w:tc>
        <w:tcPr>
          <w:tcW w:w="4320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6842412D" w14:textId="77777777" w:rsidR="005A48C4" w:rsidRDefault="00DF1350">
          <w:pPr>
            <w:pStyle w:val="RunningFooter"/>
          </w:pPr>
          <w:r>
            <w:rPr>
              <w:color w:val="5B6670"/>
              <w:sz w:val="14"/>
            </w:rPr>
            <w:t>DOI: [assigned after acceptance]</w:t>
          </w:r>
        </w:p>
      </w:tc>
      <w:tc>
        <w:tcPr>
          <w:tcW w:w="2304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50CB5C26" w14:textId="77777777" w:rsidR="005A48C4" w:rsidRDefault="00DF1350">
          <w:pPr>
            <w:pStyle w:val="RunningFooter"/>
            <w:jc w:val="center"/>
          </w:pPr>
          <w:r>
            <w:rPr>
              <w:color w:val="5B6670"/>
              <w:sz w:val="14"/>
            </w:rPr>
            <w:t xml:space="preserve">Page </w:t>
          </w:r>
          <w:r>
            <w:rPr>
              <w:b/>
              <w:color w:val="5B6670"/>
              <w:sz w:val="14"/>
            </w:rPr>
            <w:fldChar w:fldCharType="begin"/>
          </w:r>
          <w:r>
            <w:rPr>
              <w:b/>
              <w:color w:val="5B6670"/>
              <w:sz w:val="14"/>
            </w:rPr>
            <w:instrText>PAGE</w:instrText>
          </w:r>
          <w:r>
            <w:rPr>
              <w:b/>
              <w:color w:val="5B6670"/>
              <w:sz w:val="14"/>
            </w:rPr>
            <w:fldChar w:fldCharType="separate"/>
          </w:r>
          <w:r>
            <w:rPr>
              <w:b/>
              <w:color w:val="5B6670"/>
              <w:sz w:val="14"/>
            </w:rPr>
            <w:t>1</w:t>
          </w:r>
          <w:r>
            <w:rPr>
              <w:b/>
              <w:color w:val="5B6670"/>
              <w:sz w:val="14"/>
            </w:rPr>
            <w:fldChar w:fldCharType="end"/>
          </w:r>
        </w:p>
      </w:tc>
      <w:tc>
        <w:tcPr>
          <w:tcW w:w="4320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249B00DD" w14:textId="77777777" w:rsidR="005A48C4" w:rsidRDefault="00DF1350">
          <w:pPr>
            <w:pStyle w:val="RunningFooter"/>
            <w:jc w:val="right"/>
          </w:pPr>
          <w:r>
            <w:rPr>
              <w:color w:val="5B6670"/>
              <w:sz w:val="14"/>
            </w:rPr>
            <w:t>Open Christian Press | CC BY</w:t>
          </w:r>
          <w:r w:rsidR="002B71ED">
            <w:rPr>
              <w:color w:val="5B6670"/>
              <w:sz w:val="14"/>
            </w:rPr>
            <w:t xml:space="preserve"> </w:t>
          </w:r>
          <w:r>
            <w:rPr>
              <w:color w:val="5B6670"/>
              <w:sz w:val="14"/>
            </w:rPr>
            <w:t>4.0</w:t>
          </w:r>
        </w:p>
      </w:tc>
    </w:tr>
  </w:tbl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1A73B" w14:textId="77777777" w:rsidR="005A48C4" w:rsidRDefault="005A48C4">
    <w:pPr>
      <w:pStyle w:val="Foot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950"/>
      <w:gridCol w:w="2097"/>
      <w:gridCol w:w="3931"/>
    </w:tblGrid>
    <w:tr w:rsidR="005A48C4" w14:paraId="543BA2E2" w14:textId="77777777">
      <w:trPr>
        <w:jc w:val="center"/>
      </w:trPr>
      <w:tc>
        <w:tcPr>
          <w:tcW w:w="4320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6ED96BDB" w14:textId="77777777" w:rsidR="005A48C4" w:rsidRDefault="00DF1350">
          <w:pPr>
            <w:pStyle w:val="RunningFooter"/>
          </w:pPr>
          <w:r>
            <w:rPr>
              <w:color w:val="5B6670"/>
              <w:sz w:val="14"/>
            </w:rPr>
            <w:t>DOI: [assigned after acceptance]</w:t>
          </w:r>
        </w:p>
      </w:tc>
      <w:tc>
        <w:tcPr>
          <w:tcW w:w="2304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260BA034" w14:textId="77777777" w:rsidR="005A48C4" w:rsidRDefault="00DF1350">
          <w:pPr>
            <w:pStyle w:val="RunningFooter"/>
            <w:jc w:val="center"/>
          </w:pPr>
          <w:r>
            <w:rPr>
              <w:color w:val="5B6670"/>
              <w:sz w:val="14"/>
            </w:rPr>
            <w:t xml:space="preserve">Page </w:t>
          </w:r>
          <w:r>
            <w:rPr>
              <w:b/>
              <w:color w:val="5B6670"/>
              <w:sz w:val="14"/>
            </w:rPr>
            <w:fldChar w:fldCharType="begin"/>
          </w:r>
          <w:r>
            <w:rPr>
              <w:b/>
              <w:color w:val="5B6670"/>
              <w:sz w:val="14"/>
            </w:rPr>
            <w:instrText>PAGE</w:instrText>
          </w:r>
          <w:r>
            <w:rPr>
              <w:b/>
              <w:color w:val="5B6670"/>
              <w:sz w:val="14"/>
            </w:rPr>
            <w:fldChar w:fldCharType="separate"/>
          </w:r>
          <w:r>
            <w:rPr>
              <w:b/>
              <w:color w:val="5B6670"/>
              <w:sz w:val="14"/>
            </w:rPr>
            <w:t>1</w:t>
          </w:r>
          <w:r>
            <w:rPr>
              <w:b/>
              <w:color w:val="5B6670"/>
              <w:sz w:val="14"/>
            </w:rPr>
            <w:fldChar w:fldCharType="end"/>
          </w:r>
        </w:p>
      </w:tc>
      <w:tc>
        <w:tcPr>
          <w:tcW w:w="4320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270DB73F" w14:textId="77777777" w:rsidR="005A48C4" w:rsidRDefault="00DF1350">
          <w:pPr>
            <w:pStyle w:val="RunningFooter"/>
            <w:jc w:val="right"/>
          </w:pPr>
          <w:r>
            <w:rPr>
              <w:color w:val="5B6670"/>
              <w:sz w:val="14"/>
            </w:rPr>
            <w:t>Open Christian Press | CC BY-NC 4.0</w:t>
          </w:r>
        </w:p>
      </w:tc>
    </w:tr>
  </w:tbl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CC6C0" w14:textId="77777777" w:rsidR="005A48C4" w:rsidRDefault="005A48C4">
    <w:pPr>
      <w:pStyle w:val="Foot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950"/>
      <w:gridCol w:w="2097"/>
      <w:gridCol w:w="3931"/>
    </w:tblGrid>
    <w:tr w:rsidR="005A48C4" w14:paraId="4587D9A1" w14:textId="77777777">
      <w:trPr>
        <w:jc w:val="center"/>
      </w:trPr>
      <w:tc>
        <w:tcPr>
          <w:tcW w:w="4320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6081B9F2" w14:textId="77777777" w:rsidR="005A48C4" w:rsidRDefault="00DF1350">
          <w:pPr>
            <w:pStyle w:val="RunningFooter"/>
          </w:pPr>
          <w:r>
            <w:rPr>
              <w:color w:val="5B6670"/>
              <w:sz w:val="14"/>
            </w:rPr>
            <w:t>DOI: [assigned after acceptance]</w:t>
          </w:r>
        </w:p>
      </w:tc>
      <w:tc>
        <w:tcPr>
          <w:tcW w:w="2304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6BC75F0A" w14:textId="77777777" w:rsidR="005A48C4" w:rsidRDefault="00DF1350">
          <w:pPr>
            <w:pStyle w:val="RunningFooter"/>
            <w:jc w:val="center"/>
          </w:pPr>
          <w:r>
            <w:rPr>
              <w:color w:val="5B6670"/>
              <w:sz w:val="14"/>
            </w:rPr>
            <w:t xml:space="preserve">Page </w:t>
          </w:r>
          <w:r>
            <w:rPr>
              <w:b/>
              <w:color w:val="5B6670"/>
              <w:sz w:val="14"/>
            </w:rPr>
            <w:fldChar w:fldCharType="begin"/>
          </w:r>
          <w:r>
            <w:rPr>
              <w:b/>
              <w:color w:val="5B6670"/>
              <w:sz w:val="14"/>
            </w:rPr>
            <w:instrText>PAGE</w:instrText>
          </w:r>
          <w:r>
            <w:rPr>
              <w:b/>
              <w:color w:val="5B6670"/>
              <w:sz w:val="14"/>
            </w:rPr>
            <w:fldChar w:fldCharType="separate"/>
          </w:r>
          <w:r>
            <w:rPr>
              <w:b/>
              <w:color w:val="5B6670"/>
              <w:sz w:val="14"/>
            </w:rPr>
            <w:t>1</w:t>
          </w:r>
          <w:r>
            <w:rPr>
              <w:b/>
              <w:color w:val="5B6670"/>
              <w:sz w:val="14"/>
            </w:rPr>
            <w:fldChar w:fldCharType="end"/>
          </w:r>
        </w:p>
      </w:tc>
      <w:tc>
        <w:tcPr>
          <w:tcW w:w="4320" w:type="dxa"/>
          <w:tcBorders>
            <w:top w:val="single" w:sz="8" w:space="0" w:color="FDBD21"/>
            <w:left w:val="nil"/>
            <w:bottom w:val="nil"/>
            <w:right w:val="nil"/>
          </w:tcBorders>
          <w:tcMar>
            <w:top w:w="35" w:type="dxa"/>
            <w:left w:w="0" w:type="dxa"/>
            <w:bottom w:w="0" w:type="dxa"/>
            <w:right w:w="0" w:type="dxa"/>
          </w:tcMar>
        </w:tcPr>
        <w:p w14:paraId="5A95F293" w14:textId="77777777" w:rsidR="005A48C4" w:rsidRDefault="00DF1350">
          <w:pPr>
            <w:pStyle w:val="RunningFooter"/>
            <w:jc w:val="right"/>
          </w:pPr>
          <w:r>
            <w:rPr>
              <w:color w:val="5B6670"/>
              <w:sz w:val="14"/>
            </w:rPr>
            <w:t>Open Christian Press | CC BY</w:t>
          </w:r>
          <w:r w:rsidR="002B71ED">
            <w:rPr>
              <w:color w:val="5B6670"/>
              <w:sz w:val="14"/>
            </w:rPr>
            <w:t xml:space="preserve"> </w:t>
          </w:r>
          <w:r>
            <w:rPr>
              <w:color w:val="5B6670"/>
              <w:sz w:val="14"/>
            </w:rPr>
            <w:t>4.0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1517DE" w14:textId="77777777" w:rsidR="00DF1350" w:rsidRDefault="00DF1350">
      <w:pPr>
        <w:spacing w:after="0" w:line="240" w:lineRule="auto"/>
      </w:pPr>
      <w:r>
        <w:separator/>
      </w:r>
    </w:p>
  </w:footnote>
  <w:footnote w:type="continuationSeparator" w:id="0">
    <w:p w14:paraId="0601DA15" w14:textId="77777777" w:rsidR="00DF1350" w:rsidRDefault="00DF13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93BF6" w14:textId="77777777" w:rsidR="005A48C4" w:rsidRDefault="005A48C4">
    <w:pPr>
      <w:pStyle w:val="Head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4974"/>
      <w:gridCol w:w="5004"/>
    </w:tblGrid>
    <w:tr w:rsidR="005A48C4" w14:paraId="6D2E5173" w14:textId="77777777">
      <w:trPr>
        <w:jc w:val="center"/>
      </w:trPr>
      <w:tc>
        <w:tcPr>
          <w:tcW w:w="5472" w:type="dxa"/>
          <w:tcBorders>
            <w:top w:val="nil"/>
            <w:left w:val="nil"/>
            <w:bottom w:val="single" w:sz="10" w:space="0" w:color="FDBD21"/>
            <w:right w:val="nil"/>
          </w:tcBorders>
          <w:tcMar>
            <w:top w:w="15" w:type="dxa"/>
            <w:left w:w="0" w:type="dxa"/>
            <w:bottom w:w="25" w:type="dxa"/>
            <w:right w:w="0" w:type="dxa"/>
          </w:tcMar>
        </w:tcPr>
        <w:p w14:paraId="200DF594" w14:textId="77777777" w:rsidR="005A48C4" w:rsidRDefault="00DF1350">
          <w:pPr>
            <w:pStyle w:val="RunningHeader"/>
          </w:pPr>
          <w:r>
            <w:rPr>
              <w:color w:val="5B6670"/>
            </w:rPr>
            <w:t>[Author surname et al.] | JEII</w:t>
          </w:r>
        </w:p>
      </w:tc>
      <w:tc>
        <w:tcPr>
          <w:tcW w:w="5472" w:type="dxa"/>
          <w:tcBorders>
            <w:top w:val="nil"/>
            <w:left w:val="nil"/>
            <w:bottom w:val="single" w:sz="10" w:space="0" w:color="FDBD21"/>
            <w:right w:val="nil"/>
          </w:tcBorders>
          <w:tcMar>
            <w:top w:w="15" w:type="dxa"/>
            <w:left w:w="0" w:type="dxa"/>
            <w:bottom w:w="25" w:type="dxa"/>
            <w:right w:w="0" w:type="dxa"/>
          </w:tcMar>
        </w:tcPr>
        <w:p w14:paraId="529304DC" w14:textId="77777777" w:rsidR="005A48C4" w:rsidRDefault="00DF1350">
          <w:pPr>
            <w:pStyle w:val="RunningHeader"/>
            <w:jc w:val="right"/>
          </w:pPr>
          <w:r>
            <w:rPr>
              <w:color w:val="5B6670"/>
            </w:rPr>
            <w:t>[Abbreviated article title]</w:t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FD113" w14:textId="77777777" w:rsidR="005A48C4" w:rsidRDefault="005A48C4">
    <w:pPr>
      <w:pStyle w:val="Head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5008"/>
      <w:gridCol w:w="4970"/>
    </w:tblGrid>
    <w:tr w:rsidR="005A48C4" w14:paraId="7EE12457" w14:textId="77777777">
      <w:trPr>
        <w:jc w:val="center"/>
      </w:trPr>
      <w:tc>
        <w:tcPr>
          <w:tcW w:w="5472" w:type="dxa"/>
          <w:tcBorders>
            <w:top w:val="nil"/>
            <w:left w:val="nil"/>
            <w:bottom w:val="single" w:sz="10" w:space="0" w:color="FDBD21"/>
            <w:right w:val="nil"/>
          </w:tcBorders>
          <w:tcMar>
            <w:top w:w="15" w:type="dxa"/>
            <w:left w:w="0" w:type="dxa"/>
            <w:bottom w:w="25" w:type="dxa"/>
            <w:right w:w="0" w:type="dxa"/>
          </w:tcMar>
        </w:tcPr>
        <w:p w14:paraId="44D48FC8" w14:textId="77777777" w:rsidR="005A48C4" w:rsidRDefault="00DF1350">
          <w:pPr>
            <w:pStyle w:val="RunningHeader"/>
          </w:pPr>
          <w:r>
            <w:rPr>
              <w:color w:val="5B6670"/>
            </w:rPr>
            <w:t>[Abbreviated article title]</w:t>
          </w:r>
        </w:p>
      </w:tc>
      <w:tc>
        <w:tcPr>
          <w:tcW w:w="5472" w:type="dxa"/>
          <w:tcBorders>
            <w:top w:val="nil"/>
            <w:left w:val="nil"/>
            <w:bottom w:val="single" w:sz="10" w:space="0" w:color="FDBD21"/>
            <w:right w:val="nil"/>
          </w:tcBorders>
          <w:tcMar>
            <w:top w:w="15" w:type="dxa"/>
            <w:left w:w="0" w:type="dxa"/>
            <w:bottom w:w="25" w:type="dxa"/>
            <w:right w:w="0" w:type="dxa"/>
          </w:tcMar>
        </w:tcPr>
        <w:p w14:paraId="299CC93E" w14:textId="77777777" w:rsidR="005A48C4" w:rsidRDefault="00DF1350">
          <w:pPr>
            <w:pStyle w:val="RunningHeader"/>
            <w:jc w:val="right"/>
          </w:pPr>
          <w:r>
            <w:rPr>
              <w:color w:val="5B6670"/>
            </w:rPr>
            <w:t>JEII | Vol. [00], No. [00] ([Year])</w:t>
          </w: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F3FA6" w14:textId="77777777" w:rsidR="005A48C4" w:rsidRDefault="005A48C4">
    <w:pPr>
      <w:pStyle w:val="Head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4974"/>
      <w:gridCol w:w="5004"/>
    </w:tblGrid>
    <w:tr w:rsidR="005A48C4" w14:paraId="309FF207" w14:textId="77777777">
      <w:trPr>
        <w:jc w:val="center"/>
      </w:trPr>
      <w:tc>
        <w:tcPr>
          <w:tcW w:w="5472" w:type="dxa"/>
          <w:tcBorders>
            <w:top w:val="nil"/>
            <w:left w:val="nil"/>
            <w:bottom w:val="single" w:sz="10" w:space="0" w:color="FDBD21"/>
            <w:right w:val="nil"/>
          </w:tcBorders>
          <w:tcMar>
            <w:top w:w="15" w:type="dxa"/>
            <w:left w:w="0" w:type="dxa"/>
            <w:bottom w:w="25" w:type="dxa"/>
            <w:right w:w="0" w:type="dxa"/>
          </w:tcMar>
        </w:tcPr>
        <w:p w14:paraId="24D989E4" w14:textId="77777777" w:rsidR="005A48C4" w:rsidRDefault="00DF1350">
          <w:pPr>
            <w:pStyle w:val="RunningHeader"/>
          </w:pPr>
          <w:r>
            <w:rPr>
              <w:color w:val="5B6670"/>
            </w:rPr>
            <w:t>[Author surname et al.] | JEII</w:t>
          </w:r>
        </w:p>
      </w:tc>
      <w:tc>
        <w:tcPr>
          <w:tcW w:w="5472" w:type="dxa"/>
          <w:tcBorders>
            <w:top w:val="nil"/>
            <w:left w:val="nil"/>
            <w:bottom w:val="single" w:sz="10" w:space="0" w:color="FDBD21"/>
            <w:right w:val="nil"/>
          </w:tcBorders>
          <w:tcMar>
            <w:top w:w="15" w:type="dxa"/>
            <w:left w:w="0" w:type="dxa"/>
            <w:bottom w:w="25" w:type="dxa"/>
            <w:right w:w="0" w:type="dxa"/>
          </w:tcMar>
        </w:tcPr>
        <w:p w14:paraId="488BA75A" w14:textId="77777777" w:rsidR="005A48C4" w:rsidRDefault="00DF1350">
          <w:pPr>
            <w:pStyle w:val="RunningHeader"/>
            <w:jc w:val="right"/>
          </w:pPr>
          <w:r>
            <w:rPr>
              <w:color w:val="5B6670"/>
            </w:rPr>
            <w:t>[Abbreviated article title]</w:t>
          </w:r>
        </w:p>
      </w:tc>
    </w:tr>
  </w:tbl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F4713" w14:textId="77777777" w:rsidR="005A48C4" w:rsidRDefault="005A48C4">
    <w:pPr>
      <w:pStyle w:val="Head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5008"/>
      <w:gridCol w:w="4970"/>
    </w:tblGrid>
    <w:tr w:rsidR="005A48C4" w14:paraId="2F7E5B80" w14:textId="77777777">
      <w:trPr>
        <w:jc w:val="center"/>
      </w:trPr>
      <w:tc>
        <w:tcPr>
          <w:tcW w:w="5472" w:type="dxa"/>
          <w:tcBorders>
            <w:top w:val="nil"/>
            <w:left w:val="nil"/>
            <w:bottom w:val="single" w:sz="10" w:space="0" w:color="FDBD21"/>
            <w:right w:val="nil"/>
          </w:tcBorders>
          <w:tcMar>
            <w:top w:w="15" w:type="dxa"/>
            <w:left w:w="0" w:type="dxa"/>
            <w:bottom w:w="25" w:type="dxa"/>
            <w:right w:w="0" w:type="dxa"/>
          </w:tcMar>
        </w:tcPr>
        <w:p w14:paraId="4FB6714E" w14:textId="77777777" w:rsidR="005A48C4" w:rsidRDefault="00DF1350">
          <w:pPr>
            <w:pStyle w:val="RunningHeader"/>
          </w:pPr>
          <w:r>
            <w:rPr>
              <w:color w:val="5B6670"/>
            </w:rPr>
            <w:t>[Abbreviated article title]</w:t>
          </w:r>
        </w:p>
      </w:tc>
      <w:tc>
        <w:tcPr>
          <w:tcW w:w="5472" w:type="dxa"/>
          <w:tcBorders>
            <w:top w:val="nil"/>
            <w:left w:val="nil"/>
            <w:bottom w:val="single" w:sz="10" w:space="0" w:color="FDBD21"/>
            <w:right w:val="nil"/>
          </w:tcBorders>
          <w:tcMar>
            <w:top w:w="15" w:type="dxa"/>
            <w:left w:w="0" w:type="dxa"/>
            <w:bottom w:w="25" w:type="dxa"/>
            <w:right w:w="0" w:type="dxa"/>
          </w:tcMar>
        </w:tcPr>
        <w:p w14:paraId="2525A02B" w14:textId="77777777" w:rsidR="005A48C4" w:rsidRDefault="00DF1350">
          <w:pPr>
            <w:pStyle w:val="RunningHeader"/>
            <w:jc w:val="right"/>
          </w:pPr>
          <w:r>
            <w:rPr>
              <w:color w:val="5B6670"/>
            </w:rPr>
            <w:t>JEII | Vol. [00], No. [00] ([Year])</w:t>
          </w:r>
        </w:p>
      </w:tc>
    </w:tr>
  </w:tbl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1A2D7" w14:textId="77777777" w:rsidR="005A48C4" w:rsidRDefault="005A48C4">
    <w:pPr>
      <w:pStyle w:val="Head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4974"/>
      <w:gridCol w:w="5004"/>
    </w:tblGrid>
    <w:tr w:rsidR="005A48C4" w14:paraId="3F0A962C" w14:textId="77777777">
      <w:trPr>
        <w:jc w:val="center"/>
      </w:trPr>
      <w:tc>
        <w:tcPr>
          <w:tcW w:w="5472" w:type="dxa"/>
          <w:tcBorders>
            <w:top w:val="nil"/>
            <w:left w:val="nil"/>
            <w:bottom w:val="single" w:sz="10" w:space="0" w:color="FDBD21"/>
            <w:right w:val="nil"/>
          </w:tcBorders>
          <w:tcMar>
            <w:top w:w="15" w:type="dxa"/>
            <w:left w:w="0" w:type="dxa"/>
            <w:bottom w:w="25" w:type="dxa"/>
            <w:right w:w="0" w:type="dxa"/>
          </w:tcMar>
        </w:tcPr>
        <w:p w14:paraId="33E0B8B2" w14:textId="77777777" w:rsidR="005A48C4" w:rsidRDefault="00DF1350">
          <w:pPr>
            <w:pStyle w:val="RunningHeader"/>
          </w:pPr>
          <w:r>
            <w:rPr>
              <w:color w:val="5B6670"/>
            </w:rPr>
            <w:t>[Author surname et al.] | JEII</w:t>
          </w:r>
        </w:p>
      </w:tc>
      <w:tc>
        <w:tcPr>
          <w:tcW w:w="5472" w:type="dxa"/>
          <w:tcBorders>
            <w:top w:val="nil"/>
            <w:left w:val="nil"/>
            <w:bottom w:val="single" w:sz="10" w:space="0" w:color="FDBD21"/>
            <w:right w:val="nil"/>
          </w:tcBorders>
          <w:tcMar>
            <w:top w:w="15" w:type="dxa"/>
            <w:left w:w="0" w:type="dxa"/>
            <w:bottom w:w="25" w:type="dxa"/>
            <w:right w:w="0" w:type="dxa"/>
          </w:tcMar>
        </w:tcPr>
        <w:p w14:paraId="4F1A4D0C" w14:textId="77777777" w:rsidR="005A48C4" w:rsidRDefault="00DF1350">
          <w:pPr>
            <w:pStyle w:val="RunningHeader"/>
            <w:jc w:val="right"/>
          </w:pPr>
          <w:r>
            <w:rPr>
              <w:color w:val="5B6670"/>
            </w:rPr>
            <w:t>[Abbreviated article title]</w:t>
          </w:r>
        </w:p>
      </w:tc>
    </w:tr>
  </w:tbl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DCB08" w14:textId="77777777" w:rsidR="005A48C4" w:rsidRDefault="005A48C4">
    <w:pPr>
      <w:pStyle w:val="Head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5008"/>
      <w:gridCol w:w="4970"/>
    </w:tblGrid>
    <w:tr w:rsidR="005A48C4" w14:paraId="1DF2B8AE" w14:textId="77777777">
      <w:trPr>
        <w:jc w:val="center"/>
      </w:trPr>
      <w:tc>
        <w:tcPr>
          <w:tcW w:w="5472" w:type="dxa"/>
          <w:tcBorders>
            <w:top w:val="nil"/>
            <w:left w:val="nil"/>
            <w:bottom w:val="single" w:sz="10" w:space="0" w:color="FDBD21"/>
            <w:right w:val="nil"/>
          </w:tcBorders>
          <w:tcMar>
            <w:top w:w="15" w:type="dxa"/>
            <w:left w:w="0" w:type="dxa"/>
            <w:bottom w:w="25" w:type="dxa"/>
            <w:right w:w="0" w:type="dxa"/>
          </w:tcMar>
        </w:tcPr>
        <w:p w14:paraId="6282A41B" w14:textId="77777777" w:rsidR="005A48C4" w:rsidRDefault="00DF1350">
          <w:pPr>
            <w:pStyle w:val="RunningHeader"/>
          </w:pPr>
          <w:r>
            <w:rPr>
              <w:color w:val="5B6670"/>
            </w:rPr>
            <w:t>[Abbreviated article title]</w:t>
          </w:r>
        </w:p>
      </w:tc>
      <w:tc>
        <w:tcPr>
          <w:tcW w:w="5472" w:type="dxa"/>
          <w:tcBorders>
            <w:top w:val="nil"/>
            <w:left w:val="nil"/>
            <w:bottom w:val="single" w:sz="10" w:space="0" w:color="FDBD21"/>
            <w:right w:val="nil"/>
          </w:tcBorders>
          <w:tcMar>
            <w:top w:w="15" w:type="dxa"/>
            <w:left w:w="0" w:type="dxa"/>
            <w:bottom w:w="25" w:type="dxa"/>
            <w:right w:w="0" w:type="dxa"/>
          </w:tcMar>
        </w:tcPr>
        <w:p w14:paraId="48DE9479" w14:textId="77777777" w:rsidR="005A48C4" w:rsidRDefault="00DF1350">
          <w:pPr>
            <w:pStyle w:val="RunningHeader"/>
            <w:jc w:val="right"/>
          </w:pPr>
          <w:r>
            <w:rPr>
              <w:color w:val="5B6670"/>
            </w:rPr>
            <w:t>JEII | Vol. [00], No. [00] ([Year])</w:t>
          </w:r>
        </w:p>
      </w:tc>
    </w:tr>
  </w:tbl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A535B" w14:textId="77777777" w:rsidR="005A48C4" w:rsidRDefault="005A48C4">
    <w:pPr>
      <w:pStyle w:val="Head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4974"/>
      <w:gridCol w:w="5004"/>
    </w:tblGrid>
    <w:tr w:rsidR="005A48C4" w14:paraId="132AAB79" w14:textId="77777777">
      <w:trPr>
        <w:jc w:val="center"/>
      </w:trPr>
      <w:tc>
        <w:tcPr>
          <w:tcW w:w="5472" w:type="dxa"/>
          <w:tcBorders>
            <w:top w:val="nil"/>
            <w:left w:val="nil"/>
            <w:bottom w:val="single" w:sz="10" w:space="0" w:color="FDBD21"/>
            <w:right w:val="nil"/>
          </w:tcBorders>
          <w:tcMar>
            <w:top w:w="15" w:type="dxa"/>
            <w:left w:w="0" w:type="dxa"/>
            <w:bottom w:w="25" w:type="dxa"/>
            <w:right w:w="0" w:type="dxa"/>
          </w:tcMar>
        </w:tcPr>
        <w:p w14:paraId="16AC9074" w14:textId="77777777" w:rsidR="005A48C4" w:rsidRDefault="00DF1350">
          <w:pPr>
            <w:pStyle w:val="RunningHeader"/>
          </w:pPr>
          <w:r>
            <w:rPr>
              <w:color w:val="5B6670"/>
            </w:rPr>
            <w:t>[Author surname et al.] | JEII</w:t>
          </w:r>
        </w:p>
      </w:tc>
      <w:tc>
        <w:tcPr>
          <w:tcW w:w="5472" w:type="dxa"/>
          <w:tcBorders>
            <w:top w:val="nil"/>
            <w:left w:val="nil"/>
            <w:bottom w:val="single" w:sz="10" w:space="0" w:color="FDBD21"/>
            <w:right w:val="nil"/>
          </w:tcBorders>
          <w:tcMar>
            <w:top w:w="15" w:type="dxa"/>
            <w:left w:w="0" w:type="dxa"/>
            <w:bottom w:w="25" w:type="dxa"/>
            <w:right w:w="0" w:type="dxa"/>
          </w:tcMar>
        </w:tcPr>
        <w:p w14:paraId="752E7AD1" w14:textId="77777777" w:rsidR="005A48C4" w:rsidRDefault="00DF1350">
          <w:pPr>
            <w:pStyle w:val="RunningHeader"/>
            <w:jc w:val="right"/>
          </w:pPr>
          <w:r>
            <w:rPr>
              <w:color w:val="5B6670"/>
            </w:rPr>
            <w:t>[Abbreviated article title]</w:t>
          </w:r>
        </w:p>
      </w:tc>
    </w:tr>
  </w:tbl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230F1" w14:textId="77777777" w:rsidR="005A48C4" w:rsidRDefault="005A48C4">
    <w:pPr>
      <w:pStyle w:val="Head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5008"/>
      <w:gridCol w:w="4970"/>
    </w:tblGrid>
    <w:tr w:rsidR="005A48C4" w14:paraId="199297C2" w14:textId="77777777">
      <w:trPr>
        <w:jc w:val="center"/>
      </w:trPr>
      <w:tc>
        <w:tcPr>
          <w:tcW w:w="5472" w:type="dxa"/>
          <w:tcBorders>
            <w:top w:val="nil"/>
            <w:left w:val="nil"/>
            <w:bottom w:val="single" w:sz="10" w:space="0" w:color="FDBD21"/>
            <w:right w:val="nil"/>
          </w:tcBorders>
          <w:tcMar>
            <w:top w:w="15" w:type="dxa"/>
            <w:left w:w="0" w:type="dxa"/>
            <w:bottom w:w="25" w:type="dxa"/>
            <w:right w:w="0" w:type="dxa"/>
          </w:tcMar>
        </w:tcPr>
        <w:p w14:paraId="0AEC5603" w14:textId="77777777" w:rsidR="005A48C4" w:rsidRDefault="00DF1350">
          <w:pPr>
            <w:pStyle w:val="RunningHeader"/>
          </w:pPr>
          <w:r>
            <w:rPr>
              <w:color w:val="5B6670"/>
            </w:rPr>
            <w:t>[Abbreviated article title]</w:t>
          </w:r>
        </w:p>
      </w:tc>
      <w:tc>
        <w:tcPr>
          <w:tcW w:w="5472" w:type="dxa"/>
          <w:tcBorders>
            <w:top w:val="nil"/>
            <w:left w:val="nil"/>
            <w:bottom w:val="single" w:sz="10" w:space="0" w:color="FDBD21"/>
            <w:right w:val="nil"/>
          </w:tcBorders>
          <w:tcMar>
            <w:top w:w="15" w:type="dxa"/>
            <w:left w:w="0" w:type="dxa"/>
            <w:bottom w:w="25" w:type="dxa"/>
            <w:right w:w="0" w:type="dxa"/>
          </w:tcMar>
        </w:tcPr>
        <w:p w14:paraId="27AC5701" w14:textId="77777777" w:rsidR="005A48C4" w:rsidRDefault="00DF1350">
          <w:pPr>
            <w:pStyle w:val="RunningHeader"/>
            <w:jc w:val="right"/>
          </w:pPr>
          <w:r>
            <w:rPr>
              <w:color w:val="5B6670"/>
            </w:rPr>
            <w:t>JEII | Vol. [00], No. [00] ([Year])</w:t>
          </w:r>
        </w:p>
      </w:tc>
    </w:tr>
  </w:tbl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0D977" w14:textId="77777777" w:rsidR="005A48C4" w:rsidRDefault="005A48C4">
    <w:pPr>
      <w:pStyle w:val="Head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4974"/>
      <w:gridCol w:w="5004"/>
    </w:tblGrid>
    <w:tr w:rsidR="005A48C4" w14:paraId="24D91D7B" w14:textId="77777777">
      <w:trPr>
        <w:jc w:val="center"/>
      </w:trPr>
      <w:tc>
        <w:tcPr>
          <w:tcW w:w="5472" w:type="dxa"/>
          <w:tcBorders>
            <w:top w:val="nil"/>
            <w:left w:val="nil"/>
            <w:bottom w:val="single" w:sz="10" w:space="0" w:color="FDBD21"/>
            <w:right w:val="nil"/>
          </w:tcBorders>
          <w:tcMar>
            <w:top w:w="15" w:type="dxa"/>
            <w:left w:w="0" w:type="dxa"/>
            <w:bottom w:w="25" w:type="dxa"/>
            <w:right w:w="0" w:type="dxa"/>
          </w:tcMar>
        </w:tcPr>
        <w:p w14:paraId="7CD378FA" w14:textId="77777777" w:rsidR="005A48C4" w:rsidRDefault="00DF1350">
          <w:pPr>
            <w:pStyle w:val="RunningHeader"/>
          </w:pPr>
          <w:r>
            <w:rPr>
              <w:color w:val="5B6670"/>
            </w:rPr>
            <w:t>[Author surname et al.] | JEII</w:t>
          </w:r>
        </w:p>
      </w:tc>
      <w:tc>
        <w:tcPr>
          <w:tcW w:w="5472" w:type="dxa"/>
          <w:tcBorders>
            <w:top w:val="nil"/>
            <w:left w:val="nil"/>
            <w:bottom w:val="single" w:sz="10" w:space="0" w:color="FDBD21"/>
            <w:right w:val="nil"/>
          </w:tcBorders>
          <w:tcMar>
            <w:top w:w="15" w:type="dxa"/>
            <w:left w:w="0" w:type="dxa"/>
            <w:bottom w:w="25" w:type="dxa"/>
            <w:right w:w="0" w:type="dxa"/>
          </w:tcMar>
        </w:tcPr>
        <w:p w14:paraId="57D516D0" w14:textId="77777777" w:rsidR="005A48C4" w:rsidRDefault="00DF1350">
          <w:pPr>
            <w:pStyle w:val="RunningHeader"/>
            <w:jc w:val="right"/>
          </w:pPr>
          <w:r>
            <w:rPr>
              <w:color w:val="5B6670"/>
            </w:rPr>
            <w:t>[Abbreviated article title]</w:t>
          </w:r>
        </w:p>
      </w:tc>
    </w:tr>
  </w:tbl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C35B1" w14:textId="77777777" w:rsidR="005A48C4" w:rsidRDefault="005A48C4">
    <w:pPr>
      <w:pStyle w:val="Head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5008"/>
      <w:gridCol w:w="4970"/>
    </w:tblGrid>
    <w:tr w:rsidR="005A48C4" w14:paraId="3AC8B2CD" w14:textId="77777777">
      <w:trPr>
        <w:jc w:val="center"/>
      </w:trPr>
      <w:tc>
        <w:tcPr>
          <w:tcW w:w="5472" w:type="dxa"/>
          <w:tcBorders>
            <w:top w:val="nil"/>
            <w:left w:val="nil"/>
            <w:bottom w:val="single" w:sz="10" w:space="0" w:color="FDBD21"/>
            <w:right w:val="nil"/>
          </w:tcBorders>
          <w:tcMar>
            <w:top w:w="15" w:type="dxa"/>
            <w:left w:w="0" w:type="dxa"/>
            <w:bottom w:w="25" w:type="dxa"/>
            <w:right w:w="0" w:type="dxa"/>
          </w:tcMar>
        </w:tcPr>
        <w:p w14:paraId="36B4CB2D" w14:textId="77777777" w:rsidR="005A48C4" w:rsidRDefault="00DF1350">
          <w:pPr>
            <w:pStyle w:val="RunningHeader"/>
          </w:pPr>
          <w:r>
            <w:rPr>
              <w:color w:val="5B6670"/>
            </w:rPr>
            <w:t>[Abbreviated article title]</w:t>
          </w:r>
        </w:p>
      </w:tc>
      <w:tc>
        <w:tcPr>
          <w:tcW w:w="5472" w:type="dxa"/>
          <w:tcBorders>
            <w:top w:val="nil"/>
            <w:left w:val="nil"/>
            <w:bottom w:val="single" w:sz="10" w:space="0" w:color="FDBD21"/>
            <w:right w:val="nil"/>
          </w:tcBorders>
          <w:tcMar>
            <w:top w:w="15" w:type="dxa"/>
            <w:left w:w="0" w:type="dxa"/>
            <w:bottom w:w="25" w:type="dxa"/>
            <w:right w:w="0" w:type="dxa"/>
          </w:tcMar>
        </w:tcPr>
        <w:p w14:paraId="50E34B33" w14:textId="77777777" w:rsidR="005A48C4" w:rsidRDefault="00DF1350">
          <w:pPr>
            <w:pStyle w:val="RunningHeader"/>
            <w:jc w:val="right"/>
          </w:pPr>
          <w:r>
            <w:rPr>
              <w:color w:val="5B6670"/>
            </w:rPr>
            <w:t>JEII | Vol. [00], No. [00] ([Year])</w:t>
          </w:r>
        </w:p>
      </w:tc>
    </w:tr>
  </w:tbl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22B7A" w14:textId="77777777" w:rsidR="005A48C4" w:rsidRDefault="005A48C4">
    <w:pPr>
      <w:pStyle w:val="Head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4974"/>
      <w:gridCol w:w="5004"/>
    </w:tblGrid>
    <w:tr w:rsidR="005A48C4" w14:paraId="40FDDF6E" w14:textId="77777777">
      <w:trPr>
        <w:jc w:val="center"/>
      </w:trPr>
      <w:tc>
        <w:tcPr>
          <w:tcW w:w="5472" w:type="dxa"/>
          <w:tcBorders>
            <w:top w:val="nil"/>
            <w:left w:val="nil"/>
            <w:bottom w:val="single" w:sz="10" w:space="0" w:color="FDBD21"/>
            <w:right w:val="nil"/>
          </w:tcBorders>
          <w:tcMar>
            <w:top w:w="15" w:type="dxa"/>
            <w:left w:w="0" w:type="dxa"/>
            <w:bottom w:w="25" w:type="dxa"/>
            <w:right w:w="0" w:type="dxa"/>
          </w:tcMar>
        </w:tcPr>
        <w:p w14:paraId="22AAF22A" w14:textId="77777777" w:rsidR="005A48C4" w:rsidRDefault="00DF1350">
          <w:pPr>
            <w:pStyle w:val="RunningHeader"/>
          </w:pPr>
          <w:r>
            <w:rPr>
              <w:color w:val="5B6670"/>
            </w:rPr>
            <w:t>[Author surname et al.] | JEII</w:t>
          </w:r>
        </w:p>
      </w:tc>
      <w:tc>
        <w:tcPr>
          <w:tcW w:w="5472" w:type="dxa"/>
          <w:tcBorders>
            <w:top w:val="nil"/>
            <w:left w:val="nil"/>
            <w:bottom w:val="single" w:sz="10" w:space="0" w:color="FDBD21"/>
            <w:right w:val="nil"/>
          </w:tcBorders>
          <w:tcMar>
            <w:top w:w="15" w:type="dxa"/>
            <w:left w:w="0" w:type="dxa"/>
            <w:bottom w:w="25" w:type="dxa"/>
            <w:right w:w="0" w:type="dxa"/>
          </w:tcMar>
        </w:tcPr>
        <w:p w14:paraId="1318FF11" w14:textId="77777777" w:rsidR="005A48C4" w:rsidRDefault="00DF1350">
          <w:pPr>
            <w:pStyle w:val="RunningHeader"/>
            <w:jc w:val="right"/>
          </w:pPr>
          <w:r>
            <w:rPr>
              <w:color w:val="5B6670"/>
            </w:rPr>
            <w:t>[Abbreviated article title]</w:t>
          </w:r>
        </w:p>
      </w:tc>
    </w:tr>
  </w:tbl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603B3" w14:textId="77777777" w:rsidR="005A48C4" w:rsidRDefault="005A48C4">
    <w:pPr>
      <w:pStyle w:val="Head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5008"/>
      <w:gridCol w:w="4970"/>
    </w:tblGrid>
    <w:tr w:rsidR="005A48C4" w14:paraId="462E30A2" w14:textId="77777777">
      <w:trPr>
        <w:jc w:val="center"/>
      </w:trPr>
      <w:tc>
        <w:tcPr>
          <w:tcW w:w="5472" w:type="dxa"/>
          <w:tcBorders>
            <w:top w:val="nil"/>
            <w:left w:val="nil"/>
            <w:bottom w:val="single" w:sz="10" w:space="0" w:color="FDBD21"/>
            <w:right w:val="nil"/>
          </w:tcBorders>
          <w:tcMar>
            <w:top w:w="15" w:type="dxa"/>
            <w:left w:w="0" w:type="dxa"/>
            <w:bottom w:w="25" w:type="dxa"/>
            <w:right w:w="0" w:type="dxa"/>
          </w:tcMar>
        </w:tcPr>
        <w:p w14:paraId="0A08A826" w14:textId="77777777" w:rsidR="005A48C4" w:rsidRDefault="00DF1350">
          <w:pPr>
            <w:pStyle w:val="RunningHeader"/>
          </w:pPr>
          <w:r>
            <w:rPr>
              <w:color w:val="5B6670"/>
            </w:rPr>
            <w:t>[Abbreviated article title]</w:t>
          </w:r>
        </w:p>
      </w:tc>
      <w:tc>
        <w:tcPr>
          <w:tcW w:w="5472" w:type="dxa"/>
          <w:tcBorders>
            <w:top w:val="nil"/>
            <w:left w:val="nil"/>
            <w:bottom w:val="single" w:sz="10" w:space="0" w:color="FDBD21"/>
            <w:right w:val="nil"/>
          </w:tcBorders>
          <w:tcMar>
            <w:top w:w="15" w:type="dxa"/>
            <w:left w:w="0" w:type="dxa"/>
            <w:bottom w:w="25" w:type="dxa"/>
            <w:right w:w="0" w:type="dxa"/>
          </w:tcMar>
        </w:tcPr>
        <w:p w14:paraId="09275D2D" w14:textId="77777777" w:rsidR="005A48C4" w:rsidRDefault="00DF1350">
          <w:pPr>
            <w:pStyle w:val="RunningHeader"/>
            <w:jc w:val="right"/>
          </w:pPr>
          <w:r>
            <w:rPr>
              <w:color w:val="5B6670"/>
            </w:rPr>
            <w:t>JEII | Vol. [00], No. [00] ([Year])</w:t>
          </w:r>
        </w:p>
      </w:tc>
    </w:tr>
  </w:tbl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7C6DE8" w14:textId="77777777" w:rsidR="005A48C4" w:rsidRDefault="005A48C4">
    <w:pPr>
      <w:pStyle w:val="Head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4974"/>
      <w:gridCol w:w="5004"/>
    </w:tblGrid>
    <w:tr w:rsidR="005A48C4" w14:paraId="1AD4BF29" w14:textId="77777777">
      <w:trPr>
        <w:jc w:val="center"/>
      </w:trPr>
      <w:tc>
        <w:tcPr>
          <w:tcW w:w="5472" w:type="dxa"/>
          <w:tcBorders>
            <w:top w:val="nil"/>
            <w:left w:val="nil"/>
            <w:bottom w:val="single" w:sz="10" w:space="0" w:color="FDBD21"/>
            <w:right w:val="nil"/>
          </w:tcBorders>
          <w:tcMar>
            <w:top w:w="15" w:type="dxa"/>
            <w:left w:w="0" w:type="dxa"/>
            <w:bottom w:w="25" w:type="dxa"/>
            <w:right w:w="0" w:type="dxa"/>
          </w:tcMar>
        </w:tcPr>
        <w:p w14:paraId="7A9121EA" w14:textId="77777777" w:rsidR="005A48C4" w:rsidRDefault="00DF1350">
          <w:pPr>
            <w:pStyle w:val="RunningHeader"/>
          </w:pPr>
          <w:r>
            <w:rPr>
              <w:color w:val="5B6670"/>
            </w:rPr>
            <w:t>[Author surname et al.] | JEII</w:t>
          </w:r>
        </w:p>
      </w:tc>
      <w:tc>
        <w:tcPr>
          <w:tcW w:w="5472" w:type="dxa"/>
          <w:tcBorders>
            <w:top w:val="nil"/>
            <w:left w:val="nil"/>
            <w:bottom w:val="single" w:sz="10" w:space="0" w:color="FDBD21"/>
            <w:right w:val="nil"/>
          </w:tcBorders>
          <w:tcMar>
            <w:top w:w="15" w:type="dxa"/>
            <w:left w:w="0" w:type="dxa"/>
            <w:bottom w:w="25" w:type="dxa"/>
            <w:right w:w="0" w:type="dxa"/>
          </w:tcMar>
        </w:tcPr>
        <w:p w14:paraId="2CCEF689" w14:textId="77777777" w:rsidR="005A48C4" w:rsidRDefault="00DF1350">
          <w:pPr>
            <w:pStyle w:val="RunningHeader"/>
            <w:jc w:val="right"/>
          </w:pPr>
          <w:r>
            <w:rPr>
              <w:color w:val="5B6670"/>
            </w:rPr>
            <w:t>[Abbreviated article title]</w:t>
          </w:r>
        </w:p>
      </w:tc>
    </w:tr>
  </w:tbl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2AF03" w14:textId="77777777" w:rsidR="005A48C4" w:rsidRDefault="005A48C4">
    <w:pPr>
      <w:pStyle w:val="Head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5008"/>
      <w:gridCol w:w="4970"/>
    </w:tblGrid>
    <w:tr w:rsidR="005A48C4" w14:paraId="04F0C0E2" w14:textId="77777777">
      <w:trPr>
        <w:jc w:val="center"/>
      </w:trPr>
      <w:tc>
        <w:tcPr>
          <w:tcW w:w="5472" w:type="dxa"/>
          <w:tcBorders>
            <w:top w:val="nil"/>
            <w:left w:val="nil"/>
            <w:bottom w:val="single" w:sz="10" w:space="0" w:color="FDBD21"/>
            <w:right w:val="nil"/>
          </w:tcBorders>
          <w:tcMar>
            <w:top w:w="15" w:type="dxa"/>
            <w:left w:w="0" w:type="dxa"/>
            <w:bottom w:w="25" w:type="dxa"/>
            <w:right w:w="0" w:type="dxa"/>
          </w:tcMar>
        </w:tcPr>
        <w:p w14:paraId="3BD0F882" w14:textId="77777777" w:rsidR="005A48C4" w:rsidRDefault="00DF1350">
          <w:pPr>
            <w:pStyle w:val="RunningHeader"/>
          </w:pPr>
          <w:r>
            <w:rPr>
              <w:color w:val="5B6670"/>
            </w:rPr>
            <w:t>[Abbreviated article title]</w:t>
          </w:r>
        </w:p>
      </w:tc>
      <w:tc>
        <w:tcPr>
          <w:tcW w:w="5472" w:type="dxa"/>
          <w:tcBorders>
            <w:top w:val="nil"/>
            <w:left w:val="nil"/>
            <w:bottom w:val="single" w:sz="10" w:space="0" w:color="FDBD21"/>
            <w:right w:val="nil"/>
          </w:tcBorders>
          <w:tcMar>
            <w:top w:w="15" w:type="dxa"/>
            <w:left w:w="0" w:type="dxa"/>
            <w:bottom w:w="25" w:type="dxa"/>
            <w:right w:w="0" w:type="dxa"/>
          </w:tcMar>
        </w:tcPr>
        <w:p w14:paraId="5ADA54B6" w14:textId="77777777" w:rsidR="005A48C4" w:rsidRDefault="00DF1350">
          <w:pPr>
            <w:pStyle w:val="RunningHeader"/>
            <w:jc w:val="right"/>
          </w:pPr>
          <w:r>
            <w:rPr>
              <w:color w:val="5B6670"/>
            </w:rPr>
            <w:t>JEII | Vol. [00], No. [00] ([Year])</w:t>
          </w:r>
        </w:p>
      </w:tc>
    </w:tr>
  </w:tbl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C3A14" w14:textId="77777777" w:rsidR="005A48C4" w:rsidRDefault="005A48C4">
    <w:pPr>
      <w:pStyle w:val="Head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4974"/>
      <w:gridCol w:w="5004"/>
    </w:tblGrid>
    <w:tr w:rsidR="005A48C4" w14:paraId="09F2AC55" w14:textId="77777777">
      <w:trPr>
        <w:jc w:val="center"/>
      </w:trPr>
      <w:tc>
        <w:tcPr>
          <w:tcW w:w="5472" w:type="dxa"/>
          <w:tcBorders>
            <w:top w:val="nil"/>
            <w:left w:val="nil"/>
            <w:bottom w:val="single" w:sz="10" w:space="0" w:color="FDBD21"/>
            <w:right w:val="nil"/>
          </w:tcBorders>
          <w:tcMar>
            <w:top w:w="15" w:type="dxa"/>
            <w:left w:w="0" w:type="dxa"/>
            <w:bottom w:w="25" w:type="dxa"/>
            <w:right w:w="0" w:type="dxa"/>
          </w:tcMar>
        </w:tcPr>
        <w:p w14:paraId="2D0CD035" w14:textId="77777777" w:rsidR="005A48C4" w:rsidRDefault="00DF1350">
          <w:pPr>
            <w:pStyle w:val="RunningHeader"/>
          </w:pPr>
          <w:r>
            <w:rPr>
              <w:color w:val="5B6670"/>
            </w:rPr>
            <w:t>[Author surname et al.] | JEII</w:t>
          </w:r>
        </w:p>
      </w:tc>
      <w:tc>
        <w:tcPr>
          <w:tcW w:w="5472" w:type="dxa"/>
          <w:tcBorders>
            <w:top w:val="nil"/>
            <w:left w:val="nil"/>
            <w:bottom w:val="single" w:sz="10" w:space="0" w:color="FDBD21"/>
            <w:right w:val="nil"/>
          </w:tcBorders>
          <w:tcMar>
            <w:top w:w="15" w:type="dxa"/>
            <w:left w:w="0" w:type="dxa"/>
            <w:bottom w:w="25" w:type="dxa"/>
            <w:right w:w="0" w:type="dxa"/>
          </w:tcMar>
        </w:tcPr>
        <w:p w14:paraId="5F9C4AE9" w14:textId="77777777" w:rsidR="005A48C4" w:rsidRDefault="00DF1350">
          <w:pPr>
            <w:pStyle w:val="RunningHeader"/>
            <w:jc w:val="right"/>
          </w:pPr>
          <w:r>
            <w:rPr>
              <w:color w:val="5B6670"/>
            </w:rPr>
            <w:t>[Abbreviated article title]</w:t>
          </w:r>
        </w:p>
      </w:tc>
    </w:tr>
  </w:tbl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B13B5" w14:textId="77777777" w:rsidR="005A48C4" w:rsidRDefault="005A48C4">
    <w:pPr>
      <w:pStyle w:val="Head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5008"/>
      <w:gridCol w:w="4970"/>
    </w:tblGrid>
    <w:tr w:rsidR="005A48C4" w14:paraId="78B38880" w14:textId="77777777">
      <w:trPr>
        <w:jc w:val="center"/>
      </w:trPr>
      <w:tc>
        <w:tcPr>
          <w:tcW w:w="5472" w:type="dxa"/>
          <w:tcBorders>
            <w:top w:val="nil"/>
            <w:left w:val="nil"/>
            <w:bottom w:val="single" w:sz="10" w:space="0" w:color="FDBD21"/>
            <w:right w:val="nil"/>
          </w:tcBorders>
          <w:tcMar>
            <w:top w:w="15" w:type="dxa"/>
            <w:left w:w="0" w:type="dxa"/>
            <w:bottom w:w="25" w:type="dxa"/>
            <w:right w:w="0" w:type="dxa"/>
          </w:tcMar>
        </w:tcPr>
        <w:p w14:paraId="236FCBD7" w14:textId="77777777" w:rsidR="005A48C4" w:rsidRDefault="00DF1350">
          <w:pPr>
            <w:pStyle w:val="RunningHeader"/>
          </w:pPr>
          <w:r>
            <w:rPr>
              <w:color w:val="5B6670"/>
            </w:rPr>
            <w:t>[Abbreviated article title]</w:t>
          </w:r>
        </w:p>
      </w:tc>
      <w:tc>
        <w:tcPr>
          <w:tcW w:w="5472" w:type="dxa"/>
          <w:tcBorders>
            <w:top w:val="nil"/>
            <w:left w:val="nil"/>
            <w:bottom w:val="single" w:sz="10" w:space="0" w:color="FDBD21"/>
            <w:right w:val="nil"/>
          </w:tcBorders>
          <w:tcMar>
            <w:top w:w="15" w:type="dxa"/>
            <w:left w:w="0" w:type="dxa"/>
            <w:bottom w:w="25" w:type="dxa"/>
            <w:right w:w="0" w:type="dxa"/>
          </w:tcMar>
        </w:tcPr>
        <w:p w14:paraId="12EBBCB8" w14:textId="77777777" w:rsidR="005A48C4" w:rsidRDefault="00DF1350">
          <w:pPr>
            <w:pStyle w:val="RunningHeader"/>
            <w:jc w:val="right"/>
          </w:pPr>
          <w:r>
            <w:rPr>
              <w:color w:val="5B6670"/>
            </w:rPr>
            <w:t>JEII | Vol. [00], No. [00] ([Year])</w:t>
          </w:r>
        </w:p>
      </w:tc>
    </w:tr>
  </w:tbl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419BE" w14:textId="77777777" w:rsidR="005A48C4" w:rsidRDefault="005A48C4">
    <w:pPr>
      <w:pStyle w:val="Head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4974"/>
      <w:gridCol w:w="5004"/>
    </w:tblGrid>
    <w:tr w:rsidR="005A48C4" w14:paraId="7CAFE9E6" w14:textId="77777777">
      <w:trPr>
        <w:jc w:val="center"/>
      </w:trPr>
      <w:tc>
        <w:tcPr>
          <w:tcW w:w="5472" w:type="dxa"/>
          <w:tcBorders>
            <w:top w:val="nil"/>
            <w:left w:val="nil"/>
            <w:bottom w:val="single" w:sz="10" w:space="0" w:color="FDBD21"/>
            <w:right w:val="nil"/>
          </w:tcBorders>
          <w:tcMar>
            <w:top w:w="15" w:type="dxa"/>
            <w:left w:w="0" w:type="dxa"/>
            <w:bottom w:w="25" w:type="dxa"/>
            <w:right w:w="0" w:type="dxa"/>
          </w:tcMar>
        </w:tcPr>
        <w:p w14:paraId="207C78A6" w14:textId="77777777" w:rsidR="005A48C4" w:rsidRDefault="00DF1350">
          <w:pPr>
            <w:pStyle w:val="RunningHeader"/>
          </w:pPr>
          <w:r>
            <w:rPr>
              <w:color w:val="5B6670"/>
            </w:rPr>
            <w:t>[Author surname et al.] | JEII</w:t>
          </w:r>
        </w:p>
      </w:tc>
      <w:tc>
        <w:tcPr>
          <w:tcW w:w="5472" w:type="dxa"/>
          <w:tcBorders>
            <w:top w:val="nil"/>
            <w:left w:val="nil"/>
            <w:bottom w:val="single" w:sz="10" w:space="0" w:color="FDBD21"/>
            <w:right w:val="nil"/>
          </w:tcBorders>
          <w:tcMar>
            <w:top w:w="15" w:type="dxa"/>
            <w:left w:w="0" w:type="dxa"/>
            <w:bottom w:w="25" w:type="dxa"/>
            <w:right w:w="0" w:type="dxa"/>
          </w:tcMar>
        </w:tcPr>
        <w:p w14:paraId="622D3DFC" w14:textId="77777777" w:rsidR="005A48C4" w:rsidRDefault="00DF1350">
          <w:pPr>
            <w:pStyle w:val="RunningHeader"/>
            <w:jc w:val="right"/>
          </w:pPr>
          <w:r>
            <w:rPr>
              <w:color w:val="5B6670"/>
            </w:rPr>
            <w:t>[Abbreviated article title]</w:t>
          </w:r>
        </w:p>
      </w:tc>
    </w:tr>
  </w:tbl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B77C8" w14:textId="77777777" w:rsidR="005A48C4" w:rsidRDefault="005A48C4">
    <w:pPr>
      <w:pStyle w:val="Head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5008"/>
      <w:gridCol w:w="4970"/>
    </w:tblGrid>
    <w:tr w:rsidR="005A48C4" w14:paraId="6969344F" w14:textId="77777777">
      <w:trPr>
        <w:jc w:val="center"/>
      </w:trPr>
      <w:tc>
        <w:tcPr>
          <w:tcW w:w="5472" w:type="dxa"/>
          <w:tcBorders>
            <w:top w:val="nil"/>
            <w:left w:val="nil"/>
            <w:bottom w:val="single" w:sz="10" w:space="0" w:color="FDBD21"/>
            <w:right w:val="nil"/>
          </w:tcBorders>
          <w:tcMar>
            <w:top w:w="15" w:type="dxa"/>
            <w:left w:w="0" w:type="dxa"/>
            <w:bottom w:w="25" w:type="dxa"/>
            <w:right w:w="0" w:type="dxa"/>
          </w:tcMar>
        </w:tcPr>
        <w:p w14:paraId="5B7EF3A5" w14:textId="77777777" w:rsidR="005A48C4" w:rsidRDefault="00DF1350">
          <w:pPr>
            <w:pStyle w:val="RunningHeader"/>
          </w:pPr>
          <w:r>
            <w:rPr>
              <w:color w:val="5B6670"/>
            </w:rPr>
            <w:t>[Abbreviated article title]</w:t>
          </w:r>
        </w:p>
      </w:tc>
      <w:tc>
        <w:tcPr>
          <w:tcW w:w="5472" w:type="dxa"/>
          <w:tcBorders>
            <w:top w:val="nil"/>
            <w:left w:val="nil"/>
            <w:bottom w:val="single" w:sz="10" w:space="0" w:color="FDBD21"/>
            <w:right w:val="nil"/>
          </w:tcBorders>
          <w:tcMar>
            <w:top w:w="15" w:type="dxa"/>
            <w:left w:w="0" w:type="dxa"/>
            <w:bottom w:w="25" w:type="dxa"/>
            <w:right w:w="0" w:type="dxa"/>
          </w:tcMar>
        </w:tcPr>
        <w:p w14:paraId="3055DF6D" w14:textId="77777777" w:rsidR="005A48C4" w:rsidRDefault="00DF1350">
          <w:pPr>
            <w:pStyle w:val="RunningHeader"/>
            <w:jc w:val="right"/>
          </w:pPr>
          <w:r>
            <w:rPr>
              <w:color w:val="5B6670"/>
            </w:rPr>
            <w:t>JEII | Vol. [00], No. [00] ([Year])</w:t>
          </w:r>
        </w:p>
      </w:tc>
    </w:tr>
  </w:tbl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682C4" w14:textId="77777777" w:rsidR="005A48C4" w:rsidRDefault="005A48C4">
    <w:pPr>
      <w:pStyle w:val="Head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4974"/>
      <w:gridCol w:w="5004"/>
    </w:tblGrid>
    <w:tr w:rsidR="005A48C4" w14:paraId="5E23043F" w14:textId="77777777">
      <w:trPr>
        <w:jc w:val="center"/>
      </w:trPr>
      <w:tc>
        <w:tcPr>
          <w:tcW w:w="5472" w:type="dxa"/>
          <w:tcBorders>
            <w:top w:val="nil"/>
            <w:left w:val="nil"/>
            <w:bottom w:val="single" w:sz="10" w:space="0" w:color="FDBD21"/>
            <w:right w:val="nil"/>
          </w:tcBorders>
          <w:tcMar>
            <w:top w:w="15" w:type="dxa"/>
            <w:left w:w="0" w:type="dxa"/>
            <w:bottom w:w="25" w:type="dxa"/>
            <w:right w:w="0" w:type="dxa"/>
          </w:tcMar>
        </w:tcPr>
        <w:p w14:paraId="4AE359DE" w14:textId="77777777" w:rsidR="005A48C4" w:rsidRDefault="00DF1350">
          <w:pPr>
            <w:pStyle w:val="RunningHeader"/>
          </w:pPr>
          <w:r>
            <w:rPr>
              <w:color w:val="5B6670"/>
            </w:rPr>
            <w:t>[Author surname et al.] | JEII</w:t>
          </w:r>
        </w:p>
      </w:tc>
      <w:tc>
        <w:tcPr>
          <w:tcW w:w="5472" w:type="dxa"/>
          <w:tcBorders>
            <w:top w:val="nil"/>
            <w:left w:val="nil"/>
            <w:bottom w:val="single" w:sz="10" w:space="0" w:color="FDBD21"/>
            <w:right w:val="nil"/>
          </w:tcBorders>
          <w:tcMar>
            <w:top w:w="15" w:type="dxa"/>
            <w:left w:w="0" w:type="dxa"/>
            <w:bottom w:w="25" w:type="dxa"/>
            <w:right w:w="0" w:type="dxa"/>
          </w:tcMar>
        </w:tcPr>
        <w:p w14:paraId="0EFB6A20" w14:textId="77777777" w:rsidR="005A48C4" w:rsidRDefault="00DF1350">
          <w:pPr>
            <w:pStyle w:val="RunningHeader"/>
            <w:jc w:val="right"/>
          </w:pPr>
          <w:r>
            <w:rPr>
              <w:color w:val="5B6670"/>
            </w:rPr>
            <w:t>[Abbreviated article title]</w:t>
          </w:r>
        </w:p>
      </w:tc>
    </w:tr>
  </w:tbl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3FBB3" w14:textId="77777777" w:rsidR="005A48C4" w:rsidRDefault="005A48C4">
    <w:pPr>
      <w:pStyle w:val="Header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5008"/>
      <w:gridCol w:w="4970"/>
    </w:tblGrid>
    <w:tr w:rsidR="005A48C4" w14:paraId="752D8056" w14:textId="77777777">
      <w:trPr>
        <w:jc w:val="center"/>
      </w:trPr>
      <w:tc>
        <w:tcPr>
          <w:tcW w:w="5472" w:type="dxa"/>
          <w:tcBorders>
            <w:top w:val="nil"/>
            <w:left w:val="nil"/>
            <w:bottom w:val="single" w:sz="10" w:space="0" w:color="FDBD21"/>
            <w:right w:val="nil"/>
          </w:tcBorders>
          <w:tcMar>
            <w:top w:w="15" w:type="dxa"/>
            <w:left w:w="0" w:type="dxa"/>
            <w:bottom w:w="25" w:type="dxa"/>
            <w:right w:w="0" w:type="dxa"/>
          </w:tcMar>
        </w:tcPr>
        <w:p w14:paraId="30ABB9A0" w14:textId="77777777" w:rsidR="005A48C4" w:rsidRDefault="00DF1350">
          <w:pPr>
            <w:pStyle w:val="RunningHeader"/>
          </w:pPr>
          <w:r>
            <w:rPr>
              <w:color w:val="5B6670"/>
            </w:rPr>
            <w:t>[Abbreviated article title]</w:t>
          </w:r>
        </w:p>
      </w:tc>
      <w:tc>
        <w:tcPr>
          <w:tcW w:w="5472" w:type="dxa"/>
          <w:tcBorders>
            <w:top w:val="nil"/>
            <w:left w:val="nil"/>
            <w:bottom w:val="single" w:sz="10" w:space="0" w:color="FDBD21"/>
            <w:right w:val="nil"/>
          </w:tcBorders>
          <w:tcMar>
            <w:top w:w="15" w:type="dxa"/>
            <w:left w:w="0" w:type="dxa"/>
            <w:bottom w:w="25" w:type="dxa"/>
            <w:right w:w="0" w:type="dxa"/>
          </w:tcMar>
        </w:tcPr>
        <w:p w14:paraId="46FD0ECC" w14:textId="77777777" w:rsidR="005A48C4" w:rsidRDefault="00DF1350">
          <w:pPr>
            <w:pStyle w:val="RunningHeader"/>
            <w:jc w:val="right"/>
          </w:pPr>
          <w:r>
            <w:rPr>
              <w:color w:val="5B6670"/>
            </w:rPr>
            <w:t>JEII | Vol. [00], No. [00] ([Year])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B71ED"/>
    <w:rsid w:val="00326F90"/>
    <w:rsid w:val="003D3855"/>
    <w:rsid w:val="00405538"/>
    <w:rsid w:val="004C27B0"/>
    <w:rsid w:val="00525BE0"/>
    <w:rsid w:val="005A48C4"/>
    <w:rsid w:val="007D0997"/>
    <w:rsid w:val="00AA1D8D"/>
    <w:rsid w:val="00B47730"/>
    <w:rsid w:val="00CB0664"/>
    <w:rsid w:val="00DF135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58B529"/>
  <w14:defaultImageDpi w14:val="300"/>
  <w15:docId w15:val="{E3CD49EB-C4FD-4C8F-808A-DC505D57B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10" w:line="259" w:lineRule="auto"/>
      <w:jc w:val="both"/>
    </w:pPr>
    <w:rPr>
      <w:rFonts w:ascii="Noto Serif" w:eastAsia="Noto Serif" w:hAnsi="Noto Serif"/>
      <w:color w:val="20272E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b/>
      <w:bCs/>
      <w:color w:val="17375E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color w:val="17375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/>
      <w:b/>
      <w:bCs/>
      <w:color w:val="A66F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100" w:after="40"/>
      <w:outlineLvl w:val="3"/>
    </w:pPr>
    <w:rPr>
      <w:rFonts w:asciiTheme="majorHAnsi" w:eastAsiaTheme="majorEastAsia" w:hAnsiTheme="majorHAnsi" w:cstheme="majorBidi"/>
      <w:b/>
      <w:bCs/>
      <w:i/>
      <w:iCs/>
      <w:sz w:val="19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JournalMasthead">
    <w:name w:val="Journal Masthead"/>
    <w:pPr>
      <w:spacing w:after="0" w:line="240" w:lineRule="auto"/>
    </w:pPr>
    <w:rPr>
      <w:rFonts w:ascii="Lato" w:eastAsia="Lato" w:hAnsi="Lato"/>
      <w:b/>
      <w:color w:val="17375E"/>
      <w:sz w:val="30"/>
    </w:rPr>
  </w:style>
  <w:style w:type="paragraph" w:customStyle="1" w:styleId="JournalInformation">
    <w:name w:val="Journal Information"/>
    <w:pPr>
      <w:spacing w:after="0" w:line="240" w:lineRule="auto"/>
    </w:pPr>
    <w:rPr>
      <w:rFonts w:ascii="Lato" w:eastAsia="Lato" w:hAnsi="Lato"/>
      <w:color w:val="5B6670"/>
      <w:sz w:val="16"/>
    </w:rPr>
  </w:style>
  <w:style w:type="paragraph" w:customStyle="1" w:styleId="ArticleType">
    <w:name w:val="Article Type"/>
    <w:pPr>
      <w:spacing w:after="0" w:line="240" w:lineRule="auto"/>
    </w:pPr>
    <w:rPr>
      <w:rFonts w:ascii="Lato" w:eastAsia="Lato" w:hAnsi="Lato"/>
      <w:b/>
      <w:color w:val="FFFFFF"/>
      <w:sz w:val="17"/>
    </w:rPr>
  </w:style>
  <w:style w:type="paragraph" w:customStyle="1" w:styleId="ArticleTitle">
    <w:name w:val="Article Title"/>
    <w:pPr>
      <w:keepNext/>
      <w:spacing w:before="120" w:after="140" w:line="245" w:lineRule="auto"/>
    </w:pPr>
    <w:rPr>
      <w:rFonts w:ascii="Noto Serif" w:eastAsia="Noto Serif" w:hAnsi="Noto Serif"/>
      <w:b/>
      <w:color w:val="17375E"/>
      <w:sz w:val="48"/>
    </w:rPr>
  </w:style>
  <w:style w:type="paragraph" w:customStyle="1" w:styleId="ArticleSubtitle">
    <w:name w:val="Article Subtitle"/>
    <w:pPr>
      <w:keepNext/>
      <w:spacing w:line="252" w:lineRule="auto"/>
    </w:pPr>
    <w:rPr>
      <w:rFonts w:ascii="Noto Serif" w:eastAsia="Noto Serif" w:hAnsi="Noto Serif"/>
      <w:i/>
      <w:color w:val="5B6670"/>
      <w:sz w:val="23"/>
    </w:rPr>
  </w:style>
  <w:style w:type="paragraph" w:customStyle="1" w:styleId="AuthorName">
    <w:name w:val="Author Name"/>
    <w:pPr>
      <w:spacing w:before="40" w:after="80" w:line="240" w:lineRule="auto"/>
    </w:pPr>
    <w:rPr>
      <w:rFonts w:ascii="Lato" w:eastAsia="Lato" w:hAnsi="Lato"/>
      <w:b/>
      <w:color w:val="17375E"/>
    </w:rPr>
  </w:style>
  <w:style w:type="paragraph" w:customStyle="1" w:styleId="AuthorAffiliation">
    <w:name w:val="Author Affiliation"/>
    <w:pPr>
      <w:spacing w:after="40" w:line="240" w:lineRule="auto"/>
    </w:pPr>
    <w:rPr>
      <w:rFonts w:ascii="Lato" w:eastAsia="Lato" w:hAnsi="Lato"/>
      <w:color w:val="5B6670"/>
      <w:sz w:val="16"/>
    </w:rPr>
  </w:style>
  <w:style w:type="paragraph" w:customStyle="1" w:styleId="CorrespondingAuthor">
    <w:name w:val="Corresponding Author"/>
    <w:pPr>
      <w:spacing w:after="80" w:line="240" w:lineRule="auto"/>
    </w:pPr>
    <w:rPr>
      <w:rFonts w:ascii="Lato" w:eastAsia="Lato" w:hAnsi="Lato"/>
      <w:color w:val="5B6670"/>
      <w:sz w:val="16"/>
    </w:rPr>
  </w:style>
  <w:style w:type="paragraph" w:customStyle="1" w:styleId="ORCID">
    <w:name w:val="ORCID"/>
    <w:pPr>
      <w:spacing w:after="40" w:line="240" w:lineRule="auto"/>
    </w:pPr>
    <w:rPr>
      <w:rFonts w:ascii="Lato" w:eastAsia="Lato" w:hAnsi="Lato"/>
      <w:color w:val="B65C2E"/>
      <w:sz w:val="16"/>
    </w:rPr>
  </w:style>
  <w:style w:type="paragraph" w:customStyle="1" w:styleId="AbstractHeading">
    <w:name w:val="Abstract Heading"/>
    <w:pPr>
      <w:spacing w:after="80" w:line="240" w:lineRule="auto"/>
    </w:pPr>
    <w:rPr>
      <w:rFonts w:ascii="Lato" w:eastAsia="Lato" w:hAnsi="Lato"/>
      <w:b/>
      <w:color w:val="17375E"/>
      <w:sz w:val="20"/>
    </w:rPr>
  </w:style>
  <w:style w:type="paragraph" w:customStyle="1" w:styleId="AbstractBody">
    <w:name w:val="Abstract Body"/>
    <w:pPr>
      <w:spacing w:after="80" w:line="252" w:lineRule="auto"/>
      <w:jc w:val="both"/>
    </w:pPr>
    <w:rPr>
      <w:rFonts w:ascii="Noto Serif" w:eastAsia="Noto Serif" w:hAnsi="Noto Serif"/>
      <w:color w:val="20272E"/>
      <w:sz w:val="19"/>
    </w:rPr>
  </w:style>
  <w:style w:type="paragraph" w:customStyle="1" w:styleId="Keywords">
    <w:name w:val="Keywords"/>
    <w:pPr>
      <w:spacing w:after="140" w:line="240" w:lineRule="auto"/>
    </w:pPr>
    <w:rPr>
      <w:rFonts w:ascii="Lato" w:eastAsia="Lato" w:hAnsi="Lato"/>
      <w:color w:val="20272E"/>
      <w:sz w:val="17"/>
    </w:rPr>
  </w:style>
  <w:style w:type="paragraph" w:customStyle="1" w:styleId="NormalBody">
    <w:name w:val="Normal Body"/>
    <w:pPr>
      <w:spacing w:after="110" w:line="259" w:lineRule="auto"/>
      <w:jc w:val="both"/>
    </w:pPr>
    <w:rPr>
      <w:rFonts w:ascii="Noto Serif" w:eastAsia="Noto Serif" w:hAnsi="Noto Serif"/>
      <w:color w:val="20272E"/>
      <w:sz w:val="21"/>
    </w:rPr>
  </w:style>
  <w:style w:type="paragraph" w:customStyle="1" w:styleId="FirstParagraph">
    <w:name w:val="First Paragraph"/>
    <w:pPr>
      <w:spacing w:after="110" w:line="259" w:lineRule="auto"/>
      <w:jc w:val="both"/>
    </w:pPr>
    <w:rPr>
      <w:rFonts w:ascii="Noto Serif" w:eastAsia="Noto Serif" w:hAnsi="Noto Serif"/>
      <w:color w:val="20272E"/>
      <w:sz w:val="21"/>
    </w:rPr>
  </w:style>
  <w:style w:type="paragraph" w:customStyle="1" w:styleId="BlockQuote">
    <w:name w:val="Block Quote"/>
    <w:pPr>
      <w:spacing w:before="120" w:after="140" w:line="259" w:lineRule="auto"/>
      <w:ind w:left="510" w:right="340"/>
      <w:jc w:val="both"/>
    </w:pPr>
    <w:rPr>
      <w:rFonts w:ascii="Noto Serif" w:eastAsia="Noto Serif" w:hAnsi="Noto Serif"/>
      <w:i/>
      <w:color w:val="5B6670"/>
      <w:sz w:val="19"/>
    </w:rPr>
  </w:style>
  <w:style w:type="paragraph" w:customStyle="1" w:styleId="ScriptureQuote">
    <w:name w:val="Scripture Quote"/>
    <w:pPr>
      <w:spacing w:before="140" w:after="140" w:line="259" w:lineRule="auto"/>
      <w:ind w:left="510" w:right="340"/>
      <w:jc w:val="both"/>
    </w:pPr>
    <w:rPr>
      <w:rFonts w:ascii="Noto Serif" w:eastAsia="Noto Serif" w:hAnsi="Noto Serif"/>
      <w:i/>
      <w:color w:val="17375E"/>
      <w:sz w:val="19"/>
    </w:rPr>
  </w:style>
  <w:style w:type="paragraph" w:customStyle="1" w:styleId="BulletedList">
    <w:name w:val="Bulleted List"/>
    <w:pPr>
      <w:spacing w:after="60" w:line="259" w:lineRule="auto"/>
      <w:ind w:left="397" w:hanging="170"/>
    </w:pPr>
    <w:rPr>
      <w:rFonts w:ascii="Noto Serif" w:eastAsia="Noto Serif" w:hAnsi="Noto Serif"/>
      <w:color w:val="27323A"/>
      <w:sz w:val="20"/>
    </w:rPr>
  </w:style>
  <w:style w:type="paragraph" w:customStyle="1" w:styleId="NumberedList">
    <w:name w:val="Numbered List"/>
    <w:pPr>
      <w:spacing w:after="60" w:line="259" w:lineRule="auto"/>
      <w:ind w:left="397" w:hanging="170"/>
    </w:pPr>
    <w:rPr>
      <w:rFonts w:ascii="Noto Serif" w:eastAsia="Noto Serif" w:hAnsi="Noto Serif"/>
      <w:color w:val="27323A"/>
      <w:sz w:val="20"/>
    </w:rPr>
  </w:style>
  <w:style w:type="paragraph" w:customStyle="1" w:styleId="TableTitle">
    <w:name w:val="Table Title"/>
    <w:pPr>
      <w:spacing w:before="120" w:after="60" w:line="240" w:lineRule="auto"/>
    </w:pPr>
    <w:rPr>
      <w:rFonts w:ascii="Lato" w:eastAsia="Lato" w:hAnsi="Lato"/>
      <w:b/>
      <w:color w:val="17375E"/>
      <w:sz w:val="17"/>
    </w:rPr>
  </w:style>
  <w:style w:type="paragraph" w:customStyle="1" w:styleId="TableHeader">
    <w:name w:val="Table Header"/>
    <w:pPr>
      <w:spacing w:after="0" w:line="240" w:lineRule="auto"/>
    </w:pPr>
    <w:rPr>
      <w:rFonts w:ascii="Lato" w:eastAsia="Lato" w:hAnsi="Lato"/>
      <w:b/>
      <w:color w:val="FFFFFF"/>
      <w:sz w:val="16"/>
    </w:rPr>
  </w:style>
  <w:style w:type="paragraph" w:customStyle="1" w:styleId="TableBody">
    <w:name w:val="Table Body"/>
    <w:pPr>
      <w:spacing w:after="0" w:line="240" w:lineRule="auto"/>
    </w:pPr>
    <w:rPr>
      <w:rFonts w:ascii="Lato" w:eastAsia="Lato" w:hAnsi="Lato"/>
      <w:color w:val="20272E"/>
      <w:sz w:val="16"/>
    </w:rPr>
  </w:style>
  <w:style w:type="paragraph" w:customStyle="1" w:styleId="FigureCaption">
    <w:name w:val="Figure Caption"/>
    <w:pPr>
      <w:spacing w:before="80" w:after="160" w:line="240" w:lineRule="auto"/>
    </w:pPr>
    <w:rPr>
      <w:rFonts w:ascii="Lato" w:eastAsia="Lato" w:hAnsi="Lato"/>
      <w:color w:val="5B6670"/>
      <w:sz w:val="16"/>
    </w:rPr>
  </w:style>
  <w:style w:type="paragraph" w:customStyle="1" w:styleId="Equation">
    <w:name w:val="Equation"/>
    <w:pPr>
      <w:spacing w:before="100" w:after="100" w:line="240" w:lineRule="auto"/>
    </w:pPr>
    <w:rPr>
      <w:rFonts w:ascii="Noto Serif" w:eastAsia="Noto Serif" w:hAnsi="Noto Serif"/>
      <w:i/>
      <w:color w:val="17375E"/>
    </w:rPr>
  </w:style>
  <w:style w:type="paragraph" w:customStyle="1" w:styleId="FootnoteText1">
    <w:name w:val="Footnote Text1"/>
    <w:pPr>
      <w:spacing w:after="0" w:line="240" w:lineRule="auto"/>
    </w:pPr>
    <w:rPr>
      <w:rFonts w:ascii="Noto Serif" w:eastAsia="Noto Serif" w:hAnsi="Noto Serif"/>
      <w:color w:val="27323A"/>
      <w:sz w:val="16"/>
    </w:rPr>
  </w:style>
  <w:style w:type="paragraph" w:customStyle="1" w:styleId="ReferenceEntry">
    <w:name w:val="Reference Entry"/>
    <w:pPr>
      <w:spacing w:after="50" w:line="240" w:lineRule="auto"/>
      <w:ind w:left="360" w:hanging="360"/>
      <w:jc w:val="both"/>
    </w:pPr>
    <w:rPr>
      <w:rFonts w:ascii="Noto Serif" w:eastAsia="Noto Serif" w:hAnsi="Noto Serif"/>
      <w:color w:val="20272E"/>
      <w:sz w:val="18"/>
    </w:rPr>
  </w:style>
  <w:style w:type="paragraph" w:customStyle="1" w:styleId="AppendixHeading">
    <w:name w:val="Appendix Heading"/>
    <w:pPr>
      <w:spacing w:before="280" w:after="140" w:line="240" w:lineRule="auto"/>
    </w:pPr>
    <w:rPr>
      <w:rFonts w:ascii="Lato" w:eastAsia="Lato" w:hAnsi="Lato"/>
      <w:b/>
      <w:color w:val="B65C2E"/>
      <w:sz w:val="26"/>
    </w:rPr>
  </w:style>
  <w:style w:type="paragraph" w:customStyle="1" w:styleId="MetadataLabel">
    <w:name w:val="Metadata Label"/>
    <w:pPr>
      <w:spacing w:after="0" w:line="240" w:lineRule="auto"/>
    </w:pPr>
    <w:rPr>
      <w:rFonts w:ascii="Lato" w:eastAsia="Lato" w:hAnsi="Lato"/>
      <w:b/>
      <w:color w:val="69757D"/>
      <w:sz w:val="15"/>
    </w:rPr>
  </w:style>
  <w:style w:type="paragraph" w:customStyle="1" w:styleId="MetadataValue">
    <w:name w:val="Metadata Value"/>
    <w:pPr>
      <w:spacing w:after="0" w:line="240" w:lineRule="auto"/>
    </w:pPr>
    <w:rPr>
      <w:rFonts w:ascii="Lato" w:eastAsia="Lato" w:hAnsi="Lato"/>
      <w:color w:val="27323A"/>
      <w:sz w:val="17"/>
    </w:rPr>
  </w:style>
  <w:style w:type="paragraph" w:customStyle="1" w:styleId="RunningHeader">
    <w:name w:val="Running Header"/>
    <w:pPr>
      <w:spacing w:after="0" w:line="240" w:lineRule="auto"/>
    </w:pPr>
    <w:rPr>
      <w:rFonts w:ascii="Lato" w:eastAsia="Lato" w:hAnsi="Lato"/>
      <w:color w:val="69757D"/>
      <w:sz w:val="15"/>
    </w:rPr>
  </w:style>
  <w:style w:type="paragraph" w:customStyle="1" w:styleId="RunningFooter">
    <w:name w:val="Running Footer"/>
    <w:pPr>
      <w:spacing w:after="0" w:line="240" w:lineRule="auto"/>
    </w:pPr>
    <w:rPr>
      <w:rFonts w:ascii="Lato" w:eastAsia="Lato" w:hAnsi="Lato"/>
      <w:color w:val="69757D"/>
      <w:sz w:val="15"/>
    </w:rPr>
  </w:style>
  <w:style w:type="paragraph" w:customStyle="1" w:styleId="Guidance">
    <w:name w:val="Guidance"/>
    <w:pPr>
      <w:spacing w:after="80" w:line="240" w:lineRule="auto"/>
    </w:pPr>
    <w:rPr>
      <w:rFonts w:ascii="Lato" w:eastAsia="Lato" w:hAnsi="Lato"/>
      <w:color w:val="506575"/>
      <w:sz w:val="17"/>
    </w:rPr>
  </w:style>
  <w:style w:type="paragraph" w:customStyle="1" w:styleId="Callout">
    <w:name w:val="Callout"/>
    <w:pPr>
      <w:spacing w:after="0" w:line="254" w:lineRule="auto"/>
    </w:pPr>
    <w:rPr>
      <w:rFonts w:ascii="Lato" w:eastAsia="Lato" w:hAnsi="Lato"/>
      <w:color w:val="102A3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26" Type="http://schemas.openxmlformats.org/officeDocument/2006/relationships/header" Target="header9.xml"/><Relationship Id="rId39" Type="http://schemas.openxmlformats.org/officeDocument/2006/relationships/header" Target="header15.xml"/><Relationship Id="rId21" Type="http://schemas.openxmlformats.org/officeDocument/2006/relationships/footer" Target="footer6.xml"/><Relationship Id="rId34" Type="http://schemas.openxmlformats.org/officeDocument/2006/relationships/image" Target="media/image3.png"/><Relationship Id="rId42" Type="http://schemas.openxmlformats.org/officeDocument/2006/relationships/footer" Target="footer16.xml"/><Relationship Id="rId47" Type="http://schemas.openxmlformats.org/officeDocument/2006/relationships/header" Target="header19.xml"/><Relationship Id="rId50" Type="http://schemas.openxmlformats.org/officeDocument/2006/relationships/footer" Target="footer20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9" Type="http://schemas.openxmlformats.org/officeDocument/2006/relationships/footer" Target="footer10.xml"/><Relationship Id="rId11" Type="http://schemas.openxmlformats.org/officeDocument/2006/relationships/header" Target="header2.xml"/><Relationship Id="rId24" Type="http://schemas.openxmlformats.org/officeDocument/2006/relationships/footer" Target="footer7.xml"/><Relationship Id="rId32" Type="http://schemas.openxmlformats.org/officeDocument/2006/relationships/footer" Target="footer11.xml"/><Relationship Id="rId37" Type="http://schemas.openxmlformats.org/officeDocument/2006/relationships/footer" Target="footer13.xml"/><Relationship Id="rId40" Type="http://schemas.openxmlformats.org/officeDocument/2006/relationships/header" Target="header16.xml"/><Relationship Id="rId45" Type="http://schemas.openxmlformats.org/officeDocument/2006/relationships/footer" Target="footer17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9.xml"/><Relationship Id="rId36" Type="http://schemas.openxmlformats.org/officeDocument/2006/relationships/header" Target="header14.xml"/><Relationship Id="rId49" Type="http://schemas.openxmlformats.org/officeDocument/2006/relationships/footer" Target="footer19.xml"/><Relationship Id="rId10" Type="http://schemas.openxmlformats.org/officeDocument/2006/relationships/header" Target="header1.xml"/><Relationship Id="rId19" Type="http://schemas.openxmlformats.org/officeDocument/2006/relationships/header" Target="header6.xml"/><Relationship Id="rId31" Type="http://schemas.openxmlformats.org/officeDocument/2006/relationships/header" Target="header12.xml"/><Relationship Id="rId44" Type="http://schemas.openxmlformats.org/officeDocument/2006/relationships/header" Target="header18.xm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header" Target="header10.xml"/><Relationship Id="rId30" Type="http://schemas.openxmlformats.org/officeDocument/2006/relationships/header" Target="header11.xml"/><Relationship Id="rId35" Type="http://schemas.openxmlformats.org/officeDocument/2006/relationships/header" Target="header13.xml"/><Relationship Id="rId43" Type="http://schemas.openxmlformats.org/officeDocument/2006/relationships/header" Target="header17.xml"/><Relationship Id="rId48" Type="http://schemas.openxmlformats.org/officeDocument/2006/relationships/header" Target="header20.xml"/><Relationship Id="rId8" Type="http://schemas.openxmlformats.org/officeDocument/2006/relationships/image" Target="media/image1.png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33" Type="http://schemas.openxmlformats.org/officeDocument/2006/relationships/footer" Target="footer12.xml"/><Relationship Id="rId38" Type="http://schemas.openxmlformats.org/officeDocument/2006/relationships/footer" Target="footer14.xml"/><Relationship Id="rId46" Type="http://schemas.openxmlformats.org/officeDocument/2006/relationships/footer" Target="footer18.xml"/><Relationship Id="rId20" Type="http://schemas.openxmlformats.org/officeDocument/2006/relationships/footer" Target="footer5.xml"/><Relationship Id="rId41" Type="http://schemas.openxmlformats.org/officeDocument/2006/relationships/footer" Target="footer1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760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Journal of Ethical Innovation and Impact - Two-Column Publication Template</dc:title>
  <dc:subject>Open Christian Press publication-ready two-column journal article template</dc:subject>
  <dc:creator>Open Christian Press</dc:creator>
  <cp:keywords>JEII, Open Christian Press, journal template, two-column, scholarly publishing</cp:keywords>
  <dc:description>Open Christian Press journal publication template v2.0</dc:description>
  <cp:lastModifiedBy>Sixbert SANGWA, PhD</cp:lastModifiedBy>
  <cp:revision>2</cp:revision>
  <dcterms:created xsi:type="dcterms:W3CDTF">2026-08-22T15:15:00Z</dcterms:created>
  <dcterms:modified xsi:type="dcterms:W3CDTF">2026-08-22T15:15:00Z</dcterms:modified>
  <cp:category>Scholarly publishing template</cp:category>
</cp:coreProperties>
</file>