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292"/>
        <w:gridCol w:w="3671"/>
      </w:tblGrid>
      <w:tr w:rsidR="001D4C47" w14:paraId="59A9CAFB" w14:textId="77777777">
        <w:trPr>
          <w:jc w:val="center"/>
        </w:trPr>
        <w:tc>
          <w:tcPr>
            <w:tcW w:w="6292" w:type="dxa"/>
            <w:tcMar>
              <w:top w:w="40" w:type="dxa"/>
              <w:left w:w="0" w:type="dxa"/>
              <w:bottom w:w="30" w:type="dxa"/>
              <w:right w:w="60" w:type="dxa"/>
            </w:tcMar>
            <w:vAlign w:val="center"/>
          </w:tcPr>
          <w:p w14:paraId="2B72DC83" w14:textId="77777777" w:rsidR="001D4C47" w:rsidRDefault="005B39D2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15ACD83B" wp14:editId="22F0127F">
                  <wp:extent cx="2057400" cy="1036377"/>
                  <wp:effectExtent l="0" t="0" r="0" b="0"/>
                  <wp:docPr id="4" name="Picture 4" descr="Open Christian Press logo." title="Open Christian Pr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CP Logo 1(20260821-154749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03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825944" w14:textId="77777777" w:rsidR="001D4C47" w:rsidRDefault="005B39D2">
            <w:pPr>
              <w:spacing w:after="0"/>
              <w:ind w:left="72"/>
            </w:pPr>
            <w:r>
              <w:rPr>
                <w:rFonts w:ascii="Lato" w:hAnsi="Lato"/>
                <w:color w:val="66737E"/>
                <w:sz w:val="15"/>
              </w:rPr>
              <w:t>Faithful Scholarship. Open Knowledge. Enduring Service.</w:t>
            </w:r>
          </w:p>
        </w:tc>
        <w:tc>
          <w:tcPr>
            <w:tcW w:w="3671" w:type="dxa"/>
            <w:tcMar>
              <w:top w:w="40" w:type="dxa"/>
              <w:left w:w="80" w:type="dxa"/>
              <w:bottom w:w="30" w:type="dxa"/>
              <w:right w:w="0" w:type="dxa"/>
            </w:tcMar>
            <w:vAlign w:val="center"/>
          </w:tcPr>
          <w:p w14:paraId="53A77113" w14:textId="77777777" w:rsidR="001D4C47" w:rsidRDefault="005B39D2">
            <w:pPr>
              <w:spacing w:after="0"/>
              <w:jc w:val="right"/>
            </w:pPr>
            <w:r>
              <w:rPr>
                <w:noProof/>
              </w:rPr>
              <w:drawing>
                <wp:inline distT="0" distB="0" distL="0" distR="0" wp14:anchorId="6F025B6A" wp14:editId="4879E413">
                  <wp:extent cx="1965960" cy="589788"/>
                  <wp:effectExtent l="0" t="0" r="0" b="0"/>
                  <wp:docPr id="2" name="Picture 2" descr="Decorative network motif representing connected scholarship and technology." title="Decorative network motif representing connected scholarship and technolog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0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DCDA4B" w14:textId="77777777" w:rsidR="001D4C47" w:rsidRDefault="001D4C47">
      <w:pPr>
        <w:spacing w:after="100"/>
      </w:pPr>
    </w:p>
    <w:p w14:paraId="70AF6AA6" w14:textId="77777777" w:rsidR="001D4C47" w:rsidRDefault="005B39D2">
      <w:pPr>
        <w:keepNext/>
        <w:spacing w:before="60" w:after="30"/>
      </w:pPr>
      <w:r>
        <w:rPr>
          <w:rFonts w:ascii="Lato" w:eastAsia="Lato" w:hAnsi="Lato" w:cs="Lato"/>
          <w:b/>
          <w:color w:val="40505A"/>
          <w:sz w:val="30"/>
        </w:rPr>
        <w:t>Open Journal of AI, Ethics &amp; Society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6380"/>
        <w:gridCol w:w="1683"/>
        <w:gridCol w:w="120"/>
      </w:tblGrid>
      <w:tr w:rsidR="001D4C47" w14:paraId="0566F39D" w14:textId="77777777">
        <w:trPr>
          <w:jc w:val="center"/>
        </w:trPr>
        <w:tc>
          <w:tcPr>
            <w:tcW w:w="8280" w:type="dxa"/>
            <w:gridSpan w:val="2"/>
            <w:tcMar>
              <w:top w:w="0" w:type="dxa"/>
              <w:left w:w="0" w:type="dxa"/>
              <w:bottom w:w="42" w:type="dxa"/>
              <w:right w:w="0" w:type="dxa"/>
            </w:tcMar>
            <w:vAlign w:val="center"/>
          </w:tcPr>
          <w:p w14:paraId="149B68BB" w14:textId="77777777" w:rsidR="001D4C47" w:rsidRDefault="005B39D2">
            <w:pPr>
              <w:spacing w:after="0"/>
            </w:pPr>
            <w:r>
              <w:rPr>
                <w:rFonts w:ascii="Lato" w:eastAsia="Lato" w:hAnsi="Lato" w:cs="Lato"/>
                <w:color w:val="66737E"/>
                <w:sz w:val="16"/>
              </w:rPr>
              <w:t>OJ-AES  |  ISSN 3105-3076  |  Open access</w:t>
            </w:r>
          </w:p>
        </w:tc>
        <w:tc>
          <w:tcPr>
            <w:tcW w:w="1684" w:type="dxa"/>
            <w:gridSpan w:val="2"/>
            <w:shd w:val="clear" w:color="auto" w:fill="FF9900"/>
            <w:tcMar>
              <w:top w:w="34" w:type="dxa"/>
              <w:left w:w="70" w:type="dxa"/>
              <w:bottom w:w="34" w:type="dxa"/>
              <w:right w:w="70" w:type="dxa"/>
            </w:tcMar>
            <w:vAlign w:val="center"/>
          </w:tcPr>
          <w:p w14:paraId="290D7C51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FFFFFF"/>
                <w:sz w:val="14"/>
              </w:rPr>
              <w:t>OPEN ACCESS</w:t>
            </w:r>
          </w:p>
        </w:tc>
      </w:tr>
      <w:tr w:rsidR="001D4C47" w14:paraId="0A52FF55" w14:textId="77777777">
        <w:trPr>
          <w:gridAfter w:val="1"/>
          <w:wAfter w:w="120" w:type="dxa"/>
          <w:jc w:val="center"/>
        </w:trPr>
        <w:tc>
          <w:tcPr>
            <w:tcW w:w="1900" w:type="dxa"/>
            <w:shd w:val="clear" w:color="auto" w:fill="40505A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599C8CC0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FFFFFF"/>
                <w:sz w:val="16"/>
              </w:rPr>
              <w:t>[ARTICLE TYPE]</w:t>
            </w:r>
          </w:p>
        </w:tc>
        <w:tc>
          <w:tcPr>
            <w:tcW w:w="8063" w:type="dxa"/>
            <w:gridSpan w:val="2"/>
            <w:tcBorders>
              <w:right w:val="single" w:sz="28" w:space="0" w:color="FF9900"/>
            </w:tcBorders>
            <w:shd w:val="clear" w:color="auto" w:fill="F5F8FC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5D07CDC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color w:val="66737E"/>
                <w:sz w:val="16"/>
              </w:rPr>
              <w:t>Volume [00] | Issue [00] | [Year] | Article [000]</w:t>
            </w:r>
          </w:p>
        </w:tc>
      </w:tr>
    </w:tbl>
    <w:p w14:paraId="2D1A1993" w14:textId="77777777" w:rsidR="001D4C47" w:rsidRDefault="005B39D2">
      <w:pPr>
        <w:pStyle w:val="ArticleTitle"/>
      </w:pPr>
      <w:r>
        <w:t xml:space="preserve">[Complete publication title in </w:t>
      </w:r>
      <w:r>
        <w:t>sentence case]</w:t>
      </w:r>
    </w:p>
    <w:p w14:paraId="5D53F0FF" w14:textId="77777777" w:rsidR="001D4C47" w:rsidRDefault="005B39D2">
      <w:pPr>
        <w:pStyle w:val="ArticleSubtitle"/>
      </w:pPr>
      <w:r>
        <w:t>[Optional subtitle]</w:t>
      </w:r>
    </w:p>
    <w:p w14:paraId="7851433F" w14:textId="77777777" w:rsidR="001D4C47" w:rsidRDefault="005B39D2">
      <w:pPr>
        <w:pStyle w:val="AuthorName"/>
      </w:pPr>
      <w:r>
        <w:t>[First Author]¹, [Second Author]², and [Third Author]¹*</w:t>
      </w:r>
    </w:p>
    <w:p w14:paraId="608DB535" w14:textId="77777777" w:rsidR="001D4C47" w:rsidRDefault="005B39D2">
      <w:pPr>
        <w:pStyle w:val="AuthorAffiliation"/>
      </w:pPr>
      <w:r>
        <w:t>¹ [Department, Institution, City, Country]</w:t>
      </w:r>
    </w:p>
    <w:p w14:paraId="376D8CB1" w14:textId="77777777" w:rsidR="001D4C47" w:rsidRDefault="005B39D2">
      <w:pPr>
        <w:pStyle w:val="AuthorAffiliation"/>
      </w:pPr>
      <w:r>
        <w:t>² [Department, Institution, City, Country]</w:t>
      </w:r>
    </w:p>
    <w:p w14:paraId="00BB455C" w14:textId="77777777" w:rsidR="001D4C47" w:rsidRDefault="005B39D2">
      <w:pPr>
        <w:pStyle w:val="CorrespondingAuthor"/>
      </w:pPr>
      <w:r>
        <w:t>* Correspondence: [email address] | ORCID: [0000-0000-0000-0000]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91"/>
        <w:gridCol w:w="2491"/>
        <w:gridCol w:w="2491"/>
        <w:gridCol w:w="2491"/>
      </w:tblGrid>
      <w:tr w:rsidR="001D4C47" w14:paraId="77AFB613" w14:textId="77777777">
        <w:trPr>
          <w:jc w:val="center"/>
        </w:trPr>
        <w:tc>
          <w:tcPr>
            <w:tcW w:w="2491" w:type="dxa"/>
            <w:tcBorders>
              <w:bottom w:val="single" w:sz="7" w:space="0" w:color="D5DEE8"/>
            </w:tcBorders>
            <w:shd w:val="clear" w:color="auto" w:fill="F4F5F6"/>
            <w:tcMar>
              <w:top w:w="48" w:type="dxa"/>
              <w:left w:w="45" w:type="dxa"/>
              <w:bottom w:w="38" w:type="dxa"/>
              <w:right w:w="45" w:type="dxa"/>
            </w:tcMar>
            <w:vAlign w:val="center"/>
          </w:tcPr>
          <w:p w14:paraId="2B6092D8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40505A"/>
                <w:sz w:val="15"/>
              </w:rPr>
              <w:t>RECEIVED</w:t>
            </w:r>
          </w:p>
        </w:tc>
        <w:tc>
          <w:tcPr>
            <w:tcW w:w="2491" w:type="dxa"/>
            <w:tcBorders>
              <w:bottom w:val="single" w:sz="7" w:space="0" w:color="D5DEE8"/>
            </w:tcBorders>
            <w:shd w:val="clear" w:color="auto" w:fill="F4F5F6"/>
            <w:tcMar>
              <w:top w:w="48" w:type="dxa"/>
              <w:left w:w="45" w:type="dxa"/>
              <w:bottom w:w="38" w:type="dxa"/>
              <w:right w:w="45" w:type="dxa"/>
            </w:tcMar>
            <w:vAlign w:val="center"/>
          </w:tcPr>
          <w:p w14:paraId="32EE39B1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40505A"/>
                <w:sz w:val="15"/>
              </w:rPr>
              <w:t>REVIS</w:t>
            </w:r>
            <w:r>
              <w:rPr>
                <w:rFonts w:ascii="Lato" w:eastAsia="Lato" w:hAnsi="Lato" w:cs="Lato"/>
                <w:b/>
                <w:caps/>
                <w:color w:val="40505A"/>
                <w:sz w:val="15"/>
              </w:rPr>
              <w:t>ED</w:t>
            </w:r>
          </w:p>
        </w:tc>
        <w:tc>
          <w:tcPr>
            <w:tcW w:w="2491" w:type="dxa"/>
            <w:tcBorders>
              <w:bottom w:val="single" w:sz="7" w:space="0" w:color="D5DEE8"/>
            </w:tcBorders>
            <w:shd w:val="clear" w:color="auto" w:fill="F4F5F6"/>
            <w:tcMar>
              <w:top w:w="48" w:type="dxa"/>
              <w:left w:w="45" w:type="dxa"/>
              <w:bottom w:w="38" w:type="dxa"/>
              <w:right w:w="45" w:type="dxa"/>
            </w:tcMar>
            <w:vAlign w:val="center"/>
          </w:tcPr>
          <w:p w14:paraId="78281CBE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40505A"/>
                <w:sz w:val="15"/>
              </w:rPr>
              <w:t>ACCEPTED</w:t>
            </w:r>
          </w:p>
        </w:tc>
        <w:tc>
          <w:tcPr>
            <w:tcW w:w="2491" w:type="dxa"/>
            <w:tcBorders>
              <w:bottom w:val="single" w:sz="7" w:space="0" w:color="D5DEE8"/>
            </w:tcBorders>
            <w:shd w:val="clear" w:color="auto" w:fill="F4F5F6"/>
            <w:tcMar>
              <w:top w:w="48" w:type="dxa"/>
              <w:left w:w="45" w:type="dxa"/>
              <w:bottom w:w="38" w:type="dxa"/>
              <w:right w:w="45" w:type="dxa"/>
            </w:tcMar>
            <w:vAlign w:val="center"/>
          </w:tcPr>
          <w:p w14:paraId="35E39AA0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40505A"/>
                <w:sz w:val="15"/>
              </w:rPr>
              <w:t>PUBLISHED</w:t>
            </w:r>
          </w:p>
        </w:tc>
      </w:tr>
      <w:tr w:rsidR="001D4C47" w14:paraId="1742D6EB" w14:textId="77777777">
        <w:trPr>
          <w:jc w:val="center"/>
        </w:trPr>
        <w:tc>
          <w:tcPr>
            <w:tcW w:w="2491" w:type="dxa"/>
            <w:tcBorders>
              <w:bottom w:val="single" w:sz="10" w:space="0" w:color="FF9900"/>
            </w:tcBorders>
            <w:shd w:val="clear" w:color="auto" w:fill="FFFFFF"/>
            <w:tcMar>
              <w:top w:w="34" w:type="dxa"/>
              <w:left w:w="40" w:type="dxa"/>
              <w:bottom w:w="45" w:type="dxa"/>
              <w:right w:w="40" w:type="dxa"/>
            </w:tcMar>
            <w:vAlign w:val="center"/>
          </w:tcPr>
          <w:p w14:paraId="2AE901D2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sz w:val="16"/>
              </w:rPr>
              <w:t>[DD Month YYYY]</w:t>
            </w:r>
          </w:p>
        </w:tc>
        <w:tc>
          <w:tcPr>
            <w:tcW w:w="2491" w:type="dxa"/>
            <w:tcBorders>
              <w:bottom w:val="single" w:sz="10" w:space="0" w:color="FF9900"/>
            </w:tcBorders>
            <w:shd w:val="clear" w:color="auto" w:fill="FFFFFF"/>
            <w:tcMar>
              <w:top w:w="34" w:type="dxa"/>
              <w:left w:w="40" w:type="dxa"/>
              <w:bottom w:w="45" w:type="dxa"/>
              <w:right w:w="40" w:type="dxa"/>
            </w:tcMar>
            <w:vAlign w:val="center"/>
          </w:tcPr>
          <w:p w14:paraId="47F7A623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sz w:val="16"/>
              </w:rPr>
              <w:t>[DD Month YYYY]</w:t>
            </w:r>
          </w:p>
        </w:tc>
        <w:tc>
          <w:tcPr>
            <w:tcW w:w="2491" w:type="dxa"/>
            <w:tcBorders>
              <w:bottom w:val="single" w:sz="10" w:space="0" w:color="FF9900"/>
            </w:tcBorders>
            <w:shd w:val="clear" w:color="auto" w:fill="FFFFFF"/>
            <w:tcMar>
              <w:top w:w="34" w:type="dxa"/>
              <w:left w:w="40" w:type="dxa"/>
              <w:bottom w:w="45" w:type="dxa"/>
              <w:right w:w="40" w:type="dxa"/>
            </w:tcMar>
            <w:vAlign w:val="center"/>
          </w:tcPr>
          <w:p w14:paraId="02AD662F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sz w:val="16"/>
              </w:rPr>
              <w:t>[DD Month YYYY]</w:t>
            </w:r>
          </w:p>
        </w:tc>
        <w:tc>
          <w:tcPr>
            <w:tcW w:w="2491" w:type="dxa"/>
            <w:tcBorders>
              <w:bottom w:val="single" w:sz="10" w:space="0" w:color="FF9900"/>
            </w:tcBorders>
            <w:shd w:val="clear" w:color="auto" w:fill="FFFFFF"/>
            <w:tcMar>
              <w:top w:w="34" w:type="dxa"/>
              <w:left w:w="40" w:type="dxa"/>
              <w:bottom w:w="45" w:type="dxa"/>
              <w:right w:w="40" w:type="dxa"/>
            </w:tcMar>
            <w:vAlign w:val="center"/>
          </w:tcPr>
          <w:p w14:paraId="5135C7E7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sz w:val="16"/>
              </w:rPr>
              <w:t>[DD Month YYYY]</w:t>
            </w:r>
          </w:p>
        </w:tc>
      </w:tr>
    </w:tbl>
    <w:p w14:paraId="7A3BB25C" w14:textId="77777777" w:rsidR="001D4C47" w:rsidRDefault="005B39D2">
      <w:pPr>
        <w:spacing w:before="90" w:after="70"/>
      </w:pPr>
      <w:r>
        <w:rPr>
          <w:b/>
          <w:sz w:val="17"/>
        </w:rPr>
        <w:t xml:space="preserve">DOI: </w:t>
      </w:r>
      <w:r>
        <w:rPr>
          <w:sz w:val="17"/>
        </w:rPr>
        <w:t>[assigned after acceptance]</w:t>
      </w:r>
      <w:r>
        <w:rPr>
          <w:color w:val="66737E"/>
          <w:sz w:val="17"/>
        </w:rPr>
        <w:t xml:space="preserve">   |   </w:t>
      </w:r>
      <w:r>
        <w:rPr>
          <w:b/>
          <w:sz w:val="17"/>
        </w:rPr>
        <w:t xml:space="preserve">Article ID: </w:t>
      </w:r>
      <w:r>
        <w:rPr>
          <w:sz w:val="17"/>
        </w:rPr>
        <w:t>[000]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58"/>
        <w:gridCol w:w="8006"/>
        <w:gridCol w:w="54"/>
      </w:tblGrid>
      <w:tr w:rsidR="001D4C47" w14:paraId="03A9B89D" w14:textId="77777777">
        <w:trPr>
          <w:gridAfter w:val="1"/>
          <w:wAfter w:w="54" w:type="dxa"/>
          <w:jc w:val="center"/>
        </w:trPr>
        <w:tc>
          <w:tcPr>
            <w:tcW w:w="9964" w:type="dxa"/>
            <w:gridSpan w:val="2"/>
            <w:tcBorders>
              <w:left w:val="single" w:sz="34" w:space="0" w:color="40505A"/>
              <w:bottom w:val="single" w:sz="4" w:space="0" w:color="D5DEE8"/>
            </w:tcBorders>
            <w:shd w:val="clear" w:color="auto" w:fill="F4F5F6"/>
            <w:tcMar>
              <w:top w:w="120" w:type="dxa"/>
              <w:left w:w="145" w:type="dxa"/>
              <w:bottom w:w="110" w:type="dxa"/>
              <w:right w:w="145" w:type="dxa"/>
            </w:tcMar>
          </w:tcPr>
          <w:p w14:paraId="5F366E14" w14:textId="77777777" w:rsidR="001D4C47" w:rsidRDefault="005B39D2">
            <w:pPr>
              <w:spacing w:after="40"/>
            </w:pPr>
            <w:r>
              <w:rPr>
                <w:rFonts w:ascii="Lato" w:eastAsia="Lato" w:hAnsi="Lato" w:cs="Lato"/>
                <w:b/>
                <w:caps/>
                <w:color w:val="40505A"/>
                <w:sz w:val="18"/>
              </w:rPr>
              <w:t>ABSTRACT</w:t>
            </w:r>
          </w:p>
          <w:p w14:paraId="4629DC71" w14:textId="77777777" w:rsidR="001D4C47" w:rsidRDefault="005B39D2">
            <w:pPr>
              <w:spacing w:after="80" w:line="269" w:lineRule="auto"/>
              <w:jc w:val="both"/>
            </w:pPr>
            <w:r>
              <w:t xml:space="preserve">[Final edited abstract. Confirm that numerical values, sample sizes, claims and terminology match </w:t>
            </w:r>
            <w:r>
              <w:t>the main article.]</w:t>
            </w:r>
          </w:p>
          <w:p w14:paraId="4EFAB976" w14:textId="77777777" w:rsidR="001D4C47" w:rsidRDefault="005B39D2">
            <w:pPr>
              <w:spacing w:after="40" w:line="252" w:lineRule="auto"/>
            </w:pPr>
            <w:r>
              <w:rPr>
                <w:rFonts w:ascii="Lato" w:eastAsia="Lato" w:hAnsi="Lato" w:cs="Lato"/>
                <w:b/>
                <w:color w:val="40505A"/>
                <w:sz w:val="17"/>
              </w:rPr>
              <w:t xml:space="preserve">Keywords: </w:t>
            </w:r>
            <w:r>
              <w:rPr>
                <w:sz w:val="17"/>
              </w:rPr>
              <w:t>[Final keywords, 3-8 terms]</w:t>
            </w:r>
          </w:p>
        </w:tc>
      </w:tr>
      <w:tr w:rsidR="001D4C47" w14:paraId="7C9D0A58" w14:textId="77777777">
        <w:trPr>
          <w:jc w:val="center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F79646"/>
            <w:tcMar>
              <w:top w:w="94" w:type="dxa"/>
              <w:left w:w="90" w:type="dxa"/>
              <w:bottom w:w="94" w:type="dxa"/>
              <w:right w:w="90" w:type="dxa"/>
            </w:tcMar>
            <w:vAlign w:val="center"/>
          </w:tcPr>
          <w:p w14:paraId="211C2339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FFFFFF"/>
                <w:sz w:val="15"/>
              </w:rPr>
              <w:t>HOW TO CITE</w:t>
            </w:r>
          </w:p>
        </w:tc>
        <w:tc>
          <w:tcPr>
            <w:tcW w:w="8006" w:type="dxa"/>
            <w:gridSpan w:val="2"/>
            <w:tcBorders>
              <w:bottom w:val="single" w:sz="6" w:space="0" w:color="D5DEE8"/>
            </w:tcBorders>
            <w:shd w:val="clear" w:color="auto" w:fill="FFF7E8"/>
            <w:tcMar>
              <w:top w:w="78" w:type="dxa"/>
              <w:left w:w="100" w:type="dxa"/>
              <w:bottom w:w="78" w:type="dxa"/>
              <w:right w:w="100" w:type="dxa"/>
            </w:tcMar>
            <w:vAlign w:val="center"/>
          </w:tcPr>
          <w:p w14:paraId="4F80006C" w14:textId="77777777" w:rsidR="001D4C47" w:rsidRDefault="005B39D2">
            <w:pPr>
              <w:spacing w:after="0" w:line="269" w:lineRule="auto"/>
              <w:jc w:val="both"/>
            </w:pPr>
            <w:r>
              <w:rPr>
                <w:sz w:val="17"/>
              </w:rPr>
              <w:t>[Author surname], [Initials]. ([Year]). [Article title]. Open Journal of AI, Ethics &amp; Society, [volume]([issue]), Article [000]. https://doi.org/[DOI]</w:t>
            </w:r>
          </w:p>
        </w:tc>
      </w:tr>
      <w:tr w:rsidR="001D4C47" w14:paraId="0B12744B" w14:textId="77777777">
        <w:trPr>
          <w:jc w:val="center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F79646"/>
            <w:tcMar>
              <w:top w:w="94" w:type="dxa"/>
              <w:left w:w="90" w:type="dxa"/>
              <w:bottom w:w="94" w:type="dxa"/>
              <w:right w:w="90" w:type="dxa"/>
            </w:tcMar>
            <w:vAlign w:val="center"/>
          </w:tcPr>
          <w:p w14:paraId="2FA2CD61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FFFFFF"/>
                <w:sz w:val="14"/>
              </w:rPr>
              <w:t>COPYRIGHT &amp; LICENCE</w:t>
            </w:r>
          </w:p>
        </w:tc>
        <w:tc>
          <w:tcPr>
            <w:tcW w:w="8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F8F1"/>
            <w:tcMar>
              <w:top w:w="78" w:type="dxa"/>
              <w:left w:w="100" w:type="dxa"/>
              <w:bottom w:w="78" w:type="dxa"/>
              <w:right w:w="100" w:type="dxa"/>
            </w:tcMar>
            <w:vAlign w:val="center"/>
          </w:tcPr>
          <w:p w14:paraId="13ADBC03" w14:textId="0D034BE1" w:rsidR="001D4C47" w:rsidRDefault="005B39D2">
            <w:pPr>
              <w:spacing w:after="0" w:line="269" w:lineRule="auto"/>
              <w:jc w:val="both"/>
            </w:pPr>
            <w:r>
              <w:rPr>
                <w:sz w:val="16"/>
              </w:rPr>
              <w:t xml:space="preserve">© [Year] </w:t>
            </w:r>
            <w:r>
              <w:rPr>
                <w:sz w:val="16"/>
              </w:rPr>
              <w:t xml:space="preserve">The author(s). Published by Open Christian Press. This article is distributed under the Creative Commons </w:t>
            </w:r>
            <w:r>
              <w:rPr>
                <w:sz w:val="16"/>
              </w:rPr>
              <w:t>4.0 International licence (CC B</w:t>
            </w:r>
            <w:r>
              <w:rPr>
                <w:sz w:val="16"/>
              </w:rPr>
              <w:t>Y</w:t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t>4.0), unless the journal records a different approved licence.</w:t>
            </w:r>
          </w:p>
        </w:tc>
      </w:tr>
    </w:tbl>
    <w:p w14:paraId="5E04135F" w14:textId="77777777" w:rsidR="001D4C47" w:rsidRDefault="005B39D2">
      <w:r>
        <w:br w:type="page"/>
      </w:r>
    </w:p>
    <w:p w14:paraId="5D681135" w14:textId="77777777" w:rsidR="001D4C47" w:rsidRDefault="005B39D2">
      <w:pPr>
        <w:pStyle w:val="Heading1"/>
        <w:pBdr>
          <w:left w:val="single" w:sz="22" w:space="6" w:color="FF9900"/>
        </w:pBdr>
      </w:pPr>
      <w:r>
        <w:lastRenderedPageBreak/>
        <w:t xml:space="preserve">1. </w:t>
      </w:r>
      <w:r>
        <w:t>Introduction</w:t>
      </w:r>
    </w:p>
    <w:p w14:paraId="7C68F518" w14:textId="77777777" w:rsidR="001D4C47" w:rsidRDefault="005B39D2">
      <w:pPr>
        <w:pStyle w:val="FirstParagraph"/>
      </w:pPr>
      <w:r>
        <w:t>[Begin the article with a clear statement of the problem, its significance, the scholarly gap and the contribution made by this manuscript. Avoid generic opening claims that are not supported by evidence.]</w:t>
      </w:r>
    </w:p>
    <w:p w14:paraId="618F8790" w14:textId="77777777" w:rsidR="001D4C47" w:rsidRDefault="005B39D2">
      <w:pPr>
        <w:pStyle w:val="NormalBody"/>
      </w:pPr>
      <w:r>
        <w:t>[Use this paragraph style for sustain</w:t>
      </w:r>
      <w:r>
        <w:t>ed prose. Cite all claims requiring evidence and define specialised terminology at first use. Keep the argument coherent across paragraphs and sections.]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121"/>
      </w:tblGrid>
      <w:tr w:rsidR="001D4C47" w14:paraId="0FA96F60" w14:textId="77777777">
        <w:trPr>
          <w:jc w:val="center"/>
        </w:trPr>
        <w:tc>
          <w:tcPr>
            <w:tcW w:w="1843" w:type="dxa"/>
            <w:shd w:val="clear" w:color="auto" w:fill="40505A"/>
            <w:tcMar>
              <w:top w:w="95" w:type="dxa"/>
              <w:left w:w="75" w:type="dxa"/>
              <w:bottom w:w="95" w:type="dxa"/>
              <w:right w:w="75" w:type="dxa"/>
            </w:tcMar>
          </w:tcPr>
          <w:p w14:paraId="5A50843D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FFFFFF"/>
                <w:sz w:val="16"/>
              </w:rPr>
              <w:t>PRODUCTION</w:t>
            </w:r>
            <w:r>
              <w:rPr>
                <w:rFonts w:ascii="Lato" w:eastAsia="Lato" w:hAnsi="Lato" w:cs="Lato"/>
                <w:b/>
                <w:caps/>
                <w:color w:val="FFFFFF"/>
                <w:sz w:val="16"/>
              </w:rPr>
              <w:br/>
              <w:t>CONTROL</w:t>
            </w:r>
          </w:p>
        </w:tc>
        <w:tc>
          <w:tcPr>
            <w:tcW w:w="8121" w:type="dxa"/>
            <w:shd w:val="clear" w:color="auto" w:fill="F4F5F6"/>
            <w:tcMar>
              <w:top w:w="78" w:type="dxa"/>
              <w:left w:w="115" w:type="dxa"/>
              <w:bottom w:w="78" w:type="dxa"/>
              <w:right w:w="115" w:type="dxa"/>
            </w:tcMar>
          </w:tcPr>
          <w:p w14:paraId="5DEE0BB3" w14:textId="77777777" w:rsidR="001D4C47" w:rsidRDefault="005B39D2">
            <w:pPr>
              <w:spacing w:after="40"/>
            </w:pPr>
            <w:r>
              <w:rPr>
                <w:rFonts w:ascii="Lato" w:eastAsia="Lato" w:hAnsi="Lato" w:cs="Lato"/>
                <w:b/>
                <w:color w:val="40505A"/>
                <w:sz w:val="17"/>
              </w:rPr>
              <w:t>Purpose of this template</w:t>
            </w:r>
          </w:p>
          <w:p w14:paraId="1043AF51" w14:textId="77777777" w:rsidR="001D4C47" w:rsidRDefault="005B39D2">
            <w:pPr>
              <w:spacing w:after="0" w:line="259" w:lineRule="auto"/>
              <w:jc w:val="both"/>
            </w:pPr>
            <w:r>
              <w:rPr>
                <w:sz w:val="17"/>
              </w:rPr>
              <w:t>Use Word styles rather than manual formatting. Replace bra</w:t>
            </w:r>
            <w:r>
              <w:rPr>
                <w:sz w:val="17"/>
              </w:rPr>
              <w:t>cketed editorial fields; preserve the preset page geometry, heading hierarchy, headers and footers, table conventions, and declaration structure; update all metadata from the journal record; and verify the final PDF against the production checklist.</w:t>
            </w:r>
          </w:p>
        </w:tc>
      </w:tr>
    </w:tbl>
    <w:p w14:paraId="72226B25" w14:textId="77777777" w:rsidR="001D4C47" w:rsidRDefault="005B39D2">
      <w:pPr>
        <w:pStyle w:val="Heading1"/>
        <w:pBdr>
          <w:left w:val="single" w:sz="22" w:space="6" w:color="FF9900"/>
        </w:pBdr>
      </w:pPr>
      <w:r>
        <w:t xml:space="preserve">2. </w:t>
      </w:r>
      <w:r>
        <w:t>Conceptual and Editorial Framework</w:t>
      </w:r>
    </w:p>
    <w:p w14:paraId="2D757044" w14:textId="77777777" w:rsidR="001D4C47" w:rsidRDefault="005B39D2">
      <w:pPr>
        <w:pStyle w:val="FirstParagraph"/>
      </w:pPr>
      <w:r>
        <w:t>[Develop the conceptual, theoretical or theological framework. Explain how it guides the research question, analysis and interpretation.]</w:t>
      </w:r>
    </w:p>
    <w:p w14:paraId="0D60A411" w14:textId="77777777" w:rsidR="001D4C47" w:rsidRDefault="005B39D2">
      <w:pPr>
        <w:pStyle w:val="Heading2"/>
      </w:pPr>
      <w:r>
        <w:t>2.1. First subordinate section</w:t>
      </w:r>
    </w:p>
    <w:p w14:paraId="4F82DEF7" w14:textId="77777777" w:rsidR="001D4C47" w:rsidRDefault="005B39D2">
      <w:pPr>
        <w:pStyle w:val="NormalBody"/>
      </w:pPr>
      <w:r>
        <w:t>[Insert section content.]</w:t>
      </w:r>
    </w:p>
    <w:p w14:paraId="6AB08BCF" w14:textId="77777777" w:rsidR="001D4C47" w:rsidRDefault="005B39D2">
      <w:pPr>
        <w:pStyle w:val="Heading3"/>
      </w:pPr>
      <w:r>
        <w:t>2.1.1. Third-level section</w:t>
      </w:r>
    </w:p>
    <w:p w14:paraId="11F07B7D" w14:textId="77777777" w:rsidR="001D4C47" w:rsidRDefault="005B39D2">
      <w:pPr>
        <w:pStyle w:val="NormalBody"/>
      </w:pPr>
      <w:r>
        <w:t>[Insert subsection content.]</w:t>
      </w:r>
    </w:p>
    <w:p w14:paraId="51BE247B" w14:textId="77777777" w:rsidR="001D4C47" w:rsidRDefault="005B39D2">
      <w:pPr>
        <w:pStyle w:val="Heading4"/>
      </w:pPr>
      <w:r>
        <w:t>Fourth-level run-in topic</w:t>
      </w:r>
    </w:p>
    <w:p w14:paraId="068A53C3" w14:textId="77777777" w:rsidR="001D4C47" w:rsidRDefault="005B39D2">
      <w:pPr>
        <w:pStyle w:val="NormalBody"/>
      </w:pPr>
      <w:r>
        <w:t>[Insert content only when a fourth level is necessary.]</w:t>
      </w:r>
    </w:p>
    <w:p w14:paraId="03BC017D" w14:textId="77777777" w:rsidR="001D4C47" w:rsidRDefault="005B39D2">
      <w:pPr>
        <w:pStyle w:val="BlockQuote"/>
        <w:pBdr>
          <w:left w:val="single" w:sz="18" w:space="8" w:color="40505A"/>
        </w:pBdr>
        <w:ind w:left="518" w:right="259"/>
      </w:pPr>
      <w:r>
        <w:t>[Insert a quotation of approximately 40 words or more. Provide the required citation and page number.]</w:t>
      </w:r>
    </w:p>
    <w:p w14:paraId="5E91BAE0" w14:textId="77777777" w:rsidR="001D4C47" w:rsidRDefault="005B39D2">
      <w:pPr>
        <w:pStyle w:val="ScriptureQuote"/>
        <w:pBdr>
          <w:left w:val="single" w:sz="18" w:space="8" w:color="FF9900"/>
        </w:pBdr>
        <w:ind w:left="518" w:right="259"/>
      </w:pPr>
      <w:r>
        <w:t>[Insert Scripture quotation] ([Book Chapt</w:t>
      </w:r>
      <w:r>
        <w:t>er:Verse], CSB)</w:t>
      </w:r>
    </w:p>
    <w:p w14:paraId="17BB127F" w14:textId="77777777" w:rsidR="001D4C47" w:rsidRDefault="005B39D2">
      <w:pPr>
        <w:pStyle w:val="Heading1"/>
        <w:pBdr>
          <w:left w:val="single" w:sz="22" w:space="6" w:color="FF9900"/>
        </w:pBdr>
      </w:pPr>
      <w:r>
        <w:t>3. Method or Analytical Approach</w:t>
      </w:r>
    </w:p>
    <w:p w14:paraId="7EC153EC" w14:textId="77777777" w:rsidR="001D4C47" w:rsidRDefault="005B39D2">
      <w:pPr>
        <w:pStyle w:val="FirstParagraph"/>
      </w:pPr>
      <w:r>
        <w:t>[Describe the method or analytical approach with sufficient detail for evaluation and, where appropriate, replication.]</w:t>
      </w:r>
    </w:p>
    <w:p w14:paraId="59BD7101" w14:textId="77777777" w:rsidR="001D4C47" w:rsidRDefault="005B39D2">
      <w:pPr>
        <w:pStyle w:val="Equation"/>
        <w:jc w:val="center"/>
      </w:pPr>
      <w:r>
        <w:t>Impact = Ethical integrity × Implementation quality × Evidential strength</w:t>
      </w:r>
    </w:p>
    <w:p w14:paraId="53A51F56" w14:textId="77777777" w:rsidR="001D4C47" w:rsidRDefault="005B39D2">
      <w:pPr>
        <w:pStyle w:val="FigureCaption"/>
        <w:jc w:val="center"/>
      </w:pPr>
      <w:r>
        <w:t>Equation 1. [Define every symbol immediately below the equation.]</w:t>
      </w:r>
    </w:p>
    <w:p w14:paraId="00AFF645" w14:textId="77777777" w:rsidR="001D4C47" w:rsidRDefault="005B39D2">
      <w:pPr>
        <w:pStyle w:val="TableTitle"/>
      </w:pPr>
      <w:r>
        <w:t>Table 1. [Concise, informative table title]</w:t>
      </w:r>
    </w:p>
    <w:tbl>
      <w:tblPr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3283"/>
        <w:gridCol w:w="2188"/>
        <w:gridCol w:w="3369"/>
      </w:tblGrid>
      <w:tr w:rsidR="001D4C47" w14:paraId="6DA8EADD" w14:textId="77777777">
        <w:trPr>
          <w:cantSplit/>
          <w:tblHeader/>
          <w:jc w:val="center"/>
        </w:trPr>
        <w:tc>
          <w:tcPr>
            <w:tcW w:w="112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40505A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7987683D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6"/>
              </w:rPr>
              <w:t>Stage</w:t>
            </w:r>
          </w:p>
        </w:tc>
        <w:tc>
          <w:tcPr>
            <w:tcW w:w="328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40505A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5AB6EEAF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6"/>
              </w:rPr>
              <w:t>Primary question</w:t>
            </w:r>
          </w:p>
        </w:tc>
        <w:tc>
          <w:tcPr>
            <w:tcW w:w="218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40505A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36EFA4FD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6"/>
              </w:rPr>
              <w:t>Evidence</w:t>
            </w:r>
          </w:p>
        </w:tc>
        <w:tc>
          <w:tcPr>
            <w:tcW w:w="336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40505A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22994997" w14:textId="77777777" w:rsidR="001D4C47" w:rsidRDefault="005B39D2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6"/>
              </w:rPr>
              <w:t>Editorial check</w:t>
            </w:r>
          </w:p>
        </w:tc>
      </w:tr>
      <w:tr w:rsidR="001D4C47" w14:paraId="5C86BCCD" w14:textId="77777777">
        <w:trPr>
          <w:cantSplit/>
          <w:jc w:val="center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0447054B" w14:textId="77777777" w:rsidR="001D4C47" w:rsidRDefault="005B39D2">
            <w:pPr>
              <w:spacing w:after="0"/>
              <w:jc w:val="center"/>
            </w:pPr>
            <w:r>
              <w:rPr>
                <w:sz w:val="17"/>
              </w:rPr>
              <w:t>[1]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33A2BC07" w14:textId="77777777" w:rsidR="001D4C47" w:rsidRDefault="005B39D2">
            <w:pPr>
              <w:spacing w:after="0"/>
            </w:pPr>
            <w:r>
              <w:rPr>
                <w:sz w:val="17"/>
              </w:rPr>
              <w:t>[Narrative entry]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051431B6" w14:textId="77777777" w:rsidR="001D4C47" w:rsidRDefault="005B39D2">
            <w:pPr>
              <w:spacing w:after="0"/>
              <w:jc w:val="center"/>
            </w:pPr>
            <w:r>
              <w:rPr>
                <w:sz w:val="17"/>
              </w:rPr>
              <w:t>[Evidence or value]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72C3CC6F" w14:textId="77777777" w:rsidR="001D4C47" w:rsidRDefault="005B39D2">
            <w:pPr>
              <w:spacing w:after="0"/>
            </w:pPr>
            <w:r>
              <w:rPr>
                <w:sz w:val="17"/>
              </w:rPr>
              <w:t>[Editorial interpretation]</w:t>
            </w:r>
          </w:p>
        </w:tc>
      </w:tr>
      <w:tr w:rsidR="001D4C47" w14:paraId="3F977923" w14:textId="77777777">
        <w:trPr>
          <w:cantSplit/>
          <w:jc w:val="center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3805F5B1" w14:textId="77777777" w:rsidR="001D4C47" w:rsidRDefault="005B39D2">
            <w:pPr>
              <w:spacing w:after="0"/>
              <w:jc w:val="center"/>
            </w:pPr>
            <w:r>
              <w:rPr>
                <w:sz w:val="17"/>
              </w:rPr>
              <w:t>[2]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57AF4C62" w14:textId="77777777" w:rsidR="001D4C47" w:rsidRDefault="005B39D2">
            <w:pPr>
              <w:spacing w:after="0"/>
            </w:pPr>
            <w:r>
              <w:rPr>
                <w:sz w:val="17"/>
              </w:rPr>
              <w:t>[Narrative entry]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7B123792" w14:textId="77777777" w:rsidR="001D4C47" w:rsidRDefault="005B39D2">
            <w:pPr>
              <w:spacing w:after="0"/>
              <w:jc w:val="center"/>
            </w:pPr>
            <w:r>
              <w:rPr>
                <w:sz w:val="17"/>
              </w:rPr>
              <w:t>[Evidence or value]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04EAD26E" w14:textId="77777777" w:rsidR="001D4C47" w:rsidRDefault="005B39D2">
            <w:pPr>
              <w:spacing w:after="0"/>
            </w:pPr>
            <w:r>
              <w:rPr>
                <w:sz w:val="17"/>
              </w:rPr>
              <w:t>[Editorial interpretation]</w:t>
            </w:r>
          </w:p>
        </w:tc>
      </w:tr>
      <w:tr w:rsidR="001D4C47" w14:paraId="524C9611" w14:textId="77777777">
        <w:trPr>
          <w:cantSplit/>
          <w:jc w:val="center"/>
        </w:trPr>
        <w:tc>
          <w:tcPr>
            <w:tcW w:w="112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310F0FE1" w14:textId="77777777" w:rsidR="001D4C47" w:rsidRDefault="005B39D2">
            <w:pPr>
              <w:spacing w:after="0"/>
              <w:jc w:val="center"/>
            </w:pPr>
            <w:r>
              <w:rPr>
                <w:sz w:val="17"/>
              </w:rPr>
              <w:t>[3]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29E0EE40" w14:textId="77777777" w:rsidR="001D4C47" w:rsidRDefault="005B39D2">
            <w:pPr>
              <w:spacing w:after="0"/>
            </w:pPr>
            <w:r>
              <w:rPr>
                <w:sz w:val="17"/>
              </w:rPr>
              <w:t>[Narrative entry]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3520D9FA" w14:textId="77777777" w:rsidR="001D4C47" w:rsidRDefault="005B39D2">
            <w:pPr>
              <w:spacing w:after="0"/>
              <w:jc w:val="center"/>
            </w:pPr>
            <w:r>
              <w:rPr>
                <w:sz w:val="17"/>
              </w:rPr>
              <w:t>[Evidence or value]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74" w:type="dxa"/>
              <w:left w:w="78" w:type="dxa"/>
              <w:bottom w:w="74" w:type="dxa"/>
              <w:right w:w="78" w:type="dxa"/>
            </w:tcMar>
            <w:vAlign w:val="center"/>
          </w:tcPr>
          <w:p w14:paraId="485725A9" w14:textId="77777777" w:rsidR="001D4C47" w:rsidRDefault="005B39D2">
            <w:pPr>
              <w:spacing w:after="0"/>
            </w:pPr>
            <w:r>
              <w:rPr>
                <w:sz w:val="17"/>
              </w:rPr>
              <w:t>[Editorial interpretation]</w:t>
            </w:r>
          </w:p>
        </w:tc>
      </w:tr>
    </w:tbl>
    <w:p w14:paraId="5F25E390" w14:textId="77777777" w:rsidR="001D4C47" w:rsidRDefault="005B39D2">
      <w:pPr>
        <w:pStyle w:val="TableNote"/>
      </w:pPr>
      <w:r>
        <w:t>Note. [Define abbreviations, explain symbols, and provide source or permissions information.]</w:t>
      </w:r>
    </w:p>
    <w:p w14:paraId="4B97FFE7" w14:textId="77777777" w:rsidR="001D4C47" w:rsidRDefault="005B39D2">
      <w:pPr>
        <w:pStyle w:val="Heading1"/>
        <w:pBdr>
          <w:left w:val="single" w:sz="22" w:space="6" w:color="FF9900"/>
        </w:pBdr>
      </w:pPr>
      <w:r>
        <w:t>4. Results, Analysis or Argument</w:t>
      </w:r>
    </w:p>
    <w:p w14:paraId="21410CAC" w14:textId="77777777" w:rsidR="001D4C47" w:rsidRDefault="005B39D2">
      <w:pPr>
        <w:pStyle w:val="FirstParagraph"/>
      </w:pPr>
      <w:r>
        <w:t>[Present findings, analysis or argument. Ensure every table and figure is cited in the main text.]</w:t>
      </w:r>
    </w:p>
    <w:p w14:paraId="578FEE76" w14:textId="77777777" w:rsidR="001D4C47" w:rsidRDefault="005B39D2">
      <w:r>
        <w:br w:type="page"/>
      </w:r>
    </w:p>
    <w:p w14:paraId="47BC05C0" w14:textId="77777777" w:rsidR="001D4C47" w:rsidRDefault="005B39D2">
      <w:pPr>
        <w:keepNext/>
        <w:spacing w:after="80"/>
        <w:jc w:val="center"/>
      </w:pPr>
      <w:r>
        <w:rPr>
          <w:noProof/>
        </w:rPr>
        <w:lastRenderedPageBreak/>
        <w:drawing>
          <wp:inline distT="0" distB="0" distL="0" distR="0" wp14:anchorId="072F7C68" wp14:editId="43C44A8B">
            <wp:extent cx="5943600" cy="3226526"/>
            <wp:effectExtent l="0" t="0" r="0" b="0"/>
            <wp:docPr id="3" name="Picture 3" descr="Illustrative conceptual pathway placeholder showing five stages: Principles, Design, Implementation, Evidence, and Learning." title="Illustrative conceptual pathway placeholder showing five stages: Principles, Design, Implementation, Evidence, and Le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56B46" w14:textId="77777777" w:rsidR="001D4C47" w:rsidRDefault="005B39D2">
      <w:pPr>
        <w:pStyle w:val="FigureCaption"/>
      </w:pPr>
      <w:r>
        <w:t>Figure 1. [Concise, informative figure title].</w:t>
      </w:r>
    </w:p>
    <w:p w14:paraId="03610BB7" w14:textId="77777777" w:rsidR="001D4C47" w:rsidRDefault="005B39D2">
      <w:pPr>
        <w:pStyle w:val="FigureAltText"/>
      </w:pPr>
      <w:r>
        <w:t>Alt text: [Add concise alternative text describing the figure’s content and purpose.]</w:t>
      </w:r>
    </w:p>
    <w:p w14:paraId="3D0B1032" w14:textId="77777777" w:rsidR="001D4C47" w:rsidRDefault="005B39D2">
      <w:pPr>
        <w:pStyle w:val="Heading1"/>
        <w:pBdr>
          <w:left w:val="single" w:sz="22" w:space="6" w:color="FF9900"/>
        </w:pBdr>
      </w:pPr>
      <w:r>
        <w:t xml:space="preserve">5. </w:t>
      </w:r>
      <w:r>
        <w:t>Discussion</w:t>
      </w:r>
    </w:p>
    <w:p w14:paraId="6C792827" w14:textId="77777777" w:rsidR="001D4C47" w:rsidRDefault="005B39D2">
      <w:pPr>
        <w:pStyle w:val="FirstParagraph"/>
      </w:pPr>
      <w:r>
        <w:t>[Interpret the contribution in relation to the literature, framework, limitations and implications.]</w:t>
      </w:r>
    </w:p>
    <w:p w14:paraId="7F063FC6" w14:textId="77777777" w:rsidR="001D4C47" w:rsidRDefault="005B39D2">
      <w:pPr>
        <w:pStyle w:val="Heading1"/>
        <w:pBdr>
          <w:left w:val="single" w:sz="22" w:space="6" w:color="FF9900"/>
        </w:pBdr>
      </w:pPr>
      <w:r>
        <w:t>6. Conclusion</w:t>
      </w:r>
    </w:p>
    <w:p w14:paraId="2DC98671" w14:textId="77777777" w:rsidR="001D4C47" w:rsidRDefault="005B39D2">
      <w:pPr>
        <w:pStyle w:val="FirstParagraph"/>
      </w:pPr>
      <w:r>
        <w:t>[State the central conclusion, contribution, limitations and proportionate implications.]</w:t>
      </w:r>
    </w:p>
    <w:p w14:paraId="27376C1A" w14:textId="77777777" w:rsidR="001D4C47" w:rsidRDefault="005B39D2">
      <w:pPr>
        <w:pStyle w:val="Heading1"/>
        <w:pBdr>
          <w:left w:val="single" w:sz="22" w:space="6" w:color="FF9900"/>
        </w:pBdr>
      </w:pPr>
      <w:r>
        <w:t>Declarations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75"/>
        <w:gridCol w:w="7689"/>
      </w:tblGrid>
      <w:tr w:rsidR="001D4C47" w14:paraId="422390DB" w14:textId="77777777">
        <w:trPr>
          <w:cantSplit/>
          <w:jc w:val="center"/>
        </w:trPr>
        <w:tc>
          <w:tcPr>
            <w:tcW w:w="2275" w:type="dxa"/>
            <w:tcBorders>
              <w:top w:val="single" w:sz="12" w:space="0" w:color="000000"/>
              <w:left w:val="single" w:sz="12" w:space="0" w:color="000000"/>
              <w:bottom w:val="single" w:sz="5" w:space="0" w:color="FFFFFF"/>
            </w:tcBorders>
            <w:shd w:val="clear" w:color="auto" w:fill="F4F5F6"/>
            <w:tcMar>
              <w:top w:w="62" w:type="dxa"/>
              <w:left w:w="76" w:type="dxa"/>
              <w:bottom w:w="62" w:type="dxa"/>
              <w:right w:w="76" w:type="dxa"/>
            </w:tcMar>
            <w:vAlign w:val="center"/>
          </w:tcPr>
          <w:p w14:paraId="143AED20" w14:textId="77777777" w:rsidR="001D4C47" w:rsidRDefault="005B39D2">
            <w:pPr>
              <w:spacing w:after="0"/>
            </w:pPr>
            <w:r>
              <w:rPr>
                <w:rFonts w:ascii="Lato" w:eastAsia="Lato" w:hAnsi="Lato" w:cs="Lato"/>
                <w:b/>
                <w:caps/>
                <w:color w:val="40505A"/>
                <w:sz w:val="14"/>
              </w:rPr>
              <w:t>AUTHOR CONTRIBUTIONS</w:t>
            </w:r>
          </w:p>
        </w:tc>
        <w:tc>
          <w:tcPr>
            <w:tcW w:w="7689" w:type="dxa"/>
            <w:tcBorders>
              <w:top w:val="single" w:sz="12" w:space="0" w:color="000000"/>
              <w:bottom w:val="single" w:sz="5" w:space="0" w:color="D5DEE8"/>
              <w:right w:val="single" w:sz="12" w:space="0" w:color="000000"/>
            </w:tcBorders>
            <w:shd w:val="clear" w:color="auto" w:fill="FFFFFF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33A7A9A3" w14:textId="77777777" w:rsidR="001D4C47" w:rsidRDefault="005B39D2">
            <w:pPr>
              <w:spacing w:after="0" w:line="252" w:lineRule="auto"/>
              <w:jc w:val="both"/>
            </w:pPr>
            <w:r>
              <w:rPr>
                <w:sz w:val="17"/>
              </w:rPr>
              <w:t>All na</w:t>
            </w:r>
            <w:r>
              <w:rPr>
                <w:sz w:val="17"/>
              </w:rPr>
              <w:t>med authors must describe their substantive contributions using a recognised contributor taxonomy (e.g., CRediT).</w:t>
            </w:r>
          </w:p>
        </w:tc>
      </w:tr>
      <w:tr w:rsidR="001D4C47" w14:paraId="499ECE45" w14:textId="77777777">
        <w:trPr>
          <w:cantSplit/>
          <w:jc w:val="center"/>
        </w:trPr>
        <w:tc>
          <w:tcPr>
            <w:tcW w:w="2275" w:type="dxa"/>
            <w:tcBorders>
              <w:left w:val="single" w:sz="12" w:space="0" w:color="000000"/>
              <w:bottom w:val="single" w:sz="5" w:space="0" w:color="FFFFFF"/>
            </w:tcBorders>
            <w:shd w:val="clear" w:color="auto" w:fill="F4F5F6"/>
            <w:tcMar>
              <w:top w:w="62" w:type="dxa"/>
              <w:left w:w="76" w:type="dxa"/>
              <w:bottom w:w="62" w:type="dxa"/>
              <w:right w:w="76" w:type="dxa"/>
            </w:tcMar>
            <w:vAlign w:val="center"/>
          </w:tcPr>
          <w:p w14:paraId="6978F5B3" w14:textId="77777777" w:rsidR="001D4C47" w:rsidRDefault="005B39D2">
            <w:pPr>
              <w:spacing w:after="0"/>
            </w:pPr>
            <w:r>
              <w:rPr>
                <w:rFonts w:ascii="Lato" w:eastAsia="Lato" w:hAnsi="Lato" w:cs="Lato"/>
                <w:b/>
                <w:caps/>
                <w:color w:val="40505A"/>
                <w:sz w:val="14"/>
              </w:rPr>
              <w:t>FUNDING</w:t>
            </w:r>
          </w:p>
        </w:tc>
        <w:tc>
          <w:tcPr>
            <w:tcW w:w="7689" w:type="dxa"/>
            <w:tcBorders>
              <w:bottom w:val="single" w:sz="5" w:space="0" w:color="D5DEE8"/>
              <w:right w:val="single" w:sz="12" w:space="0" w:color="000000"/>
            </w:tcBorders>
            <w:shd w:val="clear" w:color="auto" w:fill="FFFFFF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6076D38E" w14:textId="77777777" w:rsidR="001D4C47" w:rsidRDefault="005B39D2">
            <w:pPr>
              <w:spacing w:after="0" w:line="252" w:lineRule="auto"/>
              <w:jc w:val="both"/>
            </w:pPr>
            <w:r>
              <w:rPr>
                <w:sz w:val="17"/>
              </w:rPr>
              <w:t>[State funder(s), grant number(s), and the funder role, or: This research received no external funding.]</w:t>
            </w:r>
          </w:p>
        </w:tc>
      </w:tr>
      <w:tr w:rsidR="001D4C47" w14:paraId="21F3BD9F" w14:textId="77777777">
        <w:trPr>
          <w:cantSplit/>
          <w:jc w:val="center"/>
        </w:trPr>
        <w:tc>
          <w:tcPr>
            <w:tcW w:w="2275" w:type="dxa"/>
            <w:tcBorders>
              <w:left w:val="single" w:sz="12" w:space="0" w:color="000000"/>
              <w:bottom w:val="single" w:sz="5" w:space="0" w:color="FFFFFF"/>
            </w:tcBorders>
            <w:shd w:val="clear" w:color="auto" w:fill="F4F5F6"/>
            <w:tcMar>
              <w:top w:w="62" w:type="dxa"/>
              <w:left w:w="76" w:type="dxa"/>
              <w:bottom w:w="62" w:type="dxa"/>
              <w:right w:w="76" w:type="dxa"/>
            </w:tcMar>
            <w:vAlign w:val="center"/>
          </w:tcPr>
          <w:p w14:paraId="6C5C052E" w14:textId="77777777" w:rsidR="001D4C47" w:rsidRDefault="005B39D2">
            <w:pPr>
              <w:spacing w:after="0"/>
            </w:pPr>
            <w:r>
              <w:rPr>
                <w:rFonts w:ascii="Lato" w:eastAsia="Lato" w:hAnsi="Lato" w:cs="Lato"/>
                <w:b/>
                <w:caps/>
                <w:color w:val="40505A"/>
                <w:sz w:val="14"/>
              </w:rPr>
              <w:t xml:space="preserve">CONFLICTS OF </w:t>
            </w:r>
            <w:r>
              <w:rPr>
                <w:rFonts w:ascii="Lato" w:eastAsia="Lato" w:hAnsi="Lato" w:cs="Lato"/>
                <w:b/>
                <w:caps/>
                <w:color w:val="40505A"/>
                <w:sz w:val="14"/>
              </w:rPr>
              <w:t>INTEREST</w:t>
            </w:r>
          </w:p>
        </w:tc>
        <w:tc>
          <w:tcPr>
            <w:tcW w:w="7689" w:type="dxa"/>
            <w:tcBorders>
              <w:bottom w:val="single" w:sz="5" w:space="0" w:color="D5DEE8"/>
              <w:right w:val="single" w:sz="12" w:space="0" w:color="000000"/>
            </w:tcBorders>
            <w:shd w:val="clear" w:color="auto" w:fill="FFFFFF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213FA6EE" w14:textId="77777777" w:rsidR="001D4C47" w:rsidRDefault="005B39D2">
            <w:pPr>
              <w:spacing w:after="0" w:line="252" w:lineRule="auto"/>
              <w:jc w:val="both"/>
            </w:pPr>
            <w:r>
              <w:rPr>
                <w:sz w:val="17"/>
              </w:rPr>
              <w:t>[Declare any financial, professional, or personal conflicts, or: The authors declare no conflict of interest.]</w:t>
            </w:r>
          </w:p>
        </w:tc>
      </w:tr>
      <w:tr w:rsidR="001D4C47" w14:paraId="5F6D0724" w14:textId="77777777">
        <w:trPr>
          <w:cantSplit/>
          <w:jc w:val="center"/>
        </w:trPr>
        <w:tc>
          <w:tcPr>
            <w:tcW w:w="2275" w:type="dxa"/>
            <w:tcBorders>
              <w:left w:val="single" w:sz="12" w:space="0" w:color="000000"/>
              <w:bottom w:val="single" w:sz="5" w:space="0" w:color="FFFFFF"/>
            </w:tcBorders>
            <w:shd w:val="clear" w:color="auto" w:fill="F4F5F6"/>
            <w:tcMar>
              <w:top w:w="62" w:type="dxa"/>
              <w:left w:w="76" w:type="dxa"/>
              <w:bottom w:w="62" w:type="dxa"/>
              <w:right w:w="76" w:type="dxa"/>
            </w:tcMar>
            <w:vAlign w:val="center"/>
          </w:tcPr>
          <w:p w14:paraId="1EBE4957" w14:textId="77777777" w:rsidR="001D4C47" w:rsidRDefault="005B39D2">
            <w:pPr>
              <w:spacing w:after="0"/>
            </w:pPr>
            <w:r>
              <w:rPr>
                <w:rFonts w:ascii="Lato" w:eastAsia="Lato" w:hAnsi="Lato" w:cs="Lato"/>
                <w:b/>
                <w:caps/>
                <w:color w:val="40505A"/>
                <w:sz w:val="14"/>
              </w:rPr>
              <w:t>ETHICS APPROVAL</w:t>
            </w:r>
          </w:p>
        </w:tc>
        <w:tc>
          <w:tcPr>
            <w:tcW w:w="7689" w:type="dxa"/>
            <w:tcBorders>
              <w:bottom w:val="single" w:sz="5" w:space="0" w:color="D5DEE8"/>
              <w:right w:val="single" w:sz="12" w:space="0" w:color="000000"/>
            </w:tcBorders>
            <w:shd w:val="clear" w:color="auto" w:fill="FFFFFF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05105A83" w14:textId="77777777" w:rsidR="001D4C47" w:rsidRDefault="005B39D2">
            <w:pPr>
              <w:spacing w:after="0" w:line="252" w:lineRule="auto"/>
              <w:jc w:val="both"/>
            </w:pPr>
            <w:r>
              <w:rPr>
                <w:sz w:val="17"/>
              </w:rPr>
              <w:t>[Provide the approving body and reference number, or explain why ethics approval was not applicable.]</w:t>
            </w:r>
          </w:p>
        </w:tc>
      </w:tr>
      <w:tr w:rsidR="001D4C47" w14:paraId="0322F74A" w14:textId="77777777">
        <w:trPr>
          <w:cantSplit/>
          <w:jc w:val="center"/>
        </w:trPr>
        <w:tc>
          <w:tcPr>
            <w:tcW w:w="2275" w:type="dxa"/>
            <w:tcBorders>
              <w:left w:val="single" w:sz="12" w:space="0" w:color="000000"/>
              <w:bottom w:val="single" w:sz="5" w:space="0" w:color="FFFFFF"/>
            </w:tcBorders>
            <w:shd w:val="clear" w:color="auto" w:fill="F4F5F6"/>
            <w:tcMar>
              <w:top w:w="62" w:type="dxa"/>
              <w:left w:w="76" w:type="dxa"/>
              <w:bottom w:w="62" w:type="dxa"/>
              <w:right w:w="76" w:type="dxa"/>
            </w:tcMar>
            <w:vAlign w:val="center"/>
          </w:tcPr>
          <w:p w14:paraId="74B7C8B7" w14:textId="77777777" w:rsidR="001D4C47" w:rsidRDefault="005B39D2">
            <w:pPr>
              <w:spacing w:after="0"/>
            </w:pPr>
            <w:r>
              <w:rPr>
                <w:rFonts w:ascii="Lato" w:eastAsia="Lato" w:hAnsi="Lato" w:cs="Lato"/>
                <w:b/>
                <w:caps/>
                <w:color w:val="40505A"/>
                <w:sz w:val="14"/>
              </w:rPr>
              <w:t>INFORMED CONSENT</w:t>
            </w:r>
          </w:p>
        </w:tc>
        <w:tc>
          <w:tcPr>
            <w:tcW w:w="7689" w:type="dxa"/>
            <w:tcBorders>
              <w:bottom w:val="single" w:sz="5" w:space="0" w:color="D5DEE8"/>
              <w:right w:val="single" w:sz="12" w:space="0" w:color="000000"/>
            </w:tcBorders>
            <w:shd w:val="clear" w:color="auto" w:fill="FFFFFF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499C101D" w14:textId="77777777" w:rsidR="001D4C47" w:rsidRDefault="005B39D2">
            <w:pPr>
              <w:spacing w:after="0" w:line="252" w:lineRule="auto"/>
              <w:jc w:val="both"/>
            </w:pPr>
            <w:r>
              <w:rPr>
                <w:sz w:val="17"/>
              </w:rPr>
              <w:t>[State whether informed consent was obtained, waived, or not applicable; provide relevant approval details where required.]</w:t>
            </w:r>
          </w:p>
        </w:tc>
      </w:tr>
      <w:tr w:rsidR="001D4C47" w14:paraId="4CB90078" w14:textId="77777777">
        <w:trPr>
          <w:cantSplit/>
          <w:jc w:val="center"/>
        </w:trPr>
        <w:tc>
          <w:tcPr>
            <w:tcW w:w="2275" w:type="dxa"/>
            <w:tcBorders>
              <w:left w:val="single" w:sz="12" w:space="0" w:color="000000"/>
              <w:bottom w:val="single" w:sz="5" w:space="0" w:color="FFFFFF"/>
            </w:tcBorders>
            <w:shd w:val="clear" w:color="auto" w:fill="F4F5F6"/>
            <w:tcMar>
              <w:top w:w="62" w:type="dxa"/>
              <w:left w:w="76" w:type="dxa"/>
              <w:bottom w:w="62" w:type="dxa"/>
              <w:right w:w="76" w:type="dxa"/>
            </w:tcMar>
            <w:vAlign w:val="center"/>
          </w:tcPr>
          <w:p w14:paraId="6F7581AF" w14:textId="77777777" w:rsidR="001D4C47" w:rsidRDefault="005B39D2">
            <w:pPr>
              <w:spacing w:after="0"/>
            </w:pPr>
            <w:r>
              <w:rPr>
                <w:rFonts w:ascii="Lato" w:eastAsia="Lato" w:hAnsi="Lato" w:cs="Lato"/>
                <w:b/>
                <w:caps/>
                <w:color w:val="40505A"/>
                <w:sz w:val="14"/>
              </w:rPr>
              <w:t>DATA AVAILABILITY</w:t>
            </w:r>
          </w:p>
        </w:tc>
        <w:tc>
          <w:tcPr>
            <w:tcW w:w="7689" w:type="dxa"/>
            <w:tcBorders>
              <w:bottom w:val="single" w:sz="5" w:space="0" w:color="D5DEE8"/>
              <w:right w:val="single" w:sz="12" w:space="0" w:color="000000"/>
            </w:tcBorders>
            <w:shd w:val="clear" w:color="auto" w:fill="FFFFFF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09FD1270" w14:textId="77777777" w:rsidR="001D4C47" w:rsidRDefault="005B39D2">
            <w:pPr>
              <w:spacing w:after="0" w:line="252" w:lineRule="auto"/>
              <w:jc w:val="both"/>
            </w:pPr>
            <w:r>
              <w:rPr>
                <w:sz w:val="17"/>
              </w:rPr>
              <w:t>[State the repository/DOI or access conditions, including any restrictions on the data.]</w:t>
            </w:r>
          </w:p>
        </w:tc>
      </w:tr>
      <w:tr w:rsidR="001D4C47" w14:paraId="74915B15" w14:textId="77777777">
        <w:trPr>
          <w:cantSplit/>
          <w:jc w:val="center"/>
        </w:trPr>
        <w:tc>
          <w:tcPr>
            <w:tcW w:w="2275" w:type="dxa"/>
            <w:tcBorders>
              <w:left w:val="single" w:sz="12" w:space="0" w:color="000000"/>
              <w:bottom w:val="single" w:sz="5" w:space="0" w:color="FFFFFF"/>
            </w:tcBorders>
            <w:shd w:val="clear" w:color="auto" w:fill="F4F5F6"/>
            <w:tcMar>
              <w:top w:w="62" w:type="dxa"/>
              <w:left w:w="76" w:type="dxa"/>
              <w:bottom w:w="62" w:type="dxa"/>
              <w:right w:w="76" w:type="dxa"/>
            </w:tcMar>
            <w:vAlign w:val="center"/>
          </w:tcPr>
          <w:p w14:paraId="7053D4C1" w14:textId="77777777" w:rsidR="001D4C47" w:rsidRDefault="005B39D2">
            <w:pPr>
              <w:spacing w:after="0"/>
            </w:pPr>
            <w:r>
              <w:rPr>
                <w:rFonts w:ascii="Lato" w:eastAsia="Lato" w:hAnsi="Lato" w:cs="Lato"/>
                <w:b/>
                <w:caps/>
                <w:color w:val="40505A"/>
                <w:sz w:val="14"/>
              </w:rPr>
              <w:t>MATERIALS AND CODE</w:t>
            </w:r>
            <w:r>
              <w:rPr>
                <w:rFonts w:ascii="Lato" w:eastAsia="Lato" w:hAnsi="Lato" w:cs="Lato"/>
                <w:b/>
                <w:caps/>
                <w:color w:val="40505A"/>
                <w:sz w:val="14"/>
              </w:rPr>
              <w:br/>
            </w:r>
            <w:r>
              <w:rPr>
                <w:rFonts w:ascii="Lato" w:eastAsia="Lato" w:hAnsi="Lato" w:cs="Lato"/>
                <w:b/>
                <w:caps/>
                <w:color w:val="40505A"/>
                <w:sz w:val="14"/>
              </w:rPr>
              <w:t>AVAILABILITY</w:t>
            </w:r>
          </w:p>
        </w:tc>
        <w:tc>
          <w:tcPr>
            <w:tcW w:w="7689" w:type="dxa"/>
            <w:tcBorders>
              <w:bottom w:val="single" w:sz="5" w:space="0" w:color="D5DEE8"/>
              <w:right w:val="single" w:sz="12" w:space="0" w:color="000000"/>
            </w:tcBorders>
            <w:shd w:val="clear" w:color="auto" w:fill="FFFFFF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5B15F629" w14:textId="77777777" w:rsidR="001D4C47" w:rsidRDefault="005B39D2">
            <w:pPr>
              <w:spacing w:after="0" w:line="252" w:lineRule="auto"/>
              <w:jc w:val="both"/>
            </w:pPr>
            <w:r>
              <w:rPr>
                <w:sz w:val="17"/>
              </w:rPr>
              <w:t>[State where materials and/or code may be accessed, or: Not applicable.]</w:t>
            </w:r>
          </w:p>
        </w:tc>
      </w:tr>
      <w:tr w:rsidR="001D4C47" w14:paraId="23DC06D0" w14:textId="77777777">
        <w:trPr>
          <w:cantSplit/>
          <w:jc w:val="center"/>
        </w:trPr>
        <w:tc>
          <w:tcPr>
            <w:tcW w:w="2275" w:type="dxa"/>
            <w:tcBorders>
              <w:left w:val="single" w:sz="12" w:space="0" w:color="000000"/>
              <w:bottom w:val="single" w:sz="5" w:space="0" w:color="FFFFFF"/>
            </w:tcBorders>
            <w:shd w:val="clear" w:color="auto" w:fill="F4F5F6"/>
            <w:tcMar>
              <w:top w:w="62" w:type="dxa"/>
              <w:left w:w="76" w:type="dxa"/>
              <w:bottom w:w="62" w:type="dxa"/>
              <w:right w:w="76" w:type="dxa"/>
            </w:tcMar>
            <w:vAlign w:val="center"/>
          </w:tcPr>
          <w:p w14:paraId="07602CD1" w14:textId="77777777" w:rsidR="001D4C47" w:rsidRDefault="005B39D2">
            <w:pPr>
              <w:spacing w:after="0"/>
            </w:pPr>
            <w:r>
              <w:rPr>
                <w:rFonts w:ascii="Lato" w:eastAsia="Lato" w:hAnsi="Lato" w:cs="Lato"/>
                <w:b/>
                <w:caps/>
                <w:color w:val="40505A"/>
                <w:sz w:val="14"/>
              </w:rPr>
              <w:t>USE OF GENERATIVE AI</w:t>
            </w:r>
          </w:p>
        </w:tc>
        <w:tc>
          <w:tcPr>
            <w:tcW w:w="7689" w:type="dxa"/>
            <w:tcBorders>
              <w:bottom w:val="single" w:sz="5" w:space="0" w:color="D5DEE8"/>
              <w:right w:val="single" w:sz="12" w:space="0" w:color="000000"/>
            </w:tcBorders>
            <w:shd w:val="clear" w:color="auto" w:fill="FFFFFF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0FA40EE4" w14:textId="77777777" w:rsidR="001D4C47" w:rsidRDefault="005B39D2">
            <w:pPr>
              <w:spacing w:after="0" w:line="252" w:lineRule="auto"/>
              <w:jc w:val="both"/>
            </w:pPr>
            <w:r>
              <w:rPr>
                <w:sz w:val="17"/>
              </w:rPr>
              <w:t>[Disclose any material use of generative AI, including tool/version, purpose, stage(s) of use, and human verification; if none, state this explicitl</w:t>
            </w:r>
            <w:r>
              <w:rPr>
                <w:sz w:val="17"/>
              </w:rPr>
              <w:t>y.]</w:t>
            </w:r>
          </w:p>
        </w:tc>
      </w:tr>
      <w:tr w:rsidR="001D4C47" w14:paraId="13415336" w14:textId="77777777">
        <w:trPr>
          <w:cantSplit/>
          <w:jc w:val="center"/>
        </w:trPr>
        <w:tc>
          <w:tcPr>
            <w:tcW w:w="2275" w:type="dxa"/>
            <w:tcBorders>
              <w:left w:val="single" w:sz="12" w:space="0" w:color="000000"/>
              <w:bottom w:val="single" w:sz="5" w:space="0" w:color="FFFFFF"/>
            </w:tcBorders>
            <w:shd w:val="clear" w:color="auto" w:fill="F4F5F6"/>
            <w:tcMar>
              <w:top w:w="62" w:type="dxa"/>
              <w:left w:w="76" w:type="dxa"/>
              <w:bottom w:w="62" w:type="dxa"/>
              <w:right w:w="76" w:type="dxa"/>
            </w:tcMar>
            <w:vAlign w:val="center"/>
          </w:tcPr>
          <w:p w14:paraId="4AFE2610" w14:textId="77777777" w:rsidR="001D4C47" w:rsidRDefault="005B39D2">
            <w:pPr>
              <w:spacing w:after="0"/>
            </w:pPr>
            <w:r>
              <w:rPr>
                <w:rFonts w:ascii="Lato" w:eastAsia="Lato" w:hAnsi="Lato" w:cs="Lato"/>
                <w:b/>
                <w:caps/>
                <w:color w:val="40505A"/>
                <w:sz w:val="14"/>
              </w:rPr>
              <w:t>ACKNOWLEDGEMENTS</w:t>
            </w:r>
          </w:p>
        </w:tc>
        <w:tc>
          <w:tcPr>
            <w:tcW w:w="7689" w:type="dxa"/>
            <w:tcBorders>
              <w:bottom w:val="single" w:sz="5" w:space="0" w:color="D5DEE8"/>
              <w:right w:val="single" w:sz="12" w:space="0" w:color="000000"/>
            </w:tcBorders>
            <w:shd w:val="clear" w:color="auto" w:fill="FFFFFF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13071F1D" w14:textId="77777777" w:rsidR="001D4C47" w:rsidRDefault="005B39D2">
            <w:pPr>
              <w:spacing w:after="0" w:line="252" w:lineRule="auto"/>
              <w:jc w:val="both"/>
            </w:pPr>
            <w:r>
              <w:rPr>
                <w:sz w:val="17"/>
              </w:rPr>
              <w:t>[Acknowledge non-author contributions and institutional or technical support, or: None.]</w:t>
            </w:r>
          </w:p>
        </w:tc>
      </w:tr>
      <w:tr w:rsidR="001D4C47" w14:paraId="3858AA04" w14:textId="77777777">
        <w:trPr>
          <w:cantSplit/>
          <w:jc w:val="center"/>
        </w:trPr>
        <w:tc>
          <w:tcPr>
            <w:tcW w:w="2275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4F5F6"/>
            <w:tcMar>
              <w:top w:w="62" w:type="dxa"/>
              <w:left w:w="76" w:type="dxa"/>
              <w:bottom w:w="62" w:type="dxa"/>
              <w:right w:w="76" w:type="dxa"/>
            </w:tcMar>
            <w:vAlign w:val="center"/>
          </w:tcPr>
          <w:p w14:paraId="4C21F085" w14:textId="77777777" w:rsidR="001D4C47" w:rsidRDefault="005B39D2">
            <w:pPr>
              <w:spacing w:after="0"/>
            </w:pPr>
            <w:r>
              <w:rPr>
                <w:rFonts w:ascii="Lato" w:eastAsia="Lato" w:hAnsi="Lato" w:cs="Lato"/>
                <w:b/>
                <w:caps/>
                <w:color w:val="40505A"/>
                <w:sz w:val="14"/>
              </w:rPr>
              <w:t>SUPPLEMENTARY MATERIALS</w:t>
            </w:r>
          </w:p>
        </w:tc>
        <w:tc>
          <w:tcPr>
            <w:tcW w:w="7689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4D14F71B" w14:textId="77777777" w:rsidR="001D4C47" w:rsidRDefault="005B39D2">
            <w:pPr>
              <w:spacing w:after="0" w:line="252" w:lineRule="auto"/>
              <w:jc w:val="both"/>
            </w:pPr>
            <w:r>
              <w:rPr>
                <w:sz w:val="17"/>
              </w:rPr>
              <w:t>[List supplementary files/materials and identifiers, or: None.]</w:t>
            </w:r>
          </w:p>
        </w:tc>
      </w:tr>
    </w:tbl>
    <w:p w14:paraId="3C7F21D0" w14:textId="77777777" w:rsidR="001D4C47" w:rsidRDefault="005B39D2">
      <w:r>
        <w:br w:type="page"/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75"/>
        <w:gridCol w:w="7689"/>
      </w:tblGrid>
      <w:tr w:rsidR="001D4C47" w14:paraId="7D9B696B" w14:textId="77777777">
        <w:trPr>
          <w:jc w:val="center"/>
        </w:trPr>
        <w:tc>
          <w:tcPr>
            <w:tcW w:w="2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FF7E8"/>
            <w:tcMar>
              <w:top w:w="78" w:type="dxa"/>
              <w:left w:w="76" w:type="dxa"/>
              <w:bottom w:w="78" w:type="dxa"/>
              <w:right w:w="76" w:type="dxa"/>
            </w:tcMar>
            <w:vAlign w:val="center"/>
          </w:tcPr>
          <w:p w14:paraId="7440F18A" w14:textId="77777777" w:rsidR="001D4C47" w:rsidRDefault="005B39D2">
            <w:pPr>
              <w:spacing w:after="0"/>
            </w:pPr>
            <w:r>
              <w:rPr>
                <w:rFonts w:ascii="Lato" w:eastAsia="Lato" w:hAnsi="Lato" w:cs="Lato"/>
                <w:b/>
                <w:caps/>
                <w:color w:val="FF9900"/>
                <w:sz w:val="15"/>
              </w:rPr>
              <w:lastRenderedPageBreak/>
              <w:t>PUBLISHER'S NOTE</w:t>
            </w:r>
          </w:p>
        </w:tc>
        <w:tc>
          <w:tcPr>
            <w:tcW w:w="768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CFAF6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7A7F382F" w14:textId="77777777" w:rsidR="001D4C47" w:rsidRDefault="005B39D2">
            <w:pPr>
              <w:spacing w:after="0" w:line="259" w:lineRule="auto"/>
              <w:jc w:val="both"/>
            </w:pPr>
            <w:r>
              <w:rPr>
                <w:sz w:val="17"/>
              </w:rPr>
              <w:t xml:space="preserve">The publisher remains neutral </w:t>
            </w:r>
            <w:r>
              <w:rPr>
                <w:sz w:val="17"/>
              </w:rPr>
              <w:t>with regard to jurisdictional claims in published maps and institutional affiliations.</w:t>
            </w:r>
          </w:p>
        </w:tc>
      </w:tr>
    </w:tbl>
    <w:p w14:paraId="4E2821EF" w14:textId="77777777" w:rsidR="001D4C47" w:rsidRDefault="005B39D2">
      <w:pPr>
        <w:pStyle w:val="Heading1"/>
        <w:pBdr>
          <w:left w:val="single" w:sz="22" w:space="6" w:color="FF9900"/>
        </w:pBdr>
      </w:pPr>
      <w:r>
        <w:t>References</w:t>
      </w:r>
    </w:p>
    <w:p w14:paraId="74AAB599" w14:textId="77777777" w:rsidR="001D4C47" w:rsidRDefault="005B39D2">
      <w:pPr>
        <w:pStyle w:val="ReferenceEntry"/>
      </w:pPr>
      <w:r>
        <w:t>[Author surname], [Initials]. ([Year]). [Title of article]. [Journal Title], [volume]([issue]), Article [000]. https://doi.org/[DOI]</w:t>
      </w:r>
    </w:p>
    <w:p w14:paraId="54059E60" w14:textId="77777777" w:rsidR="001D4C47" w:rsidRDefault="005B39D2">
      <w:pPr>
        <w:pStyle w:val="ReferenceEntry"/>
      </w:pPr>
      <w:r>
        <w:t xml:space="preserve">[Author </w:t>
      </w:r>
      <w:r>
        <w:t>surname], [Initials]. ([Year]). [Title of book] ([Edition]). [Publisher].</w:t>
      </w:r>
    </w:p>
    <w:p w14:paraId="7699A303" w14:textId="77777777" w:rsidR="001D4C47" w:rsidRDefault="005B39D2">
      <w:pPr>
        <w:pStyle w:val="ReferenceEntry"/>
      </w:pPr>
      <w:r>
        <w:t>[Organisation]. ([Year]). [Title of report]. [URL]</w:t>
      </w:r>
    </w:p>
    <w:p w14:paraId="7F0F97A2" w14:textId="77777777" w:rsidR="001D4C47" w:rsidRDefault="005B39D2">
      <w:pPr>
        <w:pStyle w:val="ReferenceEntry"/>
      </w:pPr>
      <w:r>
        <w:t>[Author surname], [Initials]. ([Year]). [Title of dataset] [Data set]. [Repository]. [DOI/URL]</w:t>
      </w:r>
    </w:p>
    <w:p w14:paraId="14391146" w14:textId="77777777" w:rsidR="001D4C47" w:rsidRDefault="005B39D2">
      <w:pPr>
        <w:pStyle w:val="Heading1"/>
        <w:pBdr>
          <w:left w:val="single" w:sz="22" w:space="6" w:color="FF9900"/>
        </w:pBdr>
      </w:pPr>
      <w:r>
        <w:t>Appendix A</w:t>
      </w:r>
    </w:p>
    <w:p w14:paraId="6C5861CD" w14:textId="77777777" w:rsidR="001D4C47" w:rsidRDefault="005B39D2">
      <w:pPr>
        <w:pStyle w:val="FirstParagraph"/>
      </w:pPr>
      <w:r>
        <w:t>[Optional supplementary i</w:t>
      </w:r>
      <w:r>
        <w:t>nstrument, coding framework, extended table or reproducibility information.]</w:t>
      </w:r>
    </w:p>
    <w:sectPr w:rsidR="001D4C47" w:rsidSect="00034616">
      <w:headerReference w:type="default" r:id="rId11"/>
      <w:footerReference w:type="default" r:id="rId12"/>
      <w:pgSz w:w="11909" w:h="16834"/>
      <w:pgMar w:top="864" w:right="979" w:bottom="835" w:left="979" w:header="403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7FB7D" w14:textId="77777777" w:rsidR="00000000" w:rsidRDefault="005B39D2">
      <w:pPr>
        <w:spacing w:after="0" w:line="240" w:lineRule="auto"/>
      </w:pPr>
      <w:r>
        <w:separator/>
      </w:r>
    </w:p>
  </w:endnote>
  <w:endnote w:type="continuationSeparator" w:id="0">
    <w:p w14:paraId="4498F1D1" w14:textId="77777777" w:rsidR="00000000" w:rsidRDefault="005B3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3816"/>
      <w:gridCol w:w="2160"/>
      <w:gridCol w:w="3988"/>
    </w:tblGrid>
    <w:tr w:rsidR="001D4C47" w14:paraId="07DF3B60" w14:textId="77777777">
      <w:trPr>
        <w:jc w:val="center"/>
      </w:trPr>
      <w:tc>
        <w:tcPr>
          <w:tcW w:w="3816" w:type="dxa"/>
          <w:tcBorders>
            <w:top w:val="single" w:sz="6" w:space="0" w:color="D5DEE8"/>
          </w:tcBorders>
          <w:tcMar>
            <w:top w:w="34" w:type="dxa"/>
            <w:left w:w="0" w:type="dxa"/>
            <w:bottom w:w="0" w:type="dxa"/>
            <w:right w:w="0" w:type="dxa"/>
          </w:tcMar>
          <w:vAlign w:val="center"/>
        </w:tcPr>
        <w:p w14:paraId="652E0403" w14:textId="77777777" w:rsidR="001D4C47" w:rsidRDefault="005B39D2">
          <w:pPr>
            <w:spacing w:after="0"/>
          </w:pPr>
          <w:r>
            <w:rPr>
              <w:rFonts w:ascii="Lato" w:eastAsia="Lato" w:hAnsi="Lato" w:cs="Lato"/>
              <w:color w:val="66737E"/>
              <w:sz w:val="15"/>
            </w:rPr>
            <w:t>DOI: [assigned after acceptance]</w:t>
          </w:r>
        </w:p>
      </w:tc>
      <w:tc>
        <w:tcPr>
          <w:tcW w:w="2160" w:type="dxa"/>
          <w:tcBorders>
            <w:top w:val="single" w:sz="6" w:space="0" w:color="D5DEE8"/>
          </w:tcBorders>
          <w:tcMar>
            <w:top w:w="34" w:type="dxa"/>
            <w:left w:w="0" w:type="dxa"/>
            <w:bottom w:w="0" w:type="dxa"/>
            <w:right w:w="0" w:type="dxa"/>
          </w:tcMar>
          <w:vAlign w:val="center"/>
        </w:tcPr>
        <w:p w14:paraId="315CCD85" w14:textId="77777777" w:rsidR="001D4C47" w:rsidRDefault="005B39D2">
          <w:pPr>
            <w:spacing w:after="0"/>
            <w:jc w:val="center"/>
          </w:pPr>
          <w:r>
            <w:rPr>
              <w:rFonts w:ascii="Lato" w:eastAsia="Lato" w:hAnsi="Lato" w:cs="Lato"/>
              <w:color w:val="66737E"/>
              <w:sz w:val="16"/>
            </w:rP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rFonts w:ascii="Lato" w:hAnsi="Lato"/>
              <w:color w:val="40505A"/>
              <w:sz w:val="16"/>
            </w:rPr>
            <w:t>2</w:t>
          </w:r>
          <w:r>
            <w:rPr>
              <w:rFonts w:ascii="Lato" w:hAnsi="Lato"/>
              <w:color w:val="40505A"/>
              <w:sz w:val="16"/>
            </w:rPr>
            <w:fldChar w:fldCharType="end"/>
          </w:r>
        </w:p>
      </w:tc>
      <w:tc>
        <w:tcPr>
          <w:tcW w:w="3988" w:type="dxa"/>
          <w:tcBorders>
            <w:top w:val="single" w:sz="6" w:space="0" w:color="D5DEE8"/>
          </w:tcBorders>
          <w:tcMar>
            <w:top w:w="34" w:type="dxa"/>
            <w:left w:w="0" w:type="dxa"/>
            <w:bottom w:w="0" w:type="dxa"/>
            <w:right w:w="0" w:type="dxa"/>
          </w:tcMar>
          <w:vAlign w:val="center"/>
        </w:tcPr>
        <w:p w14:paraId="50452668" w14:textId="6D974604" w:rsidR="001D4C47" w:rsidRDefault="005B39D2">
          <w:pPr>
            <w:spacing w:after="0"/>
            <w:jc w:val="right"/>
          </w:pPr>
          <w:r>
            <w:rPr>
              <w:rFonts w:ascii="Lato" w:eastAsia="Lato" w:hAnsi="Lato" w:cs="Lato"/>
              <w:color w:val="66737E"/>
              <w:sz w:val="15"/>
            </w:rPr>
            <w:t>Open Christian Press | CC BY</w:t>
          </w:r>
          <w:r>
            <w:rPr>
              <w:rFonts w:ascii="Lato" w:eastAsia="Lato" w:hAnsi="Lato" w:cs="Lato"/>
              <w:color w:val="66737E"/>
              <w:sz w:val="15"/>
            </w:rPr>
            <w:t xml:space="preserve"> 4.0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C8924" w14:textId="77777777" w:rsidR="00000000" w:rsidRDefault="005B39D2">
      <w:pPr>
        <w:spacing w:after="0" w:line="240" w:lineRule="auto"/>
      </w:pPr>
      <w:r>
        <w:separator/>
      </w:r>
    </w:p>
  </w:footnote>
  <w:footnote w:type="continuationSeparator" w:id="0">
    <w:p w14:paraId="1163A8E6" w14:textId="77777777" w:rsidR="00000000" w:rsidRDefault="005B3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400"/>
      <w:gridCol w:w="4564"/>
    </w:tblGrid>
    <w:tr w:rsidR="001D4C47" w14:paraId="4F470FB9" w14:textId="77777777">
      <w:trPr>
        <w:jc w:val="center"/>
      </w:trPr>
      <w:tc>
        <w:tcPr>
          <w:tcW w:w="5400" w:type="dxa"/>
          <w:tcBorders>
            <w:bottom w:val="single" w:sz="8" w:space="0" w:color="40505A"/>
          </w:tcBorders>
          <w:tcMar>
            <w:top w:w="0" w:type="dxa"/>
            <w:left w:w="0" w:type="dxa"/>
            <w:bottom w:w="20" w:type="dxa"/>
            <w:right w:w="0" w:type="dxa"/>
          </w:tcMar>
          <w:vAlign w:val="center"/>
        </w:tcPr>
        <w:p w14:paraId="1D2CCDCB" w14:textId="77777777" w:rsidR="001D4C47" w:rsidRDefault="005B39D2">
          <w:pPr>
            <w:spacing w:after="0"/>
          </w:pPr>
          <w:r>
            <w:rPr>
              <w:rFonts w:ascii="Lato" w:eastAsia="Lato" w:hAnsi="Lato" w:cs="Lato"/>
              <w:color w:val="66737E"/>
              <w:sz w:val="16"/>
            </w:rPr>
            <w:t>[Abbreviated article title]</w:t>
          </w:r>
        </w:p>
      </w:tc>
      <w:tc>
        <w:tcPr>
          <w:tcW w:w="4564" w:type="dxa"/>
          <w:tcBorders>
            <w:bottom w:val="single" w:sz="8" w:space="0" w:color="40505A"/>
          </w:tcBorders>
          <w:tcMar>
            <w:top w:w="0" w:type="dxa"/>
            <w:left w:w="0" w:type="dxa"/>
            <w:bottom w:w="20" w:type="dxa"/>
            <w:right w:w="0" w:type="dxa"/>
          </w:tcMar>
          <w:vAlign w:val="center"/>
        </w:tcPr>
        <w:p w14:paraId="5ADF9AEB" w14:textId="77777777" w:rsidR="001D4C47" w:rsidRDefault="005B39D2">
          <w:pPr>
            <w:spacing w:after="0"/>
            <w:jc w:val="right"/>
          </w:pPr>
          <w:r>
            <w:rPr>
              <w:rFonts w:ascii="Lato" w:eastAsia="Lato" w:hAnsi="Lato" w:cs="Lato"/>
              <w:color w:val="66737E"/>
              <w:sz w:val="16"/>
            </w:rPr>
            <w:t>OJ-AES | Vol. [00], No. [00] ([Year])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4C47"/>
    <w:rsid w:val="0029639D"/>
    <w:rsid w:val="00326F90"/>
    <w:rsid w:val="00524100"/>
    <w:rsid w:val="005B39D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146E3A"/>
  <w14:defaultImageDpi w14:val="300"/>
  <w15:docId w15:val="{03ED82FD-0D85-4563-B3A5-DB3E6149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4"/>
    </w:pPr>
    <w:rPr>
      <w:rFonts w:ascii="Noto Serif" w:eastAsia="Noto Serif" w:hAnsi="Noto Serif" w:cs="Noto Serif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left w:val="single" w:sz="22" w:space="7" w:color="FF9900"/>
      </w:pBdr>
      <w:spacing w:before="220" w:after="110" w:line="240" w:lineRule="auto"/>
      <w:outlineLvl w:val="0"/>
    </w:pPr>
    <w:rPr>
      <w:rFonts w:asciiTheme="majorHAnsi" w:eastAsiaTheme="majorEastAsia" w:hAnsiTheme="majorHAnsi" w:cstheme="majorBidi"/>
      <w:b/>
      <w:bCs/>
      <w:color w:val="40505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70" w:after="64" w:line="240" w:lineRule="auto"/>
      <w:outlineLvl w:val="1"/>
    </w:pPr>
    <w:rPr>
      <w:rFonts w:asciiTheme="majorHAnsi" w:eastAsiaTheme="majorEastAsia" w:hAnsiTheme="majorHAnsi" w:cstheme="majorBidi"/>
      <w:b/>
      <w:bCs/>
      <w:color w:val="40505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48" w:line="240" w:lineRule="auto"/>
      <w:outlineLvl w:val="2"/>
    </w:pPr>
    <w:rPr>
      <w:rFonts w:asciiTheme="majorHAnsi" w:eastAsiaTheme="majorEastAsia" w:hAnsiTheme="majorHAnsi" w:cstheme="majorBidi"/>
      <w:b/>
      <w:bCs/>
      <w:color w:val="40505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20" w:after="4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0505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Body">
    <w:name w:val="Normal Body"/>
    <w:basedOn w:val="Normal"/>
    <w:pPr>
      <w:jc w:val="both"/>
    </w:pPr>
  </w:style>
  <w:style w:type="paragraph" w:customStyle="1" w:styleId="FirstParagraph">
    <w:name w:val="First Paragraph"/>
    <w:basedOn w:val="Normal"/>
    <w:pPr>
      <w:jc w:val="both"/>
    </w:pPr>
  </w:style>
  <w:style w:type="paragraph" w:customStyle="1" w:styleId="ArticleTitle">
    <w:name w:val="Article Title"/>
    <w:basedOn w:val="Normal"/>
    <w:pPr>
      <w:keepNext/>
      <w:spacing w:before="140" w:after="80" w:line="245" w:lineRule="auto"/>
    </w:pPr>
    <w:rPr>
      <w:b/>
      <w:sz w:val="44"/>
    </w:rPr>
  </w:style>
  <w:style w:type="paragraph" w:customStyle="1" w:styleId="ArticleSubtitle">
    <w:name w:val="Article Subtitle"/>
    <w:basedOn w:val="Normal"/>
    <w:pPr>
      <w:keepNext/>
      <w:spacing w:after="100" w:line="252" w:lineRule="auto"/>
    </w:pPr>
    <w:rPr>
      <w:i/>
      <w:color w:val="66737E"/>
      <w:sz w:val="23"/>
    </w:rPr>
  </w:style>
  <w:style w:type="paragraph" w:customStyle="1" w:styleId="AuthorName">
    <w:name w:val="Author Name"/>
    <w:basedOn w:val="Normal"/>
    <w:pPr>
      <w:keepNext/>
      <w:spacing w:before="20" w:after="30" w:line="240" w:lineRule="auto"/>
    </w:pPr>
    <w:rPr>
      <w:rFonts w:ascii="Lato" w:hAnsi="Lato"/>
      <w:b/>
      <w:color w:val="40505A"/>
      <w:sz w:val="22"/>
    </w:rPr>
  </w:style>
  <w:style w:type="paragraph" w:customStyle="1" w:styleId="AuthorAffiliation">
    <w:name w:val="Author Affiliation"/>
    <w:basedOn w:val="Normal"/>
    <w:pPr>
      <w:keepNext/>
      <w:spacing w:after="14" w:line="252" w:lineRule="auto"/>
    </w:pPr>
    <w:rPr>
      <w:rFonts w:ascii="Lato" w:hAnsi="Lato"/>
      <w:color w:val="66737E"/>
      <w:sz w:val="17"/>
    </w:rPr>
  </w:style>
  <w:style w:type="paragraph" w:customStyle="1" w:styleId="CorrespondingAuthor">
    <w:name w:val="Corresponding Author"/>
    <w:basedOn w:val="Normal"/>
    <w:pPr>
      <w:keepNext/>
      <w:spacing w:before="24" w:after="80" w:line="252" w:lineRule="auto"/>
    </w:pPr>
    <w:rPr>
      <w:rFonts w:ascii="Lato" w:hAnsi="Lato"/>
      <w:color w:val="66737E"/>
      <w:sz w:val="17"/>
    </w:rPr>
  </w:style>
  <w:style w:type="paragraph" w:customStyle="1" w:styleId="JournalInformation">
    <w:name w:val="Journal Information"/>
    <w:basedOn w:val="Normal"/>
    <w:pPr>
      <w:spacing w:after="0" w:line="240" w:lineRule="auto"/>
    </w:pPr>
    <w:rPr>
      <w:rFonts w:ascii="Lato" w:hAnsi="Lato"/>
      <w:color w:val="66737E"/>
      <w:sz w:val="16"/>
    </w:rPr>
  </w:style>
  <w:style w:type="paragraph" w:customStyle="1" w:styleId="BlockQuote">
    <w:name w:val="Block Quote"/>
    <w:basedOn w:val="Normal"/>
    <w:pPr>
      <w:spacing w:before="80" w:after="80" w:line="269" w:lineRule="auto"/>
      <w:jc w:val="both"/>
    </w:pPr>
    <w:rPr>
      <w:i/>
      <w:color w:val="66737E"/>
      <w:sz w:val="19"/>
    </w:rPr>
  </w:style>
  <w:style w:type="paragraph" w:customStyle="1" w:styleId="ScriptureQuote">
    <w:name w:val="Scripture Quote"/>
    <w:basedOn w:val="Normal"/>
    <w:pPr>
      <w:spacing w:before="100" w:after="100" w:line="269" w:lineRule="auto"/>
      <w:jc w:val="both"/>
    </w:pPr>
    <w:rPr>
      <w:i/>
      <w:color w:val="40505A"/>
    </w:rPr>
  </w:style>
  <w:style w:type="paragraph" w:customStyle="1" w:styleId="Equation">
    <w:name w:val="Equation"/>
    <w:basedOn w:val="Normal"/>
    <w:pPr>
      <w:keepNext/>
      <w:spacing w:before="140" w:after="30" w:line="240" w:lineRule="auto"/>
    </w:pPr>
    <w:rPr>
      <w:i/>
      <w:color w:val="40505A"/>
      <w:sz w:val="22"/>
    </w:rPr>
  </w:style>
  <w:style w:type="paragraph" w:customStyle="1" w:styleId="FigureCaption">
    <w:name w:val="Figure Caption"/>
    <w:basedOn w:val="Normal"/>
    <w:pPr>
      <w:keepNext/>
      <w:spacing w:before="80" w:after="40" w:line="252" w:lineRule="auto"/>
    </w:pPr>
    <w:rPr>
      <w:rFonts w:ascii="Lato" w:eastAsia="Lato" w:hAnsi="Lato" w:cs="Lato"/>
      <w:color w:val="66737E"/>
      <w:sz w:val="17"/>
    </w:rPr>
  </w:style>
  <w:style w:type="paragraph" w:customStyle="1" w:styleId="FigureAltText">
    <w:name w:val="Figure Alt Text"/>
    <w:basedOn w:val="Normal"/>
    <w:pPr>
      <w:spacing w:after="140" w:line="252" w:lineRule="auto"/>
    </w:pPr>
    <w:rPr>
      <w:rFonts w:ascii="Lato" w:eastAsia="Lato" w:hAnsi="Lato" w:cs="Lato"/>
      <w:i/>
      <w:color w:val="66737E"/>
      <w:sz w:val="16"/>
    </w:rPr>
  </w:style>
  <w:style w:type="paragraph" w:customStyle="1" w:styleId="ReferenceEntry">
    <w:name w:val="Reference Entry"/>
    <w:basedOn w:val="Normal"/>
    <w:pPr>
      <w:spacing w:after="36" w:line="250" w:lineRule="auto"/>
      <w:ind w:left="331" w:hanging="331"/>
    </w:pPr>
    <w:rPr>
      <w:sz w:val="17"/>
    </w:rPr>
  </w:style>
  <w:style w:type="paragraph" w:customStyle="1" w:styleId="TableTitle">
    <w:name w:val="Table Title"/>
    <w:basedOn w:val="Normal"/>
    <w:pPr>
      <w:keepNext/>
      <w:spacing w:before="120" w:after="48" w:line="240" w:lineRule="auto"/>
    </w:pPr>
    <w:rPr>
      <w:rFonts w:ascii="Lato" w:eastAsia="Lato" w:hAnsi="Lato" w:cs="Lato"/>
      <w:b/>
      <w:color w:val="40505A"/>
      <w:sz w:val="18"/>
    </w:rPr>
  </w:style>
  <w:style w:type="paragraph" w:customStyle="1" w:styleId="TableNote">
    <w:name w:val="Table Note"/>
    <w:basedOn w:val="Normal"/>
    <w:pPr>
      <w:spacing w:before="40" w:after="120" w:line="252" w:lineRule="auto"/>
      <w:jc w:val="both"/>
    </w:pPr>
    <w:rPr>
      <w:rFonts w:ascii="Lato" w:eastAsia="Lato" w:hAnsi="Lato" w:cs="Lato"/>
      <w:color w:val="66737E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Journal of AI, Ethics &amp; Society Publication Template</dc:title>
  <dc:subject>Open Christian Press journal article production template</dc:subject>
  <dc:creator>Open Christian Press</dc:creator>
  <cp:keywords>OJ-AES, Open Christian Press, journal template, AI ethics, society</cp:keywords>
  <dc:description>Professionally formatted OJ-AES publication template aligned with the journal galley style.</dc:description>
  <cp:lastModifiedBy>Sixbert SANGWA, PhD</cp:lastModifiedBy>
  <cp:revision>2</cp:revision>
  <dcterms:created xsi:type="dcterms:W3CDTF">2026-08-21T17:15:00Z</dcterms:created>
  <dcterms:modified xsi:type="dcterms:W3CDTF">2026-08-21T17:15:00Z</dcterms:modified>
  <cp:category/>
</cp:coreProperties>
</file>